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5a9358bb674a09fe9e624acbfad56fcc2c385ff"/>
    <w:p>
      <w:pPr>
        <w:pStyle w:val="Heading1"/>
      </w:pPr>
      <w:r>
        <w:rPr>
          <w:b/>
          <w:bCs/>
        </w:rPr>
        <w:t xml:space="preserve">Zero Day</w:t>
      </w:r>
      <w:r>
        <w:br/>
      </w:r>
      <w:r>
        <w:rPr>
          <w:i/>
          <w:iCs/>
        </w:rPr>
        <w:t xml:space="preserve">David Baldacci</w:t>
      </w:r>
      <w:r>
        <w:br/>
      </w:r>
      <w:r>
        <w:rPr>
          <w:b/>
          <w:bCs/>
        </w:rPr>
        <w:t xml:space="preserve">Vocabulary in Context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had not shed a tear when his brother was court-martialed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treason</w:t>
      </w:r>
      <w:r>
        <w:rPr>
          <w:b/>
          <w:bCs/>
        </w:rPr>
        <w:t xml:space="preserve">.</w:t>
      </w:r>
      <w:r>
        <w:br/>
      </w:r>
      <w:r>
        <w:t xml:space="preserve">    (a) an act of betrayal</w:t>
      </w:r>
      <w:r>
        <w:br/>
      </w:r>
      <w:r>
        <w:t xml:space="preserve">    (b) easily set on fire</w:t>
      </w:r>
      <w:r>
        <w:br/>
      </w:r>
      <w:r>
        <w:t xml:space="preserve">    (c) untied or released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But he's been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positively</w:t>
      </w:r>
      <w:r>
        <w:rPr>
          <w:b/>
          <w:bCs/>
        </w:rPr>
        <w:t xml:space="preserve"> </w:t>
      </w:r>
      <w:r>
        <w:rPr>
          <w:b/>
          <w:bCs/>
        </w:rPr>
        <w:t xml:space="preserve">identified, so we know it's him.</w:t>
      </w:r>
      <w:r>
        <w:br/>
      </w:r>
      <w:r>
        <w:t xml:space="preserve">    (a) with certainty</w:t>
      </w:r>
      <w:r>
        <w:br/>
      </w:r>
      <w:r>
        <w:t xml:space="preserve">    (b) with hard work</w:t>
      </w:r>
      <w:r>
        <w:br/>
      </w:r>
      <w:r>
        <w:t xml:space="preserve">    (c) without regret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take that 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positive</w:t>
      </w:r>
      <w:r>
        <w:rPr>
          <w:b/>
          <w:bCs/>
        </w:rPr>
        <w:t xml:space="preserve"> </w:t>
      </w:r>
      <w:r>
        <w:rPr>
          <w:b/>
          <w:bCs/>
        </w:rPr>
        <w:t xml:space="preserve">sign.</w:t>
      </w:r>
      <w:r>
        <w:br/>
      </w:r>
      <w:r>
        <w:t xml:space="preserve">    (a) good</w:t>
      </w:r>
      <w:r>
        <w:br/>
      </w:r>
      <w:r>
        <w:t xml:space="preserve">    (b) not representative</w:t>
      </w:r>
      <w:r>
        <w:br/>
      </w:r>
      <w:r>
        <w:t xml:space="preserve">    (c) impossible to find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Measurements had been done to all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relevant</w:t>
      </w:r>
      <w:r>
        <w:rPr>
          <w:b/>
          <w:bCs/>
        </w:rPr>
        <w:t xml:space="preserve"> </w:t>
      </w:r>
      <w:r>
        <w:rPr>
          <w:b/>
          <w:bCs/>
        </w:rPr>
        <w:t xml:space="preserve">landmarks and other objects in the rooms.</w:t>
      </w:r>
      <w:r>
        <w:br/>
      </w:r>
      <w:r>
        <w:t xml:space="preserve">    (a) having the ability to change for different situations</w:t>
      </w:r>
      <w:r>
        <w:br/>
      </w:r>
      <w:r>
        <w:t xml:space="preserve">    (b) not concerned with what others might think of oneself</w:t>
      </w:r>
      <w:r>
        <w:br/>
      </w:r>
      <w:r>
        <w:t xml:space="preserve">    (c) relating in a meaningful way to the issue in question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No, they were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interrogating</w:t>
      </w:r>
      <w:r>
        <w:rPr>
          <w:b/>
          <w:bCs/>
        </w:rPr>
        <w:t xml:space="preserve"> </w:t>
      </w:r>
      <w:r>
        <w:rPr>
          <w:b/>
          <w:bCs/>
        </w:rPr>
        <w:t xml:space="preserve">them.</w:t>
      </w:r>
      <w:r>
        <w:br/>
      </w:r>
      <w:r>
        <w:t xml:space="preserve">    (a) adjusting a lens to make an image clear</w:t>
      </w:r>
      <w:r>
        <w:br/>
      </w:r>
      <w:r>
        <w:t xml:space="preserve">    (b) making different; or showing difference</w:t>
      </w:r>
      <w:r>
        <w:br/>
      </w:r>
      <w:r>
        <w:t xml:space="preserve">    (c) asking a series of questions of someone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"We need to get the bodies to a refrigerated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</w:t>
      </w:r>
      <w:r>
        <w:rPr>
          <w:b/>
          <w:bCs/>
        </w:rPr>
        <w:t xml:space="preserve"> </w:t>
      </w:r>
      <w:r>
        <w:rPr>
          <w:b/>
          <w:bCs/>
        </w:rPr>
        <w:t xml:space="preserve">soon and then have the posts done," said Puller as he stared down at the decomposing bodies.</w:t>
      </w:r>
      <w:r>
        <w:br/>
      </w:r>
      <w:r>
        <w:t xml:space="preserve">    (a) way of doing something</w:t>
      </w:r>
      <w:r>
        <w:br/>
      </w:r>
      <w:r>
        <w:t xml:space="preserve">    (b) surrounding conditions</w:t>
      </w:r>
      <w:r>
        <w:br/>
      </w:r>
      <w:r>
        <w:t xml:space="preserve">    (c) not easily set on fire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causes flooding and a host of 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environmental</w:t>
      </w:r>
      <w:r>
        <w:rPr>
          <w:b/>
          <w:bCs/>
        </w:rPr>
        <w:t xml:space="preserve"> </w:t>
      </w:r>
      <w:r>
        <w:rPr>
          <w:b/>
          <w:bCs/>
        </w:rPr>
        <w:t xml:space="preserve">issues, not to mention that blowing the tops off mountains leaves the countryside pretty damn ugly.</w:t>
      </w:r>
      <w:r>
        <w:br/>
      </w:r>
      <w:r>
        <w:t xml:space="preserve">    (a) the state or degree of being pessimistic or disagreeable</w:t>
      </w:r>
      <w:r>
        <w:br/>
      </w:r>
      <w:r>
        <w:t xml:space="preserve">    (b) related to the natural world (life, air, water, land...)</w:t>
      </w:r>
      <w:r>
        <w:br/>
      </w:r>
      <w:r>
        <w:t xml:space="preserve">    (c) relating to logical examination to improve understanding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Got 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latent</w:t>
      </w:r>
      <w:r>
        <w:rPr>
          <w:b/>
          <w:bCs/>
        </w:rPr>
        <w:t xml:space="preserve"> </w:t>
      </w:r>
      <w:r>
        <w:rPr>
          <w:b/>
          <w:bCs/>
        </w:rPr>
        <w:t xml:space="preserve">on the fridge.</w:t>
      </w:r>
      <w:r>
        <w:br/>
      </w:r>
      <w:r>
        <w:t xml:space="preserve">    (a) relating to logical examination to improve understanding</w:t>
      </w:r>
      <w:r>
        <w:br/>
      </w:r>
      <w:r>
        <w:t xml:space="preserve">    (b) the characteristic of tending to think back about things</w:t>
      </w:r>
      <w:r>
        <w:br/>
      </w:r>
      <w:r>
        <w:t xml:space="preserve">    (c) potentially existing but not presently evident or active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You've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canvassed</w:t>
      </w:r>
      <w:r>
        <w:rPr>
          <w:b/>
          <w:bCs/>
        </w:rPr>
        <w:t xml:space="preserve"> </w:t>
      </w:r>
      <w:r>
        <w:rPr>
          <w:b/>
          <w:bCs/>
        </w:rPr>
        <w:t xml:space="preserve">the neighbors?</w:t>
      </w:r>
      <w:r>
        <w:br/>
      </w:r>
      <w:r>
        <w:t xml:space="preserve">    (a) (verb) showed, demonstrated, proved, or caused acceptance  OR  (adjective) proven, known, accepted/trusted/successful</w:t>
      </w:r>
      <w:r>
        <w:br/>
      </w:r>
      <w:r>
        <w:t xml:space="preserve">    (b) examined an issue, got opinions by asking specific questions; and/or asked people for political support individually</w:t>
      </w:r>
      <w:r>
        <w:br/>
      </w:r>
      <w:r>
        <w:t xml:space="preserve">    (c) accepted someone's membership though a special procedure such as a ceremony and/or period of instruction and/or test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does this automatically, without really thinking, like a computer executing a tried-and-true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algorithm</w:t>
      </w:r>
      <w:r>
        <w:rPr>
          <w:b/>
          <w:bCs/>
        </w:rPr>
        <w:t xml:space="preserve">.</w:t>
      </w:r>
      <w:r>
        <w:br/>
      </w:r>
      <w:r>
        <w:t xml:space="preserve">    (a) an unborn child (or other unborn or unhatched vertebrate)</w:t>
      </w:r>
      <w:r>
        <w:br/>
      </w:r>
      <w:r>
        <w:t xml:space="preserve">    (b) precise instructions specifying how to solve some problem</w:t>
      </w:r>
      <w:r>
        <w:br/>
      </w:r>
      <w:r>
        <w:t xml:space="preserve">    (c) title for the head of a government body in some countries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Puller described the situation in staccato sentences containing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precise</w:t>
      </w:r>
      <w:r>
        <w:rPr>
          <w:b/>
          <w:bCs/>
        </w:rPr>
        <w:t xml:space="preserve"> </w:t>
      </w:r>
      <w:r>
        <w:rPr>
          <w:b/>
          <w:bCs/>
        </w:rPr>
        <w:t xml:space="preserve">details and closed the phone.</w:t>
      </w:r>
      <w:r>
        <w:br/>
      </w:r>
      <w:r>
        <w:t xml:space="preserve">    (a) smart</w:t>
      </w:r>
      <w:r>
        <w:br/>
      </w:r>
      <w:r>
        <w:t xml:space="preserve">    (b) awake</w:t>
      </w:r>
      <w:r>
        <w:br/>
      </w:r>
      <w:r>
        <w:t xml:space="preserve">    (c) accurate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was well appointed, with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ubiquitous</w:t>
      </w:r>
      <w:r>
        <w:rPr>
          <w:b/>
          <w:bCs/>
        </w:rPr>
        <w:t xml:space="preserve"> </w:t>
      </w:r>
      <w:r>
        <w:rPr>
          <w:b/>
          <w:bCs/>
        </w:rPr>
        <w:t xml:space="preserve">"I Love Me" Wall that was filled with photos of the flag officer and his famous friends.</w:t>
      </w:r>
      <w:r>
        <w:br/>
      </w:r>
      <w:r>
        <w:t xml:space="preserve">    (a) lacking a tendency to be full of thought</w:t>
      </w:r>
      <w:r>
        <w:br/>
      </w:r>
      <w:r>
        <w:t xml:space="preserve">    (b) without a tendency to be full of thought</w:t>
      </w:r>
      <w:r>
        <w:br/>
      </w:r>
      <w:r>
        <w:t xml:space="preserve">    (c) being present everywhere or all the time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He could be petty and vindictive and callous and unfair, brutal and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unyielding</w:t>
      </w:r>
      <w:r>
        <w:rPr>
          <w:b/>
          <w:bCs/>
        </w:rPr>
        <w:t xml:space="preserve">.</w:t>
      </w:r>
      <w:r>
        <w:br/>
      </w:r>
      <w:r>
        <w:t xml:space="preserve">    (a) rude or unfriendly because of using too few words or moving too quickly</w:t>
      </w:r>
      <w:r>
        <w:br/>
      </w:r>
      <w:r>
        <w:t xml:space="preserve">    (b) relating to classical music plays in which most of the dialogue is sung</w:t>
      </w:r>
      <w:r>
        <w:br/>
      </w:r>
      <w:r>
        <w:t xml:space="preserve">    (c) strict, firm, or hard (not giving in, not giving way, or not giving 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Hiroshima got hit with a thirteen-kiloton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yield</w:t>
      </w:r>
      <w:r>
        <w:rPr>
          <w:b/>
          <w:bCs/>
        </w:rPr>
        <w:t xml:space="preserve"> </w:t>
      </w:r>
      <w:r>
        <w:rPr>
          <w:b/>
          <w:bCs/>
        </w:rPr>
        <w:t xml:space="preserve">and they only used sixty kilograms of uranium and of that only six hundred milligrams actually reacted; that's about the weight of a dime.</w:t>
      </w:r>
      <w:r>
        <w:br/>
      </w:r>
      <w:r>
        <w:t xml:space="preserve">    (a) think deeply or carefully about</w:t>
      </w:r>
      <w:r>
        <w:br/>
      </w:r>
      <w:r>
        <w:t xml:space="preserve">    (b) produce or give</w:t>
      </w:r>
      <w:r>
        <w:br/>
      </w:r>
      <w:r>
        <w:t xml:space="preserve">    (c) stop (something from happening)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Matt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commuted</w:t>
      </w:r>
      <w:r>
        <w:rPr>
          <w:b/>
          <w:bCs/>
        </w:rPr>
        <w:t xml:space="preserve"> </w:t>
      </w:r>
      <w:r>
        <w:rPr>
          <w:b/>
          <w:bCs/>
        </w:rPr>
        <w:t xml:space="preserve">there on Friday and came back on Sunday to go back to work on Monday.</w:t>
      </w:r>
      <w:r>
        <w:br/>
      </w:r>
      <w:r>
        <w:t xml:space="preserve">    (a) not found guilty or forced into a bad situation</w:t>
      </w:r>
      <w:r>
        <w:br/>
      </w:r>
      <w:r>
        <w:t xml:space="preserve">    (b) a non-doctor who assisted a women in childbirth</w:t>
      </w:r>
      <w:r>
        <w:br/>
      </w:r>
      <w:r>
        <w:t xml:space="preserve">    (c) traveled a regular route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However, there was never any talk of his sentence being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commuted</w:t>
      </w:r>
      <w:r>
        <w:rPr>
          <w:b/>
          <w:bCs/>
        </w:rPr>
        <w:t xml:space="preserve">.</w:t>
      </w:r>
      <w:r>
        <w:br/>
      </w:r>
      <w:r>
        <w:t xml:space="preserve">    (a) confirmed</w:t>
      </w:r>
      <w:r>
        <w:br/>
      </w:r>
      <w:r>
        <w:t xml:space="preserve">    (b) exchanged for one that was less severe</w:t>
      </w:r>
      <w:r>
        <w:br/>
      </w:r>
      <w:r>
        <w:t xml:space="preserve">    (c) ended abruptly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Other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components</w:t>
      </w:r>
      <w:r>
        <w:rPr>
          <w:b/>
          <w:bCs/>
        </w:rPr>
        <w:t xml:space="preserve"> </w:t>
      </w:r>
      <w:r>
        <w:rPr>
          <w:b/>
          <w:bCs/>
        </w:rPr>
        <w:t xml:space="preserve">of the chatter lead us to believe that the target is at least in the vicinity of Drake.</w:t>
      </w:r>
      <w:r>
        <w:br/>
      </w:r>
      <w:r>
        <w:t xml:space="preserve">    (a) a self-contained part of something that when combined with other parts makes something that is larger or more complex</w:t>
      </w:r>
      <w:r>
        <w:br/>
      </w:r>
      <w:r>
        <w:t xml:space="preserve">    (b) intangible (non-touchable) properties that are the result of creativity (such as patents or trademarks or copyrights)</w:t>
      </w:r>
      <w:r>
        <w:br/>
      </w:r>
      <w:r>
        <w:t xml:space="preserve">    (c) things that are different than others of their type (synonyms could include: adaptations, versions, alternate forms)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Validation</w:t>
      </w:r>
      <w:r>
        <w:rPr>
          <w:b/>
          <w:bCs/>
        </w:rPr>
        <w:t xml:space="preserve"> </w:t>
      </w:r>
      <w:r>
        <w:rPr>
          <w:b/>
          <w:bCs/>
        </w:rPr>
        <w:t xml:space="preserve">was good, but what Puller really wanted was some info that could help him solve the case.</w:t>
      </w:r>
      <w:r>
        <w:br/>
      </w:r>
      <w:r>
        <w:t xml:space="preserve">    (a) the condition of being made by humans rather than being found in nature</w:t>
      </w:r>
      <w:r>
        <w:br/>
      </w:r>
      <w:r>
        <w:t xml:space="preserve">    (b) short for Ku Klux Klan - a white supremacist group in the United States</w:t>
      </w:r>
      <w:r>
        <w:br/>
      </w:r>
      <w:r>
        <w:t xml:space="preserve">    (c) give evidence for the truth or value of; or declare as legally approved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And if it went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nuclear</w:t>
      </w:r>
      <w:r>
        <w:rPr>
          <w:b/>
          <w:bCs/>
        </w:rPr>
        <w:t xml:space="preserve">, in about fifty-five seconds there would be nothing left of them except vapor.</w:t>
      </w:r>
      <w:r>
        <w:br/>
      </w:r>
      <w:r>
        <w:t xml:space="preserve">    (a) relating to the central or most important part of something</w:t>
      </w:r>
      <w:r>
        <w:br/>
      </w:r>
      <w:r>
        <w:t xml:space="preserve">    (b) the quality of inappropriateness in size, amount, or degree</w:t>
      </w:r>
      <w:r>
        <w:br/>
      </w:r>
      <w:r>
        <w:t xml:space="preserve">    (c) the condition of being exclusive to (someone or some group)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  <w:u w:val="single"/>
        </w:rPr>
        <w:t xml:space="preserve">Context</w:t>
      </w:r>
      <w:r>
        <w:rPr>
          <w:b/>
          <w:bCs/>
        </w:rPr>
        <w:t xml:space="preserve">?</w:t>
      </w:r>
      <w:r>
        <w:br/>
      </w:r>
      <w:r>
        <w:t xml:space="preserve">    (a) an image (seen on a mirror or other shiny surface)</w:t>
      </w:r>
      <w:r>
        <w:br/>
      </w:r>
      <w:r>
        <w:t xml:space="preserve">    (b) the act of interacting or getting interested again</w:t>
      </w:r>
      <w:r>
        <w:br/>
      </w:r>
      <w:r>
        <w:t xml:space="preserve">    (c) the setting or situation in which something occurs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2026-07-31T19:54:46Z</dcterms:created>
  <dcterms:modified xsi:type="dcterms:W3CDTF">2026-07-31T19:54:46Z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