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219e2696cdded0bd6ccd6f4f69a6fd1181c742b"/>
    <w:p>
      <w:pPr>
        <w:pStyle w:val="Heading1"/>
      </w:pPr>
      <w:r>
        <w:rPr>
          <w:b/>
          <w:bCs/>
        </w:rPr>
        <w:t xml:space="preserve">Zeitoun</w:t>
      </w:r>
      <w:r>
        <w:br/>
      </w:r>
      <w:r>
        <w:rPr>
          <w:i/>
          <w:iCs/>
        </w:rPr>
        <w:t xml:space="preserve">Dave Eggers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one of them, really,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blithe</w:t>
      </w:r>
      <w:r>
        <w:rPr>
          <w:b/>
          <w:bCs/>
        </w:rPr>
        <w:t xml:space="preserve"> </w:t>
      </w:r>
      <w:r>
        <w:rPr>
          <w:b/>
          <w:bCs/>
        </w:rPr>
        <w:t xml:space="preserve">and girlish in her manner and her tastes—video games, Harry Potter, the baffling pop music they listened to.</w:t>
      </w:r>
      <w:r>
        <w:br/>
      </w:r>
      <w:r>
        <w:t xml:space="preserve">    (a) good or beneficial</w:t>
      </w:r>
      <w:r>
        <w:br/>
      </w:r>
      <w:r>
        <w:t xml:space="preserve">    (b) carefree and happy</w:t>
      </w:r>
      <w:r>
        <w:br/>
      </w:r>
      <w:r>
        <w:t xml:space="preserve">    (c) able to get nearer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had been chubby as a child, at least to some eyes, and in her teens her weight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fluctuated</w:t>
      </w:r>
      <w:r>
        <w:rPr>
          <w:b/>
          <w:bCs/>
        </w:rPr>
        <w:t xml:space="preserve"> </w:t>
      </w:r>
      <w:r>
        <w:rPr>
          <w:b/>
          <w:bCs/>
        </w:rPr>
        <w:t xml:space="preserve">wildly.</w:t>
      </w:r>
      <w:r>
        <w:br/>
      </w:r>
      <w:r>
        <w:t xml:space="preserve">    (a) a non-doctor who assisted a women in childbirth</w:t>
      </w:r>
      <w:r>
        <w:br/>
      </w:r>
      <w:r>
        <w:t xml:space="preserve">    (b) alternately increased and decreased in quantity</w:t>
      </w:r>
      <w:r>
        <w:br/>
      </w:r>
      <w:r>
        <w:t xml:space="preserve">    (c) not found guilty or forced into a bad situation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student filed a lawsuit against him, and his termination was recommended by the Jefferson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Parish</w:t>
      </w:r>
      <w:r>
        <w:rPr>
          <w:b/>
          <w:bCs/>
        </w:rPr>
        <w:t xml:space="preserve"> </w:t>
      </w:r>
      <w:r>
        <w:rPr>
          <w:b/>
          <w:bCs/>
        </w:rPr>
        <w:t xml:space="preserve">School District superintendent.</w:t>
      </w:r>
      <w:r>
        <w:br/>
      </w:r>
      <w:r>
        <w:t xml:space="preserve">    (a) a local church community</w:t>
      </w:r>
      <w:r>
        <w:br/>
      </w:r>
      <w:r>
        <w:br/>
      </w:r>
      <w:r>
        <w:t xml:space="preserve">or in some places including Louisiana:  a jurisdiction of government like a county</w:t>
      </w:r>
      <w:r>
        <w:br/>
      </w:r>
      <w:r>
        <w:t xml:space="preserve">    (b) an artists performance of another artist's work that expresses the performer's feelings or ideas about the work</w:t>
      </w:r>
      <w:r>
        <w:br/>
      </w:r>
      <w:r>
        <w:t xml:space="preserve">    (c) someone who abandoned their religion or separated from others with whom they used to share firmly held beliefs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his children he was trying to instill a sense of the value of work, the value of whatever came into their house, but he knew that much would be lost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context</w:t>
      </w:r>
      <w:r>
        <w:rPr>
          <w:b/>
          <w:bCs/>
        </w:rPr>
        <w:t xml:space="preserve">, the waste and excess of the culture at large.</w:t>
      </w:r>
      <w:r>
        <w:br/>
      </w:r>
      <w:r>
        <w:t xml:space="preserve">    (a) the act of interacting or getting interested again</w:t>
      </w:r>
      <w:r>
        <w:br/>
      </w:r>
      <w:r>
        <w:t xml:space="preserve">    (b) an image (seen on a mirror or other shiny surface)</w:t>
      </w:r>
      <w:r>
        <w:br/>
      </w:r>
      <w:r>
        <w:t xml:space="preserve">    (c) the setting or situation in which something occurs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roads would be covered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debris</w:t>
      </w:r>
      <w:r>
        <w:rPr>
          <w:b/>
          <w:bCs/>
        </w:rPr>
        <w:t xml:space="preserve">, impassable for days.</w:t>
      </w:r>
      <w:r>
        <w:br/>
      </w:r>
      <w:r>
        <w:t xml:space="preserve">    (a) passages food and drink follow between the back of mouths and the stomachs</w:t>
      </w:r>
      <w:r>
        <w:br/>
      </w:r>
      <w:r>
        <w:t xml:space="preserve">    (b) the act of treating or preparing food in a way that keeps it from spoiling</w:t>
      </w:r>
      <w:r>
        <w:br/>
      </w:r>
      <w:r>
        <w:t xml:space="preserve">    (c) pieces of something that has been destroyed; or trash that is lying around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Kathy watched him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approach</w:t>
      </w:r>
      <w:r>
        <w:rPr>
          <w:b/>
          <w:bCs/>
        </w:rPr>
        <w:t xml:space="preserve">.</w:t>
      </w:r>
      <w:r>
        <w:br/>
      </w:r>
      <w:r>
        <w:t xml:space="preserve">    (a) create dramatic change</w:t>
      </w:r>
      <w:r>
        <w:br/>
      </w:r>
      <w:r>
        <w:t xml:space="preserve">    (b) mirror back (an image)</w:t>
      </w:r>
      <w:r>
        <w:br/>
      </w:r>
      <w:r>
        <w:t xml:space="preserve">    (c) get near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Any way 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approached</w:t>
      </w:r>
      <w:r>
        <w:rPr>
          <w:b/>
          <w:bCs/>
        </w:rPr>
        <w:t xml:space="preserve"> </w:t>
      </w:r>
      <w:r>
        <w:rPr>
          <w:b/>
          <w:bCs/>
        </w:rPr>
        <w:t xml:space="preserve">the question, he couldn't see the logic in prohibiting calls.</w:t>
      </w:r>
      <w:r>
        <w:br/>
      </w:r>
      <w:r>
        <w:t xml:space="preserve">    (a) thought carefully and made a judgment about</w:t>
      </w:r>
      <w:r>
        <w:br/>
      </w:r>
      <w:r>
        <w:t xml:space="preserve">    (b) thought about</w:t>
      </w:r>
      <w:r>
        <w:br/>
      </w:r>
      <w:r>
        <w:t xml:space="preserve">    (c) concentrated, look at, or paid attention to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given a microphone and she spoke into it, telling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congregation</w:t>
      </w:r>
      <w:r>
        <w:rPr>
          <w:b/>
          <w:bCs/>
        </w:rPr>
        <w:t xml:space="preserve"> </w:t>
      </w:r>
      <w:r>
        <w:rPr>
          <w:b/>
          <w:bCs/>
        </w:rPr>
        <w:t xml:space="preserve">what she'd told the reverend, that she had been investigating Islam, and that— The preacher cut her off.</w:t>
      </w:r>
      <w:r>
        <w:br/>
      </w:r>
      <w:r>
        <w:t xml:space="preserve">    (a) the act, process, or instance of telling a story</w:t>
      </w:r>
      <w:r>
        <w:br/>
      </w:r>
      <w:r>
        <w:t xml:space="preserve">    (b) people who worship together in the same building</w:t>
      </w:r>
      <w:r>
        <w:br/>
      </w:r>
      <w:r>
        <w:t xml:space="preserve">    (c) a general feeling of not being as good as others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"Only God knows this,"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imam</w:t>
      </w:r>
      <w:r>
        <w:rPr>
          <w:b/>
          <w:bCs/>
        </w:rPr>
        <w:t xml:space="preserve"> </w:t>
      </w:r>
      <w:r>
        <w:rPr>
          <w:b/>
          <w:bCs/>
        </w:rPr>
        <w:t xml:space="preserve">would tell her.</w:t>
      </w:r>
      <w:r>
        <w:br/>
      </w:r>
      <w:r>
        <w:t xml:space="preserve">    (a) Islamic religious leader</w:t>
      </w:r>
      <w:r>
        <w:br/>
      </w:r>
      <w:r>
        <w:t xml:space="preserve">    (b) a negatively charged ion</w:t>
      </w:r>
      <w:r>
        <w:br/>
      </w:r>
      <w:r>
        <w:t xml:space="preserve">    (c) social event or ceremony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Kathy liked to act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exasperated</w:t>
      </w:r>
      <w:r>
        <w:rPr>
          <w:b/>
          <w:bCs/>
        </w:rPr>
        <w:t xml:space="preserve">, but Zeitoun's romantic side was central to why she loved him.</w:t>
      </w:r>
      <w:r>
        <w:br/>
      </w:r>
      <w:r>
        <w:t xml:space="preserve">    (a) came or arrived</w:t>
      </w:r>
      <w:r>
        <w:br/>
      </w:r>
      <w:r>
        <w:t xml:space="preserve">    (b) said indirectly</w:t>
      </w:r>
      <w:r>
        <w:br/>
      </w:r>
      <w:r>
        <w:t xml:space="preserve">    (c) annoyed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felt some relief in knowing that it would likely remain there, or even drop a foot once it reached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equilibrium</w:t>
      </w:r>
      <w:r>
        <w:rPr>
          <w:b/>
          <w:bCs/>
        </w:rPr>
        <w:t xml:space="preserve"> </w:t>
      </w:r>
      <w:r>
        <w:rPr>
          <w:b/>
          <w:bCs/>
        </w:rPr>
        <w:t xml:space="preserve">with Lake Pontchartrain.</w:t>
      </w:r>
      <w:r>
        <w:br/>
      </w:r>
      <w:r>
        <w:t xml:space="preserve">    (a) balance</w:t>
      </w:r>
      <w:r>
        <w:br/>
      </w:r>
      <w:r>
        <w:t xml:space="preserve">    (b) payment</w:t>
      </w:r>
      <w:r>
        <w:br/>
      </w:r>
      <w:r>
        <w:t xml:space="preserve">    (c) thought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Mohammed's accomplishments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implied</w:t>
      </w:r>
      <w:r>
        <w:rPr>
          <w:b/>
          <w:bCs/>
        </w:rPr>
        <w:t xml:space="preserve">—proved, really—that the Zeitouns were extraordinary.</w:t>
      </w:r>
      <w:r>
        <w:br/>
      </w:r>
      <w:r>
        <w:t xml:space="preserve">    (a) not wanting to do something</w:t>
      </w:r>
      <w:r>
        <w:br/>
      </w:r>
      <w:r>
        <w:t xml:space="preserve">    (b) suggested (said indirectly)</w:t>
      </w:r>
      <w:r>
        <w:br/>
      </w:r>
      <w:r>
        <w:t xml:space="preserve">    (c) was attractive or desirable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chaos,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anarchy</w:t>
      </w:r>
      <w:r>
        <w:rPr>
          <w:b/>
          <w:bCs/>
        </w:rPr>
        <w:t xml:space="preserve">.</w:t>
      </w:r>
      <w:r>
        <w:br/>
      </w:r>
      <w:r>
        <w:t xml:space="preserve">    (a) one who believes that knowledge is acquired primarily by reason rather than by experience</w:t>
      </w:r>
      <w:r>
        <w:br/>
      </w:r>
      <w:r>
        <w:t xml:space="preserve">    (b) a hollow muscular organ in the pelvic cavity of females which can hold a developing fetus</w:t>
      </w:r>
      <w:r>
        <w:br/>
      </w:r>
      <w:r>
        <w:t xml:space="preserve">    (c) the complete absence of political authority; or more generally, complete absence of order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seemed to swing between worry and fatalistic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resignation</w:t>
      </w:r>
      <w:r>
        <w:rPr>
          <w:b/>
          <w:bCs/>
        </w:rPr>
        <w:t xml:space="preserve">.</w:t>
      </w:r>
      <w:r>
        <w:br/>
      </w:r>
      <w:r>
        <w:t xml:space="preserve">    (a) accepted something undesired as unavoidable</w:t>
      </w:r>
      <w:r>
        <w:br/>
      </w:r>
      <w:r>
        <w:t xml:space="preserve">    (b) the process of thinking carefully and making a judgment about something</w:t>
      </w:r>
      <w:r>
        <w:br/>
      </w:r>
      <w:r>
        <w:t xml:space="preserve">    (c) the act of finding fault and telling others; or a description of faults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had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resigned</w:t>
      </w:r>
      <w:r>
        <w:rPr>
          <w:b/>
          <w:bCs/>
        </w:rPr>
        <w:t xml:space="preserve"> </w:t>
      </w:r>
      <w:r>
        <w:rPr>
          <w:b/>
          <w:bCs/>
        </w:rPr>
        <w:t xml:space="preserve">in 2005, a few months after the storm.</w:t>
      </w:r>
      <w:r>
        <w:br/>
      </w:r>
      <w:r>
        <w:t xml:space="preserve">    (a) drew</w:t>
      </w:r>
      <w:r>
        <w:br/>
      </w:r>
      <w:r>
        <w:t xml:space="preserve">    (b) paid</w:t>
      </w:r>
      <w:r>
        <w:br/>
      </w:r>
      <w:r>
        <w:t xml:space="preserve">    (c) quit (his job)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From: CapZeton Date: Sun, 11 Sep 2005 02:01:34 +0200 To: [name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omitted</w:t>
      </w:r>
      <w:r>
        <w:rPr>
          <w:b/>
          <w:bCs/>
        </w:rPr>
        <w:t xml:space="preserve">]@wafb.com Subject: New Orleans Hurricane-impacted areas Dear Sires, As I informed from some friends in Baton Rouge, that you have on Sept. 5th a meeting with my brother: Name Abdulrahman Zeitoun, 47 years old, at New Orleans effected zone 4649 Dart St. LA 70125-2716 where he stay, our friend saw him on your TV WAFB CH9 on Sept. 6th.</w:t>
      </w:r>
      <w:r>
        <w:br/>
      </w:r>
      <w:r>
        <w:t xml:space="preserve">    (a) took up or received into heaven</w:t>
      </w:r>
      <w:r>
        <w:br/>
      </w:r>
      <w:r>
        <w:t xml:space="preserve">    (b) to exclude or neglect something</w:t>
      </w:r>
      <w:r>
        <w:br/>
      </w:r>
      <w:r>
        <w:t xml:space="preserve">    (c) learned, discovered, or decided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so they came to know the strange rules of their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incarceration</w:t>
      </w:r>
      <w:r>
        <w:rPr>
          <w:b/>
          <w:bCs/>
        </w:rPr>
        <w:t xml:space="preserve">.</w:t>
      </w:r>
      <w:r>
        <w:br/>
      </w:r>
      <w:r>
        <w:t xml:space="preserve">    (a) psychiatrist</w:t>
      </w:r>
      <w:r>
        <w:br/>
      </w:r>
      <w:r>
        <w:t xml:space="preserve">    (b) postponement</w:t>
      </w:r>
      <w:r>
        <w:br/>
      </w:r>
      <w:r>
        <w:t xml:space="preserve">    (c) captivity (or imprisonment)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guilt Zeitoun now felt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profound</w:t>
      </w:r>
      <w:r>
        <w:rPr>
          <w:b/>
          <w:bCs/>
        </w:rPr>
        <w:t xml:space="preserve"> </w:t>
      </w:r>
      <w:r>
        <w:rPr>
          <w:b/>
          <w:bCs/>
        </w:rPr>
        <w:t xml:space="preserve">and growing.</w:t>
      </w:r>
      <w:r>
        <w:br/>
      </w:r>
      <w:r>
        <w:t xml:space="preserve">    (a) lacking a tendency to be full of thought</w:t>
      </w:r>
      <w:r>
        <w:br/>
      </w:r>
      <w:r>
        <w:t xml:space="preserve">    (b) without a tendency to be full of thought</w:t>
      </w:r>
      <w:r>
        <w:br/>
      </w:r>
      <w:r>
        <w:t xml:space="preserve">    (c) of greatest intensity or emotional depth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usual bail for such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misdemeanor</w:t>
      </w:r>
      <w:r>
        <w:rPr>
          <w:b/>
          <w:bCs/>
        </w:rPr>
        <w:t xml:space="preserve"> </w:t>
      </w:r>
      <w:r>
        <w:rPr>
          <w:b/>
          <w:bCs/>
        </w:rPr>
        <w:t xml:space="preserve">would be $500.</w:t>
      </w:r>
      <w:r>
        <w:br/>
      </w:r>
      <w:r>
        <w:t xml:space="preserve">    (a) a crime less serious than a felony</w:t>
      </w:r>
      <w:r>
        <w:br/>
      </w:r>
      <w:r>
        <w:t xml:space="preserve">    (b) a central open space in a building</w:t>
      </w:r>
      <w:r>
        <w:br/>
      </w:r>
      <w:r>
        <w:t xml:space="preserve">    (c) particles emitted by nuclear decay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Each day he met with other law-enforcement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personnel</w:t>
      </w:r>
      <w:r>
        <w:rPr>
          <w:b/>
          <w:bCs/>
        </w:rPr>
        <w:t xml:space="preserve">, and they would map out a plan of action.</w:t>
      </w:r>
      <w:r>
        <w:br/>
      </w:r>
      <w:r>
        <w:t xml:space="preserve">    (a) not trustworthy with secrets, and/or conspicuous or obtrusive</w:t>
      </w:r>
      <w:r>
        <w:br/>
      </w:r>
      <w:r>
        <w:t xml:space="preserve">    (b) the people expected to obey orders in an organization</w:t>
      </w:r>
      <w:r>
        <w:br/>
      </w:r>
      <w:r>
        <w:t xml:space="preserve">    (c) the state or degree of being able to be taken on as one's own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2026-07-31T17:20:18Z</dcterms:created>
  <dcterms:modified xsi:type="dcterms:W3CDTF">2026-07-31T17:20:18Z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