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66af302c4fc4d6bfde27d7d9fc175097d8aa0f"/>
    <w:p>
      <w:pPr>
        <w:pStyle w:val="Heading1"/>
      </w:pPr>
      <w:r>
        <w:rPr>
          <w:b/>
          <w:bCs/>
        </w:rPr>
        <w:t xml:space="preserve">Young Goodman Brown</w:t>
      </w:r>
      <w:r>
        <w:br/>
      </w:r>
      <w:r>
        <w:rPr>
          <w:i/>
          <w:iCs/>
        </w:rPr>
        <w:t xml:space="preserve">Nathanial Hawthorne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unexpected praise and didn't know what to say.</w:t>
      </w:r>
      <w:r>
        <w:br/>
      </w:r>
      <w:r>
        <w:t xml:space="preserve">    (a) embarrassed or unsettled</w:t>
      </w:r>
      <w:r>
        <w:br/>
      </w:r>
      <w:r>
        <w:t xml:space="preserve">    (b) tired and distracted</w:t>
      </w:r>
      <w:r>
        <w:br/>
      </w:r>
      <w:r>
        <w:t xml:space="preserve">    (c) delighted and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travel the world was finally realized when she received a job offer from an international company.</w:t>
      </w:r>
      <w:r>
        <w:br/>
      </w:r>
      <w:r>
        <w:t xml:space="preserve">    (a) desire</w:t>
      </w:r>
      <w:r>
        <w:br/>
      </w:r>
      <w:r>
        <w:t xml:space="preserve">    (b) payment</w:t>
      </w:r>
      <w:r>
        <w:br/>
      </w:r>
      <w:r>
        <w:t xml:space="preserve">    (c)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bored</w:t>
      </w:r>
      <w:r>
        <w:br/>
      </w:r>
      <w:r>
        <w:t xml:space="preserve">    (b) confused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agree</w:t>
      </w:r>
      <w:r>
        <w:br/>
      </w:r>
      <w:r>
        <w:t xml:space="preserve">    (b) people who worship together</w:t>
      </w:r>
      <w:r>
        <w:br/>
      </w:r>
      <w:r>
        <w:t xml:space="preserve">    (c) people who meet periodically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consorts</w:t>
      </w:r>
      <w:r>
        <w:rPr>
          <w:b/>
          <w:bCs/>
        </w:rPr>
        <w:t xml:space="preserve"> </w:t>
      </w:r>
      <w:r>
        <w:rPr>
          <w:b/>
          <w:bCs/>
        </w:rPr>
        <w:t xml:space="preserve">with gang members and criminals.</w:t>
      </w:r>
      <w:r>
        <w:br/>
      </w:r>
      <w:r>
        <w:t xml:space="preserve">    (a) avoids company</w:t>
      </w:r>
      <w:r>
        <w:br/>
      </w:r>
      <w:r>
        <w:t xml:space="preserve">    (b) fights</w:t>
      </w:r>
      <w:r>
        <w:br/>
      </w:r>
      <w:r>
        <w:t xml:space="preserve">    (c) associates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chemical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deemed</w:t>
      </w:r>
      <w:r>
        <w:rPr>
          <w:b/>
          <w:bCs/>
        </w:rPr>
        <w:t xml:space="preserve"> </w:t>
      </w:r>
      <w:r>
        <w:rPr>
          <w:b/>
          <w:bCs/>
        </w:rPr>
        <w:t xml:space="preserve">unsafe to use in children's products.</w:t>
      </w:r>
      <w:r>
        <w:br/>
      </w:r>
      <w:r>
        <w:t xml:space="preserve">    (a) manufactured</w:t>
      </w:r>
      <w:r>
        <w:br/>
      </w:r>
      <w:r>
        <w:t xml:space="preserve">    (b) tested</w:t>
      </w:r>
      <w:r>
        <w:br/>
      </w:r>
      <w:r>
        <w:t xml:space="preserve">    (c) judged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extremely ugly</w:t>
      </w:r>
      <w:r>
        <w:br/>
      </w:r>
      <w:r>
        <w:t xml:space="preserve">    (b) perfectly healed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expressed grief about</w:t>
      </w:r>
      <w:r>
        <w:br/>
      </w:r>
      <w:r>
        <w:t xml:space="preserve">    (b) made worse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in contrast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give up at first try</w:t>
      </w:r>
      <w:r>
        <w:br/>
      </w:r>
      <w:r>
        <w:t xml:space="preserve">    (b) rest before any effort</w:t>
      </w:r>
      <w:r>
        <w:br/>
      </w:r>
      <w:r>
        <w:t xml:space="preserve">    (c) push on through hardship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traditional</w:t>
      </w:r>
      <w:r>
        <w:br/>
      </w:r>
      <w:r>
        <w:t xml:space="preserve">    (b) non-traditional</w:t>
      </w:r>
      <w:r>
        <w:br/>
      </w:r>
      <w:r>
        <w:t xml:space="preserve">    (c) highly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deeply respects</w:t>
      </w:r>
      <w:r>
        <w:br/>
      </w:r>
      <w:r>
        <w:t xml:space="preserve">    (b) thoroughly enjoys</w:t>
      </w:r>
      <w:r>
        <w:br/>
      </w:r>
      <w:r>
        <w:t xml:space="preserve">    (c) dislikes and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firmness of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apple</w:t>
      </w:r>
      <w:r>
        <w:br/>
      </w:r>
      <w:r>
        <w:t xml:space="preserve">    (b) fig leaf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large and successful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gazed at her reflection in the mirror, studying 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visage</w:t>
      </w:r>
      <w:r>
        <w:rPr>
          <w:b/>
          <w:bCs/>
        </w:rPr>
        <w:t xml:space="preserve"> </w:t>
      </w:r>
      <w:r>
        <w:rPr>
          <w:b/>
          <w:bCs/>
        </w:rPr>
        <w:t xml:space="preserve">with a critical eye.</w:t>
      </w:r>
      <w:r>
        <w:br/>
      </w:r>
      <w:r>
        <w:t xml:space="preserve">    (a) clothing</w:t>
      </w:r>
      <w:r>
        <w:br/>
      </w:r>
      <w:r>
        <w:t xml:space="preserve">    (b) body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water, the plants in the garden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die.</w:t>
      </w:r>
      <w:r>
        <w:br/>
      </w:r>
      <w:r>
        <w:t xml:space="preserve">    (a) dry out</w:t>
      </w:r>
      <w:r>
        <w:br/>
      </w:r>
      <w:r>
        <w:t xml:space="preserve">    (b) become dormant</w:t>
      </w:r>
      <w:r>
        <w:br/>
      </w:r>
      <w:r>
        <w:t xml:space="preserve">    (c) grow stronger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irresponsible</w:t>
      </w:r>
      <w:r>
        <w:br/>
      </w:r>
      <w:r>
        <w:t xml:space="preserve">    (b) foolish or thoughtless</w:t>
      </w:r>
      <w:r>
        <w:br/>
      </w:r>
      <w:r>
        <w:t xml:space="preserve">    (c) in terrible condition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2026-07-31T17:35:23Z</dcterms:created>
  <dcterms:modified xsi:type="dcterms:W3CDTF">2026-07-31T17:35:23Z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