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d73913369f4001069a66967905d3191a6760eb"/>
    <w:p>
      <w:pPr>
        <w:pStyle w:val="Heading1"/>
      </w:pPr>
      <w:r>
        <w:rPr>
          <w:b/>
          <w:bCs/>
        </w:rPr>
        <w:t xml:space="preserve">Year of Wonders</w:t>
      </w:r>
      <w:r>
        <w:br/>
      </w:r>
      <w:r>
        <w:rPr>
          <w:i/>
          <w:iCs/>
        </w:rPr>
        <w:t xml:space="preserve">Geraldine Brooks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could rouse him where charity had not.</w:t>
      </w:r>
      <w:r>
        <w:br/>
      </w:r>
      <w:r>
        <w:t xml:space="preserve">    (a) extreme anger</w:t>
      </w:r>
      <w:r>
        <w:br/>
      </w:r>
      <w:r>
        <w:t xml:space="preserve">    (b) determination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surely the poor man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mortified</w:t>
      </w:r>
      <w:r>
        <w:rPr>
          <w:b/>
          <w:bCs/>
        </w:rPr>
        <w:t xml:space="preserve"> </w:t>
      </w:r>
      <w:r>
        <w:rPr>
          <w:b/>
          <w:bCs/>
        </w:rPr>
        <w:t xml:space="preserve">the next day, afraid that he had irrevocably offended me.</w:t>
      </w:r>
      <w:r>
        <w:br/>
      </w:r>
      <w:r>
        <w:t xml:space="preserve">    (a) not having been assigned a value, or not having been considered as to worth</w:t>
      </w:r>
      <w:r>
        <w:br/>
      </w:r>
      <w:r>
        <w:t xml:space="preserve">    (b) extremely embarrassed and ashamed—so humiliated that pride feels wounded.</w:t>
      </w:r>
      <w:r>
        <w:br/>
      </w:r>
      <w:r>
        <w:t xml:space="preserve">    (c) hid something by making it blend in with its surroundings; or hid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was smiling his big open smile, and he looked down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deferentially</w:t>
      </w:r>
      <w:r>
        <w:rPr>
          <w:b/>
          <w:bCs/>
        </w:rPr>
        <w:t xml:space="preserve"> </w:t>
      </w:r>
      <w:r>
        <w:rPr>
          <w:b/>
          <w:bCs/>
        </w:rPr>
        <w:t xml:space="preserve">when he grasped my mortified state.</w:t>
      </w:r>
      <w:r>
        <w:br/>
      </w:r>
      <w:r>
        <w:t xml:space="preserve">    (a) not done on purpose</w:t>
      </w:r>
      <w:r>
        <w:br/>
      </w:r>
      <w:r>
        <w:t xml:space="preserve">    (b) in a specific order</w:t>
      </w:r>
      <w:r>
        <w:br/>
      </w:r>
      <w:r>
        <w:t xml:space="preserve">    (c) with polite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been at my father's croft when Anys had come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salve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sticky-eye, which all the young ones were catching at the time.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a cream or liquid put onto skin to make it feel better or heal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anything that eases pain or anxiety; or the act of doing such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feared that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agitation</w:t>
      </w:r>
      <w:r>
        <w:rPr>
          <w:b/>
          <w:bCs/>
        </w:rPr>
        <w:t xml:space="preserve"> </w:t>
      </w:r>
      <w:r>
        <w:rPr>
          <w:b/>
          <w:bCs/>
        </w:rPr>
        <w:t xml:space="preserve">would kill him in his weakened state, and so I picked up the ruined bedding and left him.</w:t>
      </w:r>
      <w:r>
        <w:br/>
      </w:r>
      <w:r>
        <w:t xml:space="preserve">    (a) the act of stirring up (emotionally or physically); or a state of emotional unrest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formula (a mathematical expression that describe a relationship between variables)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Anyone who had placed a deposit on work from Mr. Viccars would want whatever of that work he had accomplished,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Mr. Mompellion's injunction, I had no right to withhold it from them.</w:t>
      </w:r>
      <w:r>
        <w:br/>
      </w:r>
      <w:r>
        <w:t xml:space="preserve">    (a) used to show that something remains true even though something else seems to go against it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nettle beer,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was new to me.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little you know, it's more than I do, who never has labored myself nor even birthed any livestock.</w:t>
      </w:r>
      <w:r>
        <w:br/>
      </w:r>
      <w:r>
        <w:t xml:space="preserve">    (a) regardless of how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people who are good at or spend much time studying, thinking, and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this habit, I suppose, that led me into the account I made her then, a bawdy confession of my own lust, which I had the right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</w:t>
      </w:r>
      <w:r>
        <w:rPr>
          <w:b/>
          <w:bCs/>
        </w:rPr>
        <w:t xml:space="preserve"> </w:t>
      </w:r>
      <w:r>
        <w:rPr>
          <w:b/>
          <w:bCs/>
        </w:rPr>
        <w:t xml:space="preserve">to her, and then that which I did not: the news I'd just learned of Anys's sport with my lodger.</w:t>
      </w:r>
      <w:r>
        <w:br/>
      </w:r>
      <w:r>
        <w:t xml:space="preserve">    (a) aka analyze -- analyze based upon a theory of psychiatry</w:t>
      </w:r>
      <w:r>
        <w:br/>
      </w:r>
      <w:r>
        <w:t xml:space="preserve">    (b) place trust (in someone) by talking about private things</w:t>
      </w:r>
      <w:r>
        <w:br/>
      </w:r>
      <w:r>
        <w:t xml:space="preserve">    (c) search for and discover through persistent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then, he had never let pass an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her connections or slight her understanding.</w:t>
      </w:r>
      <w:r>
        <w:br/>
      </w:r>
      <w:r>
        <w:t xml:space="preserve">    (a) to spoil something so it is not desirable</w:t>
      </w:r>
      <w:r>
        <w:br/>
      </w:r>
      <w:r>
        <w:t xml:space="preserve">    (b) stop interacting; or stop having interest</w:t>
      </w:r>
      <w:r>
        <w:br/>
      </w:r>
      <w:r>
        <w:t xml:space="preserve">    (c) criticizing or making seem less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 who must move through the poorer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parishes</w:t>
      </w:r>
      <w:r>
        <w:rPr>
          <w:b/>
          <w:bCs/>
        </w:rPr>
        <w:t xml:space="preserve"> </w:t>
      </w:r>
      <w:r>
        <w:rPr>
          <w:b/>
          <w:bCs/>
        </w:rPr>
        <w:t xml:space="preserve">cover their faces in herb-stuffed masks contrived like the beaks of great birds.</w:t>
      </w:r>
      <w:r>
        <w:br/>
      </w:r>
      <w:r>
        <w:t xml:space="preserve">    (a) threadlike structures in the cell nucleus that carry genes in a linear order that determine biological traits</w:t>
      </w:r>
      <w:r>
        <w:br/>
      </w:r>
      <w:r>
        <w:t xml:space="preserve">    (b) a local church community</w:t>
      </w:r>
      <w:r>
        <w:br/>
      </w:r>
      <w:r>
        <w:br/>
      </w:r>
      <w:r>
        <w:t xml:space="preserve">or in some places including Louisiana:  a jurisdiction of government like a county</w:t>
      </w:r>
      <w:r>
        <w:br/>
      </w:r>
      <w:r>
        <w:t xml:space="preserve">    (c) atoms that are different from other atoms of the same element because they have a different number of neutrons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how could he have been touched by the city's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?</w:t>
      </w:r>
      <w:r>
        <w:br/>
      </w:r>
      <w:r>
        <w:t xml:space="preserve">    (a) widespread disease (usually severe); or any severely harmful or evil influence that is hard to get rid of</w:t>
      </w:r>
      <w:r>
        <w:br/>
      </w:r>
      <w:r>
        <w:t xml:space="preserve">    (b) a South African whose first language is Afrikaans -- typically descendants of 17th century Dutch settlers</w:t>
      </w:r>
      <w:r>
        <w:br/>
      </w:r>
      <w:r>
        <w:t xml:space="preserve">    (c) something that is not obvious, but noticeable by someone with adequate sensitivity and relevant knowledge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Colonel Bradford turned to him with a raised eyebrow, as if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rudeness.</w:t>
      </w:r>
      <w:r>
        <w:br/>
      </w:r>
      <w:r>
        <w:t xml:space="preserve">    (a) harsh or formal criticism</w:t>
      </w:r>
      <w:r>
        <w:br/>
      </w:r>
      <w:r>
        <w:t xml:space="preserve">    (b) find, search, or research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if one speaks 'religiously,' then one must recall that God has the power to keep you safe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, or to bring peril to overtake you, no matter how far or fast you run.</w:t>
      </w:r>
      <w:r>
        <w:br/>
      </w:r>
      <w:r>
        <w:t xml:space="preserve">    (a) useful</w:t>
      </w:r>
      <w:r>
        <w:br/>
      </w:r>
      <w:r>
        <w:t xml:space="preserve">    (b) allows</w:t>
      </w:r>
      <w:r>
        <w:br/>
      </w:r>
      <w:r>
        <w:t xml:space="preserve">    (c) danger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 Mr. Viccars's sore had erupted near his neck, Jamie's rose in his armpit, and he cried piteously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 </w:t>
      </w:r>
      <w:r>
        <w:rPr>
          <w:b/>
          <w:bCs/>
        </w:rPr>
        <w:t xml:space="preserve">of it, holding his slender little arm far out to his side so as not to hurt himself by the pressure of his own flesh.</w:t>
      </w:r>
      <w:r>
        <w:br/>
      </w:r>
      <w:r>
        <w:t xml:space="preserve">    (a) circular movement</w:t>
      </w:r>
      <w:r>
        <w:br/>
      </w:r>
      <w:r>
        <w:t xml:space="preserve">    (b) size or dimension</w:t>
      </w:r>
      <w:r>
        <w:br/>
      </w:r>
      <w:r>
        <w:t xml:space="preserve">    (c) intense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Here, we poor souls of this village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emulate</w:t>
      </w:r>
      <w:r>
        <w:rPr>
          <w:b/>
          <w:bCs/>
        </w:rPr>
        <w:t xml:space="preserve"> </w:t>
      </w:r>
      <w:r>
        <w:rPr>
          <w:b/>
          <w:bCs/>
        </w:rPr>
        <w:t xml:space="preserve">Our Blessed Lord.</w:t>
      </w:r>
      <w:r>
        <w:br/>
      </w:r>
      <w:r>
        <w:t xml:space="preserve">    (a) feel sadness and regret</w:t>
      </w:r>
      <w:r>
        <w:br/>
      </w:r>
      <w:r>
        <w:t xml:space="preserve">    (b) gradually add or remove</w:t>
      </w:r>
      <w:r>
        <w:br/>
      </w:r>
      <w:r>
        <w:t xml:space="preserve">    (c) imitate (copy or match)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know that many backs broke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</w:t>
      </w:r>
      <w:r>
        <w:rPr>
          <w:b/>
          <w:bCs/>
        </w:rPr>
        <w:t xml:space="preserve"> </w:t>
      </w:r>
      <w:r>
        <w:rPr>
          <w:b/>
          <w:bCs/>
        </w:rPr>
        <w:t xml:space="preserve">that soil from clutching root and stubborn stump; you know that hands bled, dragging forth the rocks that sit arrayed now as the fencesthat mark out worked land from wilderness.</w:t>
      </w:r>
      <w:r>
        <w:br/>
      </w:r>
      <w:r>
        <w:t xml:space="preserve">    (a) obtain with difficult effort or force</w:t>
      </w:r>
      <w:r>
        <w:br/>
      </w:r>
      <w:r>
        <w:t xml:space="preserve">    (b) protect something or keep it as it is</w:t>
      </w:r>
      <w:r>
        <w:br/>
      </w:r>
      <w:r>
        <w:t xml:space="preserve">    (c) a quick look or partial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Mompellion, too, was there, directing Mr. Milne, and when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deemed</w:t>
      </w:r>
      <w:r>
        <w:rPr>
          <w:b/>
          <w:bCs/>
        </w:rPr>
        <w:t xml:space="preserve"> </w:t>
      </w:r>
      <w:r>
        <w:rPr>
          <w:b/>
          <w:bCs/>
        </w:rPr>
        <w:t xml:space="preserve">the holes sufficiently deep he filled each with vinegar and placed the coins inside.</w:t>
      </w:r>
      <w:r>
        <w:br/>
      </w:r>
      <w:r>
        <w:t xml:space="preserve">    (a) believed or judged</w:t>
      </w:r>
      <w:r>
        <w:br/>
      </w:r>
      <w:r>
        <w:t xml:space="preserve">    (b) not disagreed with</w:t>
      </w:r>
      <w:r>
        <w:br/>
      </w:r>
      <w:r>
        <w:t xml:space="preserve">    (c) wrongly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all of you who love your children know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affliction</w:t>
      </w:r>
      <w:r>
        <w:rPr>
          <w:b/>
          <w:bCs/>
        </w:rPr>
        <w:t xml:space="preserve">, too, can be a means of evidencing your care for them.</w:t>
      </w:r>
      <w:r>
        <w:br/>
      </w:r>
      <w:r>
        <w:t xml:space="preserve">    (a) worry or concern about what will happen</w:t>
      </w:r>
      <w:r>
        <w:br/>
      </w:r>
      <w:r>
        <w:t xml:space="preserve">    (b) something that causes ongoing suffering</w:t>
      </w:r>
      <w:r>
        <w:br/>
      </w:r>
      <w:r>
        <w:t xml:space="preserve">    (c) the study of the origin of the universe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no idea what it was that Mr. Mompellionwas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to the old man.</w:t>
      </w:r>
      <w:r>
        <w:br/>
      </w:r>
      <w:r>
        <w:t xml:space="preserve">    (a) communicate or express</w:t>
      </w:r>
      <w:r>
        <w:br/>
      </w:r>
      <w:r>
        <w:t xml:space="preserve">    (b) mirror back (an image)</w:t>
      </w:r>
      <w:r>
        <w:br/>
      </w:r>
      <w:r>
        <w:t xml:space="preserve">    (c) create dramatic change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2026-07-31T18:55:45Z</dcterms:created>
  <dcterms:modified xsi:type="dcterms:W3CDTF">2026-07-31T18:55:45Z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