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2aaea6745c1245c15ec4207ee4f5cd1f8cbc01"/>
    <w:p>
      <w:pPr>
        <w:pStyle w:val="Heading1"/>
      </w:pPr>
      <w:r>
        <w:rPr>
          <w:b/>
          <w:bCs/>
        </w:rPr>
        <w:t xml:space="preserve">Wuthering Heights</w:t>
      </w:r>
      <w:r>
        <w:br/>
      </w:r>
      <w:r>
        <w:rPr>
          <w:i/>
          <w:iCs/>
        </w:rPr>
        <w:t xml:space="preserve">Emily Bronte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hello</w:t>
      </w:r>
      <w:r>
        <w:br/>
      </w:r>
      <w:r>
        <w:t xml:space="preserve">    (b) goodbye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mutual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antipathy</w:t>
      </w:r>
      <w:r>
        <w:rPr>
          <w:b/>
          <w:bCs/>
        </w:rPr>
        <w:t xml:space="preserve"> </w:t>
      </w:r>
      <w:r>
        <w:rPr>
          <w:b/>
          <w:bCs/>
        </w:rPr>
        <w:t xml:space="preserve">prevented them from working well together.</w:t>
      </w:r>
      <w:r>
        <w:br/>
      </w:r>
      <w:r>
        <w:t xml:space="preserve">    (a) sympathy</w:t>
      </w:r>
      <w:r>
        <w:br/>
      </w:r>
      <w:r>
        <w:t xml:space="preserve">    (b) attraction</w:t>
      </w:r>
      <w:r>
        <w:br/>
      </w:r>
      <w:r>
        <w:t xml:space="preserve">    (c) strong dislike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Until she learned to motivate herself,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led to bad grades.</w:t>
      </w:r>
      <w:r>
        <w:br/>
      </w:r>
      <w:r>
        <w:t xml:space="preserve">    (a) lack of ability</w:t>
      </w:r>
      <w:r>
        <w:br/>
      </w:r>
      <w:r>
        <w:t xml:space="preserve">    (b) lack of interest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traditional short story</w:t>
      </w:r>
      <w:r>
        <w:br/>
      </w:r>
      <w:r>
        <w:t xml:space="preserve">    (b) dramatic performance on stage</w:t>
      </w:r>
      <w:r>
        <w:br/>
      </w:r>
      <w:r>
        <w:t xml:space="preserve">    (c) song that tells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rare and unusual</w:t>
      </w:r>
      <w:r>
        <w:br/>
      </w:r>
      <w:r>
        <w:t xml:space="preserve">    (b) small in amount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hurried manner</w:t>
      </w:r>
      <w:r>
        <w:br/>
      </w:r>
      <w:r>
        <w:t xml:space="preserve">    (b) in a friendly manner</w:t>
      </w:r>
      <w:r>
        <w:br/>
      </w:r>
      <w:r>
        <w:t xml:space="preserve">    (c) in a clumsy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Jefferson described the legislation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detestable</w:t>
      </w:r>
      <w:r>
        <w:rPr>
          <w:b/>
          <w:bCs/>
        </w:rPr>
        <w:t xml:space="preserve">.</w:t>
      </w:r>
      <w:r>
        <w:br/>
      </w:r>
      <w:r>
        <w:t xml:space="preserve">    (a) terrible</w:t>
      </w:r>
      <w:r>
        <w:br/>
      </w:r>
      <w:r>
        <w:t xml:space="preserve">    (b) important</w:t>
      </w:r>
      <w:r>
        <w:br/>
      </w:r>
      <w:r>
        <w:t xml:space="preserve">    (c) outstanding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frightened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on his face.</w:t>
      </w:r>
      <w:r>
        <w:br/>
      </w:r>
      <w:r>
        <w:t xml:space="preserve">    (a) evil</w:t>
      </w:r>
      <w:r>
        <w:br/>
      </w:r>
      <w:r>
        <w:t xml:space="preserve">    (b) crazy</w:t>
      </w:r>
      <w:r>
        <w:br/>
      </w:r>
      <w:r>
        <w:t xml:space="preserve">    (c) angry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mistakenly thought I could trust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discretion</w:t>
      </w:r>
      <w:r>
        <w:rPr>
          <w:b/>
          <w:bCs/>
        </w:rPr>
        <w:t xml:space="preserve">, so I gave her my cell phone number. Now I need a new number.</w:t>
      </w:r>
      <w:r>
        <w:br/>
      </w:r>
      <w:r>
        <w:t xml:space="preserve">    (a) behavior that does not reveal private information</w:t>
      </w:r>
      <w:r>
        <w:br/>
      </w:r>
      <w:r>
        <w:t xml:space="preserve">    (b) wisdom to finish a job quickly</w:t>
      </w:r>
      <w:r>
        <w:br/>
      </w:r>
      <w:r>
        <w:t xml:space="preserve">    (c) ability to memorize important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seemed uninformed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</w:t>
      </w:r>
      <w:r>
        <w:rPr>
          <w:b/>
          <w:bCs/>
        </w:rPr>
        <w:t xml:space="preserve"> </w:t>
      </w:r>
      <w:r>
        <w:rPr>
          <w:b/>
          <w:bCs/>
        </w:rPr>
        <w:t xml:space="preserve">compared to her opponent in the debate.</w:t>
      </w:r>
      <w:r>
        <w:br/>
      </w:r>
      <w:r>
        <w:t xml:space="preserve">    (a) biased</w:t>
      </w:r>
      <w:r>
        <w:br/>
      </w:r>
      <w:r>
        <w:t xml:space="preserve">    (b) poorly spoken</w:t>
      </w:r>
      <w:r>
        <w:br/>
      </w:r>
      <w:r>
        <w:t xml:space="preserve">    (c) without empathy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 </w:t>
      </w:r>
      <w:r>
        <w:rPr>
          <w:b/>
          <w:bCs/>
        </w:rPr>
        <w:t xml:space="preserve">themselves on the side of our enemy.</w:t>
      </w:r>
      <w:r>
        <w:br/>
      </w:r>
      <w:r>
        <w:t xml:space="preserve">    (a) inserted</w:t>
      </w:r>
      <w:r>
        <w:br/>
      </w:r>
      <w:r>
        <w:t xml:space="preserve">    (b) hidden</w:t>
      </w:r>
      <w:r>
        <w:br/>
      </w:r>
      <w:r>
        <w:t xml:space="preserve">    (c) been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offered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paltry</w:t>
      </w:r>
      <w:r>
        <w:rPr>
          <w:b/>
          <w:bCs/>
        </w:rPr>
        <w:t xml:space="preserve"> </w:t>
      </w:r>
      <w:r>
        <w:rPr>
          <w:b/>
          <w:bCs/>
        </w:rPr>
        <w:t xml:space="preserve">amount for the rare book, hoping she didn’t know its real value.</w:t>
      </w:r>
      <w:r>
        <w:br/>
      </w:r>
      <w:r>
        <w:t xml:space="preserve">    (a) unfair</w:t>
      </w:r>
      <w:r>
        <w:br/>
      </w:r>
      <w:r>
        <w:t xml:space="preserve">    (b) confusing</w:t>
      </w:r>
      <w:r>
        <w:br/>
      </w:r>
      <w:r>
        <w:t xml:space="preserve">    (c) insignificant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in line with her usual manner</w:t>
      </w:r>
      <w:r>
        <w:br/>
      </w:r>
      <w:r>
        <w:t xml:space="preserve">    (b) more rushed than usual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there was an end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conflict.</w:t>
      </w:r>
      <w:r>
        <w:br/>
      </w:r>
      <w:r>
        <w:t xml:space="preserve">    (a) violent</w:t>
      </w:r>
      <w:r>
        <w:br/>
      </w:r>
      <w:r>
        <w:t xml:space="preserve">    (b) long</w:t>
      </w:r>
      <w:r>
        <w:br/>
      </w:r>
      <w:r>
        <w:t xml:space="preserve">    (c) needless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 </w:t>
      </w:r>
      <w:r>
        <w:rPr>
          <w:b/>
          <w:bCs/>
        </w:rPr>
        <w:t xml:space="preserve">the argument.</w:t>
      </w:r>
      <w:r>
        <w:br/>
      </w:r>
      <w:r>
        <w:t xml:space="preserve">    (a) argued against</w:t>
      </w:r>
      <w:r>
        <w:br/>
      </w:r>
      <w:r>
        <w:t xml:space="preserve">    (b) avoided</w:t>
      </w:r>
      <w:r>
        <w:br/>
      </w:r>
      <w:r>
        <w:t xml:space="preserve">    (c) complained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known facts</w:t>
      </w:r>
      <w:r>
        <w:br/>
      </w:r>
      <w:r>
        <w:t xml:space="preserve">    (b) principles that discourage certain kinds of action</w:t>
      </w:r>
      <w:r>
        <w:br/>
      </w:r>
      <w:r>
        <w:t xml:space="preserve">    (c) firmness of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so confident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Lord of the Rings</w:t>
      </w:r>
      <w:r>
        <w:rPr>
          <w:b/>
          <w:bCs/>
        </w:rPr>
        <w:t xml:space="preserve"> </w:t>
      </w:r>
      <w:r>
        <w:rPr>
          <w:b/>
          <w:bCs/>
        </w:rPr>
        <w:t xml:space="preserve">would be successful, they filmed some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sequels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first film.</w:t>
      </w:r>
      <w:r>
        <w:br/>
      </w:r>
      <w:r>
        <w:t xml:space="preserve">    (a) expensive promotional scenes</w:t>
      </w:r>
      <w:r>
        <w:br/>
      </w:r>
      <w:r>
        <w:t xml:space="preserve">    (b) interviews of actors expected to become famous</w:t>
      </w:r>
      <w:r>
        <w:br/>
      </w:r>
      <w:r>
        <w:t xml:space="preserve">    (c) movies that continued the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persuade</w:t>
      </w:r>
      <w:r>
        <w:br/>
      </w:r>
      <w:r>
        <w:t xml:space="preserve">    (b) gently ease</w:t>
      </w:r>
      <w:r>
        <w:br/>
      </w:r>
      <w:r>
        <w:t xml:space="preserve">    (c) completely defeat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2026-07-31T14:16:38Z</dcterms:created>
  <dcterms:modified xsi:type="dcterms:W3CDTF">2026-07-31T14:16:38Z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