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5ef4f4ed52b4ae599a72c758d0482dd873e3728"/>
    <w:p>
      <w:pPr>
        <w:pStyle w:val="Heading1"/>
      </w:pPr>
      <w:r>
        <w:rPr>
          <w:b/>
          <w:bCs/>
        </w:rPr>
        <w:t xml:space="preserve">Wuthering Heights</w:t>
      </w:r>
      <w:r>
        <w:br/>
      </w:r>
      <w:r>
        <w:rPr>
          <w:i/>
          <w:iCs/>
        </w:rPr>
        <w:t xml:space="preserve">Emily Bronte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'I should not allow any one to inconvenience me, if I could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hinder</w:t>
      </w:r>
      <w:r>
        <w:rPr>
          <w:b/>
          <w:bCs/>
        </w:rPr>
        <w:t xml:space="preserve"> </w:t>
      </w:r>
      <w:r>
        <w:rPr>
          <w:b/>
          <w:bCs/>
        </w:rPr>
        <w:t xml:space="preserve">it — walk in!'</w:t>
      </w:r>
      <w:r>
        <w:br/>
      </w:r>
      <w:r>
        <w:t xml:space="preserve">    (a) slowed down or caused problems for</w:t>
      </w:r>
      <w:r>
        <w:br/>
      </w:r>
      <w:r>
        <w:t xml:space="preserve">    (b) make different; or show difference</w:t>
      </w:r>
      <w:r>
        <w:br/>
      </w:r>
      <w:r>
        <w:t xml:space="preserve">    (c) to cause something to move forward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 man's life is of more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consequence</w:t>
      </w:r>
      <w:r>
        <w:rPr>
          <w:b/>
          <w:bCs/>
        </w:rPr>
        <w:t xml:space="preserve"> </w:t>
      </w:r>
      <w:r>
        <w:rPr>
          <w:b/>
          <w:bCs/>
        </w:rPr>
        <w:t xml:space="preserve">than one evening's neglect of the horses:</w:t>
      </w:r>
      <w:r>
        <w:br/>
      </w:r>
      <w:r>
        <w:t xml:space="preserve">    (a) translates</w:t>
      </w:r>
      <w:r>
        <w:br/>
      </w:r>
      <w:r>
        <w:t xml:space="preserve">    (b) sticks out</w:t>
      </w:r>
      <w:r>
        <w:br/>
      </w:r>
      <w:r>
        <w:t xml:space="preserve">    (c) importance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Your presence is a moral poison that would contaminate the most virtuous: for that cause, and to prevent worse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consequences</w:t>
      </w:r>
      <w:r>
        <w:rPr>
          <w:b/>
          <w:bCs/>
        </w:rPr>
        <w:t xml:space="preserve">, I shall deny you hereafter admission into this house, and give notice now that I require your instant departure.</w:t>
      </w:r>
      <w:r>
        <w:br/>
      </w:r>
      <w:r>
        <w:t xml:space="preserve">    (a) results</w:t>
      </w:r>
      <w:r>
        <w:br/>
      </w:r>
      <w:r>
        <w:t xml:space="preserve">    (b) desires</w:t>
      </w:r>
      <w:r>
        <w:br/>
      </w:r>
      <w:r>
        <w:t xml:space="preserve">    (c) battles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As it spoke, I discerned,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obscurely</w:t>
      </w:r>
      <w:r>
        <w:rPr>
          <w:b/>
          <w:bCs/>
        </w:rPr>
        <w:t xml:space="preserve">, a child's face looking through the window.</w:t>
      </w:r>
      <w:r>
        <w:br/>
      </w:r>
      <w:r>
        <w:t xml:space="preserve">    (a) in a manner that is not clearly seen</w:t>
      </w:r>
      <w:r>
        <w:br/>
      </w:r>
      <w:r>
        <w:t xml:space="preserve">    (b) not in a manner intended to attract notice and impress others</w:t>
      </w:r>
      <w:r>
        <w:br/>
      </w:r>
      <w:r>
        <w:t xml:space="preserve">    (c) in concise (said in few words) manner that is full of meaning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There was a great fire, and that was all the light in the huge apartment, whose floor had grown a uniform grey; and the once brilliant pewter-dishes, which used to attract my gaze when I was a girl, partook of a similar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obscurity</w:t>
      </w:r>
      <w:r>
        <w:rPr>
          <w:b/>
          <w:bCs/>
        </w:rPr>
        <w:t xml:space="preserve">, created by tarnish and dust.</w:t>
      </w:r>
      <w:r>
        <w:br/>
      </w:r>
      <w:r>
        <w:t xml:space="preserve">    (a) the ability to be taken up or received into heaven</w:t>
      </w:r>
      <w:r>
        <w:br/>
      </w:r>
      <w:r>
        <w:t xml:space="preserve">    (b) the quality of being dark, dingy, or inconspicuous</w:t>
      </w:r>
      <w:r>
        <w:br/>
      </w:r>
      <w:r>
        <w:t xml:space="preserve">    (c) the state or character of being good or beneficial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 few words from her,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evincing</w:t>
      </w:r>
      <w:r>
        <w:rPr>
          <w:b/>
          <w:bCs/>
        </w:rPr>
        <w:t xml:space="preserve"> </w:t>
      </w:r>
      <w:r>
        <w:rPr>
          <w:b/>
          <w:bCs/>
        </w:rPr>
        <w:t xml:space="preserve">a dislike to Heathcliff, were enough to rouse in him all his old hatred of the boy.</w:t>
      </w:r>
      <w:r>
        <w:br/>
      </w:r>
      <w:r>
        <w:t xml:space="preserve">    (a) drawing</w:t>
      </w:r>
      <w:r>
        <w:br/>
      </w:r>
      <w:r>
        <w:t xml:space="preserve">    (b) copying</w:t>
      </w:r>
      <w:r>
        <w:br/>
      </w:r>
      <w:r>
        <w:t xml:space="preserve">    (c) showing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Joseph remained to hector over tenants and labourers; and because it was his vocation to be where he had plenty of wickedness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reprove</w:t>
      </w:r>
      <w:r>
        <w:rPr>
          <w:b/>
          <w:bCs/>
        </w:rPr>
        <w:t xml:space="preserve">.</w:t>
      </w:r>
      <w:r>
        <w:br/>
      </w:r>
      <w:r>
        <w:t xml:space="preserve">    (a) collision</w:t>
      </w:r>
      <w:r>
        <w:br/>
      </w:r>
      <w:r>
        <w:t xml:space="preserve">    (b) translate</w:t>
      </w:r>
      <w:r>
        <w:br/>
      </w:r>
      <w:r>
        <w:t xml:space="preserve">    (c) criticize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meal hardly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endured</w:t>
      </w:r>
      <w:r>
        <w:rPr>
          <w:b/>
          <w:bCs/>
        </w:rPr>
        <w:t xml:space="preserve"> </w:t>
      </w:r>
      <w:r>
        <w:rPr>
          <w:b/>
          <w:bCs/>
        </w:rPr>
        <w:t xml:space="preserve">ten minutes.</w:t>
      </w:r>
      <w:r>
        <w:br/>
      </w:r>
      <w:r>
        <w:t xml:space="preserve">    (a) took on or adopted</w:t>
      </w:r>
      <w:r>
        <w:br/>
      </w:r>
      <w:r>
        <w:t xml:space="preserve">    (b) previously created</w:t>
      </w:r>
      <w:r>
        <w:br/>
      </w:r>
      <w:r>
        <w:t xml:space="preserve">    (c) lasted; or continued to exist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must try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endure</w:t>
      </w:r>
      <w:r>
        <w:rPr>
          <w:b/>
          <w:bCs/>
        </w:rPr>
        <w:t xml:space="preserve"> </w:t>
      </w:r>
      <w:r>
        <w:rPr>
          <w:b/>
          <w:bCs/>
        </w:rPr>
        <w:t xml:space="preserve">it another hour...</w:t>
      </w:r>
      <w:r>
        <w:br/>
      </w:r>
      <w:r>
        <w:t xml:space="preserve">    (a) communication through gestures and body movements (without words)</w:t>
      </w:r>
      <w:r>
        <w:br/>
      </w:r>
      <w:r>
        <w:t xml:space="preserve">    (b) put up with</w:t>
      </w:r>
      <w:r>
        <w:br/>
      </w:r>
      <w:r>
        <w:t xml:space="preserve">    (c) call -- typically to come nearer by using a hand gesture or a nod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Even you, Nelly, if we have a dispute sometimes, you back Isabella at once; and I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yield</w:t>
      </w:r>
      <w:r>
        <w:rPr>
          <w:b/>
          <w:bCs/>
        </w:rPr>
        <w:t xml:space="preserve"> </w:t>
      </w:r>
      <w:r>
        <w:rPr>
          <w:b/>
          <w:bCs/>
        </w:rPr>
        <w:t xml:space="preserve">like a foolish mother: I call her a darling, and flatter her into a good temper.</w:t>
      </w:r>
      <w:r>
        <w:br/>
      </w:r>
      <w:r>
        <w:t xml:space="preserve">    (a) select (on a computer screen)</w:t>
      </w:r>
      <w:r>
        <w:br/>
      </w:r>
      <w:r>
        <w:t xml:space="preserve">    (b) give in</w:t>
      </w:r>
      <w:r>
        <w:br/>
      </w:r>
      <w:r>
        <w:t xml:space="preserve">    (c) an involuntary vomiting spasm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...a wealthy soil, that might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yield</w:t>
      </w:r>
      <w:r>
        <w:rPr>
          <w:b/>
          <w:bCs/>
        </w:rPr>
        <w:t xml:space="preserve"> </w:t>
      </w:r>
      <w:r>
        <w:rPr>
          <w:b/>
          <w:bCs/>
        </w:rPr>
        <w:t xml:space="preserve">luxuriant crops under other and favourable circumstances.</w:t>
      </w:r>
      <w:r>
        <w:br/>
      </w:r>
      <w:r>
        <w:t xml:space="preserve">    (a) produce</w:t>
      </w:r>
      <w:r>
        <w:br/>
      </w:r>
      <w:r>
        <w:t xml:space="preserve">    (b) stop (something from happening)</w:t>
      </w:r>
      <w:r>
        <w:br/>
      </w:r>
      <w:r>
        <w:t xml:space="preserve">    (c) think deeply or carefully about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want you to be aware that I KNOW you have treated me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infernally</w:t>
      </w:r>
      <w:r>
        <w:rPr>
          <w:b/>
          <w:bCs/>
        </w:rPr>
        <w:t xml:space="preserve"> </w:t>
      </w:r>
      <w:r>
        <w:rPr>
          <w:b/>
          <w:bCs/>
        </w:rPr>
        <w:t xml:space="preserve">— infernally!</w:t>
      </w:r>
      <w:r>
        <w:br/>
      </w:r>
      <w:r>
        <w:t xml:space="preserve">    (a) in a continuing manner -- especially despite difficulties or opposition</w:t>
      </w:r>
      <w:r>
        <w:br/>
      </w:r>
      <w:r>
        <w:t xml:space="preserve">    (b) in a manner based on speech sounds (rather than on dictionary spelling)</w:t>
      </w:r>
      <w:r>
        <w:br/>
      </w:r>
      <w:r>
        <w:t xml:space="preserve">    (c) very bad; or very annoying; or characteristic of hell or the underworld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was christened Linton, and, from the first, she reported him to be an ailing,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peevish</w:t>
      </w:r>
      <w:r>
        <w:rPr>
          <w:b/>
          <w:bCs/>
        </w:rPr>
        <w:t xml:space="preserve"> </w:t>
      </w:r>
      <w:r>
        <w:rPr>
          <w:b/>
          <w:bCs/>
        </w:rPr>
        <w:t xml:space="preserve">creature.</w:t>
      </w:r>
      <w:r>
        <w:br/>
      </w:r>
      <w:r>
        <w:t xml:space="preserve">    (a) related to the setting or situation in which something occurs</w:t>
      </w:r>
      <w:r>
        <w:br/>
      </w:r>
      <w:r>
        <w:t xml:space="preserve">    (b) easily irritated or annoyed</w:t>
      </w:r>
      <w:r>
        <w:br/>
      </w:r>
      <w:r>
        <w:t xml:space="preserve">    (c) trustworthy with secrets or subtle (not attracting attention)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Mr. Heathcliff said he did not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perceive</w:t>
      </w:r>
      <w:r>
        <w:rPr>
          <w:b/>
          <w:bCs/>
        </w:rPr>
        <w:t xml:space="preserve"> </w:t>
      </w:r>
      <w:r>
        <w:rPr>
          <w:b/>
          <w:bCs/>
        </w:rPr>
        <w:t xml:space="preserve">that I was wanted; but I might stay and order the arrangements for the funeral, if I chose.</w:t>
      </w:r>
      <w:r>
        <w:br/>
      </w:r>
      <w:r>
        <w:t xml:space="preserve">    (a) not feeling or showing sympathy for another's suffering</w:t>
      </w:r>
      <w:r>
        <w:br/>
      </w:r>
      <w:r>
        <w:t xml:space="preserve">    (b) view in a certain way so as to form a belief or opinion</w:t>
      </w:r>
      <w:r>
        <w:br/>
      </w:r>
      <w:r>
        <w:t xml:space="preserve">    (c) suntanned; or reddish-brown or yellowish-brown in color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...as soon as 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perceived</w:t>
      </w:r>
      <w:r>
        <w:rPr>
          <w:b/>
          <w:bCs/>
        </w:rPr>
        <w:t xml:space="preserve"> </w:t>
      </w:r>
      <w:r>
        <w:rPr>
          <w:b/>
          <w:bCs/>
        </w:rPr>
        <w:t xml:space="preserve">her vacant seat, he sent me to call her.</w:t>
      </w:r>
      <w:r>
        <w:br/>
      </w:r>
      <w:r>
        <w:t xml:space="preserve">    (a) become aware of</w:t>
      </w:r>
      <w:r>
        <w:br/>
      </w:r>
      <w:r>
        <w:t xml:space="preserve">    (b) greatly annoyed</w:t>
      </w:r>
      <w:r>
        <w:br/>
      </w:r>
      <w:r>
        <w:t xml:space="preserve">    (c) said indirectly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There is no clause in the will to secure it so: his property would go to me; but, to prevent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disputes</w:t>
      </w:r>
      <w:r>
        <w:rPr>
          <w:b/>
          <w:bCs/>
        </w:rPr>
        <w:t xml:space="preserve">, I desire their union, and am resolved to bring it about.</w:t>
      </w:r>
      <w:r>
        <w:br/>
      </w:r>
      <w:r>
        <w:t xml:space="preserve">    (a) conflicts</w:t>
      </w:r>
      <w:r>
        <w:br/>
      </w:r>
      <w:r>
        <w:t xml:space="preserve">    (b) unfairness</w:t>
      </w:r>
      <w:r>
        <w:br/>
      </w:r>
      <w:r>
        <w:t xml:space="preserve">    (c) cheating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heard the men I sent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disputing</w:t>
      </w:r>
      <w:r>
        <w:rPr>
          <w:b/>
          <w:bCs/>
        </w:rPr>
        <w:t xml:space="preserve"> </w:t>
      </w:r>
      <w:r>
        <w:rPr>
          <w:b/>
          <w:bCs/>
        </w:rPr>
        <w:t xml:space="preserve">at the door, and she gathered the sense of Heathcliff's answer.</w:t>
      </w:r>
      <w:r>
        <w:br/>
      </w:r>
      <w:r>
        <w:t xml:space="preserve">    (a) arguing</w:t>
      </w:r>
      <w:r>
        <w:br/>
      </w:r>
      <w:r>
        <w:t xml:space="preserve">    (b) talking</w:t>
      </w:r>
      <w:r>
        <w:br/>
      </w:r>
      <w:r>
        <w:t xml:space="preserve">    (c) knocking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couldn't bear to witness her sorrow:  to see her pale, dejected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countenance</w:t>
      </w:r>
      <w:r>
        <w:rPr>
          <w:b/>
          <w:bCs/>
        </w:rPr>
        <w:t xml:space="preserve">, and heavy eyes:</w:t>
      </w:r>
      <w:r>
        <w:br/>
      </w:r>
      <w:r>
        <w:t xml:space="preserve">    (a) the best or most important</w:t>
      </w:r>
      <w:r>
        <w:br/>
      </w:r>
      <w:r>
        <w:t xml:space="preserve">    (b) a secret agreement or plot</w:t>
      </w:r>
      <w:r>
        <w:br/>
      </w:r>
      <w:r>
        <w:t xml:space="preserve">    (c) facial expression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thought her conduct odd; and having remained alone a long while, I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resolved</w:t>
      </w:r>
      <w:r>
        <w:rPr>
          <w:b/>
          <w:bCs/>
        </w:rPr>
        <w:t xml:space="preserve"> </w:t>
      </w:r>
      <w:r>
        <w:rPr>
          <w:b/>
          <w:bCs/>
        </w:rPr>
        <w:t xml:space="preserve">on going and inquiring whether she were better, and asking her to come and lie on the sofa, instead of up-stairs in the dark.</w:t>
      </w:r>
      <w:r>
        <w:br/>
      </w:r>
      <w:r>
        <w:t xml:space="preserve">    (a) decided</w:t>
      </w:r>
      <w:r>
        <w:br/>
      </w:r>
      <w:r>
        <w:t xml:space="preserve">    (b) adapted</w:t>
      </w:r>
      <w:r>
        <w:br/>
      </w:r>
      <w:r>
        <w:t xml:space="preserve">    (c) changed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harsh words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scorn</w:t>
      </w:r>
      <w:r>
        <w:rPr>
          <w:b/>
          <w:bCs/>
        </w:rPr>
        <w:t xml:space="preserve"> </w:t>
      </w:r>
      <w:r>
        <w:rPr>
          <w:b/>
          <w:bCs/>
        </w:rPr>
        <w:t xml:space="preserve">and intolerance</w:t>
      </w:r>
      <w:r>
        <w:br/>
      </w:r>
      <w:r>
        <w:t xml:space="preserve">    (a) disrespect or rejection</w:t>
      </w:r>
      <w:r>
        <w:br/>
      </w:r>
      <w:r>
        <w:t xml:space="preserve">    (b) move from more general to more specific</w:t>
      </w:r>
      <w:r>
        <w:br/>
      </w:r>
      <w:r>
        <w:t xml:space="preserve">    (c) not answer questions; or block progress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2026-07-31T14:16:38Z</dcterms:created>
  <dcterms:modified xsi:type="dcterms:W3CDTF">2026-07-31T14:16:38Z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