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1da88513f333761c9f34623f2d41862770a6c8"/>
    <w:p>
      <w:pPr>
        <w:pStyle w:val="Heading1"/>
      </w:pPr>
      <w:r>
        <w:rPr>
          <w:b/>
          <w:bCs/>
        </w:rPr>
        <w:t xml:space="preserve">Words by Heart</w:t>
      </w:r>
      <w:r>
        <w:br/>
      </w:r>
      <w:r>
        <w:rPr>
          <w:i/>
          <w:iCs/>
        </w:rPr>
        <w:t xml:space="preserve">Ouida Sebestyen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whole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congregation</w:t>
      </w:r>
      <w:r>
        <w:rPr>
          <w:b/>
          <w:bCs/>
        </w:rPr>
        <w:t xml:space="preserve"> </w:t>
      </w:r>
      <w:r>
        <w:rPr>
          <w:b/>
          <w:bCs/>
        </w:rPr>
        <w:t xml:space="preserve">was there, it seemed like, and new faces that might be relatives or friends of the contestants.</w:t>
      </w:r>
      <w:r>
        <w:br/>
      </w:r>
      <w:r>
        <w:t xml:space="preserve">    (a) a general feeling of not being as good as others</w:t>
      </w:r>
      <w:r>
        <w:br/>
      </w:r>
      <w:r>
        <w:t xml:space="preserve">    (b) people who worship together in the same building</w:t>
      </w:r>
      <w:r>
        <w:br/>
      </w:r>
      <w:r>
        <w:t xml:space="preserve">    (c) the act, process, or instance of telling a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Winslow smiled, and in his deep,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</w:t>
      </w:r>
      <w:r>
        <w:rPr>
          <w:b/>
          <w:bCs/>
        </w:rPr>
        <w:t xml:space="preserve"> </w:t>
      </w:r>
      <w:r>
        <w:rPr>
          <w:b/>
          <w:bCs/>
        </w:rPr>
        <w:t xml:space="preserve">voice said, "In the beginning God created the heaven and the earth."</w:t>
      </w:r>
      <w:r>
        <w:br/>
      </w:r>
      <w:r>
        <w:t xml:space="preserve">    (a) sincere or serious</w:t>
      </w:r>
      <w:r>
        <w:br/>
      </w:r>
      <w:r>
        <w:t xml:space="preserve">    (b) good or beneficial</w:t>
      </w:r>
      <w:r>
        <w:br/>
      </w:r>
      <w:r>
        <w:t xml:space="preserve">    (c) impossible to find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sounded like 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liable to</w:t>
      </w:r>
      <w:r>
        <w:rPr>
          <w:b/>
          <w:bCs/>
        </w:rPr>
        <w:t xml:space="preserve"> </w:t>
      </w:r>
      <w:r>
        <w:rPr>
          <w:b/>
          <w:bCs/>
        </w:rPr>
        <w:t xml:space="preserve">go right through Genesis without a hitch.</w:t>
      </w:r>
      <w:r>
        <w:br/>
      </w:r>
      <w:r>
        <w:t xml:space="preserve">    (a) devices that convert light into electricity</w:t>
      </w:r>
      <w:r>
        <w:br/>
      </w:r>
      <w:r>
        <w:t xml:space="preserve">    (b) likely to; or maybe going to; or subject to</w:t>
      </w:r>
      <w:r>
        <w:br/>
      </w:r>
      <w:r>
        <w:t xml:space="preserve">    (c) temperature scale used in most of the world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lamplight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wavered</w:t>
      </w:r>
      <w:r>
        <w:rPr>
          <w:b/>
          <w:bCs/>
        </w:rPr>
        <w:t xml:space="preserve"> </w:t>
      </w:r>
      <w:r>
        <w:rPr>
          <w:b/>
          <w:bCs/>
        </w:rPr>
        <w:t xml:space="preserve">on the water bucket and Papa's shaving mirror, and went still.</w:t>
      </w:r>
      <w:r>
        <w:br/>
      </w:r>
      <w:r>
        <w:t xml:space="preserve">    (a) was unsure or weak; or moved back and forth</w:t>
      </w:r>
      <w:r>
        <w:br/>
      </w:r>
      <w:r>
        <w:t xml:space="preserve">    (b) made appropriate in size, amount, or degree</w:t>
      </w:r>
      <w:r>
        <w:br/>
      </w:r>
      <w:r>
        <w:t xml:space="preserve">    (c) concentrated, look at, or paid attention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Lena rolled her eyes to show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fortitude</w:t>
      </w:r>
      <w:r>
        <w:rPr>
          <w:b/>
          <w:bCs/>
        </w:rPr>
        <w:t xml:space="preserve">, and nodded.</w:t>
      </w:r>
      <w:r>
        <w:br/>
      </w:r>
      <w:r>
        <w:t xml:space="preserve">    (a) strength of mind that enables one to endure adversity with courage</w:t>
      </w:r>
      <w:r>
        <w:br/>
      </w:r>
      <w:r>
        <w:t xml:space="preserve">    (b) unconstrained in some way -- such as untied or no longer obligated</w:t>
      </w:r>
      <w:r>
        <w:br/>
      </w:r>
      <w:r>
        <w:t xml:space="preserve">    (c) the highest degree awarded in universities in many fields of study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silence made her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apprehensive</w:t>
      </w:r>
      <w:r>
        <w:rPr>
          <w:b/>
          <w:bCs/>
        </w:rPr>
        <w:t xml:space="preserve"> </w:t>
      </w:r>
      <w:r>
        <w:rPr>
          <w:b/>
          <w:bCs/>
        </w:rPr>
        <w:t xml:space="preserve">than hearing something terrible would have.</w:t>
      </w:r>
      <w:r>
        <w:br/>
      </w:r>
      <w:r>
        <w:t xml:space="preserve">    (a) not representative</w:t>
      </w:r>
      <w:r>
        <w:br/>
      </w:r>
      <w:r>
        <w:t xml:space="preserve">    (b) impossible to find</w:t>
      </w:r>
      <w:r>
        <w:br/>
      </w:r>
      <w:r>
        <w:t xml:space="preserve">    (c) nervous or worried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hallowed</w:t>
      </w:r>
      <w:r>
        <w:rPr>
          <w:b/>
          <w:bCs/>
        </w:rPr>
        <w:t xml:space="preserve"> </w:t>
      </w:r>
      <w:r>
        <w:rPr>
          <w:b/>
          <w:bCs/>
        </w:rPr>
        <w:t xml:space="preserve">spot.</w:t>
      </w:r>
      <w:r>
        <w:br/>
      </w:r>
      <w:r>
        <w:t xml:space="preserve">    (a) treated as sacred or greatly respected</w:t>
      </w:r>
      <w:r>
        <w:br/>
      </w:r>
      <w:r>
        <w:t xml:space="preserve">    (b) able to be protected or kept unchanged</w:t>
      </w:r>
      <w:r>
        <w:br/>
      </w:r>
      <w:r>
        <w:t xml:space="preserve">    (c) able to accept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 see the windmill at home, fluttering like some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gaunt</w:t>
      </w:r>
      <w:r>
        <w:rPr>
          <w:b/>
          <w:bCs/>
        </w:rPr>
        <w:t xml:space="preserve">, tethered bird.</w:t>
      </w:r>
      <w:r>
        <w:br/>
      </w:r>
      <w:r>
        <w:t xml:space="preserve">    (a) very thin and bony -- often from hunger or as though having been worn to the bone</w:t>
      </w:r>
      <w:r>
        <w:br/>
      </w:r>
      <w:r>
        <w:t xml:space="preserve">    (b) able to qualify for regular payments that permit having an income without working</w:t>
      </w:r>
      <w:r>
        <w:br/>
      </w:r>
      <w:r>
        <w:t xml:space="preserve">    (c) not having the characteristic of or relating to bouncing back light/heat/sound...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Papa's way of thinking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perplexed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excessively excited</w:t>
      </w:r>
      <w:r>
        <w:br/>
      </w:r>
      <w:r>
        <w:t xml:space="preserve">    (b) confused or puzzled</w:t>
      </w:r>
      <w:r>
        <w:br/>
      </w:r>
      <w:r>
        <w:t xml:space="preserve">    (c) nervous or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Hundreds of glass vases and prisms and statues and lamp globes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quivered</w:t>
      </w:r>
      <w:r>
        <w:rPr>
          <w:b/>
          <w:bCs/>
        </w:rPr>
        <w:t xml:space="preserve"> </w:t>
      </w:r>
      <w:r>
        <w:rPr>
          <w:b/>
          <w:bCs/>
        </w:rPr>
        <w:t xml:space="preserve">as Mrs. Chism swept past in a windstorm of flounces.</w:t>
      </w:r>
      <w:r>
        <w:br/>
      </w:r>
      <w:r>
        <w:t xml:space="preserve">    (a) not working or not operating</w:t>
      </w:r>
      <w:r>
        <w:br/>
      </w:r>
      <w:r>
        <w:t xml:space="preserve">    (b) to shake or tremble slightly</w:t>
      </w:r>
      <w:r>
        <w:br/>
      </w:r>
      <w:r>
        <w:t xml:space="preserve">    (c) calculates or judges too 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went in and set the table for Mrs. Chism, numbed by her 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audacity</w:t>
      </w:r>
      <w:r>
        <w:rPr>
          <w:b/>
          <w:bCs/>
        </w:rPr>
        <w:t xml:space="preserve">.</w:t>
      </w:r>
      <w:r>
        <w:br/>
      </w:r>
      <w:r>
        <w:t xml:space="preserve">    (a) boldness and daring</w:t>
      </w:r>
      <w:r>
        <w:br/>
      </w:r>
      <w:r>
        <w:t xml:space="preserve">    (b) act of hiring again</w:t>
      </w:r>
      <w:r>
        <w:br/>
      </w:r>
      <w:r>
        <w:t xml:space="preserve">    (c) wrong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LENA HAD GRABBED Professor Gurshelfs Illustrated Atlas of the World — Being a Compendium of Statistical, Descriptive,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Chronological</w:t>
      </w:r>
      <w:r>
        <w:rPr>
          <w:b/>
          <w:bCs/>
        </w:rPr>
        <w:t xml:space="preserve">, Geographical, Astronomical and Political Information Respecting All the Peoples and Nations of the Earth.</w:t>
      </w:r>
      <w:r>
        <w:br/>
      </w:r>
      <w:r>
        <w:t xml:space="preserve">    (a) arranged according to time</w:t>
      </w:r>
      <w:r>
        <w:br/>
      </w:r>
      <w:r>
        <w:t xml:space="preserve">    (b) able to meet and talk with</w:t>
      </w:r>
      <w:r>
        <w:br/>
      </w:r>
      <w:r>
        <w:t xml:space="preserve">    (c) the quality of disagreeing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omitted</w:t>
      </w:r>
      <w:r>
        <w:rPr>
          <w:b/>
          <w:bCs/>
        </w:rPr>
        <w:t xml:space="preserve"> </w:t>
      </w:r>
      <w:r>
        <w:rPr>
          <w:b/>
          <w:bCs/>
        </w:rPr>
        <w:t xml:space="preserve">to tell Miss Chism you took her books, didn't you?</w:t>
      </w:r>
      <w:r>
        <w:br/>
      </w:r>
      <w:r>
        <w:t xml:space="preserve">    (a) learned, discovered, or decided</w:t>
      </w:r>
      <w:r>
        <w:br/>
      </w:r>
      <w:r>
        <w:t xml:space="preserve">    (b) took up or received into heaven</w:t>
      </w:r>
      <w:r>
        <w:br/>
      </w:r>
      <w:r>
        <w:t xml:space="preserve">    (c) to exclude or neglect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Mr. Haney's chin suddenly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jutted</w:t>
      </w:r>
      <w:r>
        <w:rPr>
          <w:b/>
          <w:bCs/>
        </w:rPr>
        <w:t xml:space="preserve"> </w:t>
      </w:r>
      <w:r>
        <w:rPr>
          <w:b/>
          <w:bCs/>
        </w:rPr>
        <w:t xml:space="preserve">with pride.</w:t>
      </w:r>
      <w:r>
        <w:br/>
      </w:r>
      <w:r>
        <w:t xml:space="preserve">    (a) expresses strong hatred or loathing for</w:t>
      </w:r>
      <w:r>
        <w:br/>
      </w:r>
      <w:r>
        <w:t xml:space="preserve">    (b) to stick out; or a part that sticks out</w:t>
      </w:r>
      <w:r>
        <w:br/>
      </w:r>
      <w:r>
        <w:t xml:space="preserve">    (c) expressed strong hatred or loathing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Papa followed, dropping Baby Mine down the back of Lena's dress as he passed straight-faced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solemn</w:t>
      </w:r>
      <w:r>
        <w:rPr>
          <w:b/>
          <w:bCs/>
        </w:rPr>
        <w:t xml:space="preserve">.</w:t>
      </w:r>
      <w:r>
        <w:br/>
      </w:r>
      <w:r>
        <w:t xml:space="preserve">    (a) very serious--possibly dignified</w:t>
      </w:r>
      <w:r>
        <w:br/>
      </w:r>
      <w:r>
        <w:t xml:space="preserve">    (b) indicating approval or agreement</w:t>
      </w:r>
      <w:r>
        <w:br/>
      </w:r>
      <w:r>
        <w:t xml:space="preserve">    (c) able to be taken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They're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aspire</w:t>
      </w:r>
      <w:r>
        <w:rPr>
          <w:b/>
          <w:bCs/>
        </w:rPr>
        <w:t xml:space="preserve"> </w:t>
      </w:r>
      <w:r>
        <w:rPr>
          <w:b/>
          <w:bCs/>
        </w:rPr>
        <w:t xml:space="preserve">to.</w:t>
      </w:r>
      <w:r>
        <w:br/>
      </w:r>
      <w:r>
        <w:t xml:space="preserve">    (a) express strong regret</w:t>
      </w:r>
      <w:r>
        <w:br/>
      </w:r>
      <w:r>
        <w:t xml:space="preserve">    (b) decrease in intensity</w:t>
      </w:r>
      <w:r>
        <w:br/>
      </w:r>
      <w:r>
        <w:t xml:space="preserve">    (c) hope to be successful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couldn't bear to think of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 </w:t>
      </w:r>
      <w:r>
        <w:rPr>
          <w:b/>
          <w:bCs/>
        </w:rPr>
        <w:t xml:space="preserve">turned on her.</w:t>
      </w:r>
      <w:r>
        <w:br/>
      </w:r>
      <w:r>
        <w:t xml:space="preserve">    (a) dislike and disrespect</w:t>
      </w:r>
      <w:r>
        <w:br/>
      </w:r>
      <w:r>
        <w:t xml:space="preserve">    (b) frustration at being treated unfairly</w:t>
      </w:r>
      <w:r>
        <w:br/>
      </w:r>
      <w:r>
        <w:t xml:space="preserve">    (c) prejudice or unfair treatment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she started on the yams, the rope she had dropped wiggled and snapped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taut</w:t>
      </w:r>
      <w:r>
        <w:rPr>
          <w:b/>
          <w:bCs/>
        </w:rPr>
        <w:t xml:space="preserve">.</w:t>
      </w:r>
      <w:r>
        <w:br/>
      </w:r>
      <w:r>
        <w:t xml:space="preserve">    (a) pulled or drawn tight;</w:t>
      </w:r>
      <w:r>
        <w:br/>
      </w:r>
      <w:r>
        <w:t xml:space="preserve">or: subjected to great tension</w:t>
      </w:r>
      <w:r>
        <w:br/>
      </w:r>
      <w:r>
        <w:t xml:space="preserve">    (b) the state or degree of being pessimistic or disagreeable</w:t>
      </w:r>
      <w:r>
        <w:br/>
      </w:r>
      <w:r>
        <w:t xml:space="preserve">    (c) relating to logical examination to improve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Yes, Elsie, throughout history the superior races have necessarily shouldered the burden of ruling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inferior</w:t>
      </w:r>
      <w:r>
        <w:rPr>
          <w:b/>
          <w:bCs/>
        </w:rPr>
        <w:t xml:space="preserve"> </w:t>
      </w:r>
      <w:r>
        <w:rPr>
          <w:b/>
          <w:bCs/>
        </w:rPr>
        <w:t xml:space="preserve">ones.</w:t>
      </w:r>
      <w:r>
        <w:br/>
      </w:r>
      <w:r>
        <w:t xml:space="preserve">    (a) (adjective) of low quality, or of lower quality or rank than something else  OR  (more rarely as a noun) a person of lower rank or status</w:t>
      </w:r>
      <w:r>
        <w:br/>
      </w:r>
      <w:r>
        <w:t xml:space="preserve">    (b) relating to existentialism -- a philosophical movement that assumes each person is free to determine what is essential in their existence</w:t>
      </w:r>
      <w:r>
        <w:br/>
      </w:r>
      <w:r>
        <w:t xml:space="preserve">    (c) of an organism in the early stages of development prior to birth, hatching, or sprouting  OR  of anything in an early stage of development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it looked like the letter C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waning</w:t>
      </w:r>
      <w:r>
        <w:rPr>
          <w:b/>
          <w:bCs/>
        </w:rPr>
        <w:t xml:space="preserve">, Papa had taught her.</w:t>
      </w:r>
      <w:r>
        <w:br/>
      </w:r>
      <w:r>
        <w:t xml:space="preserve">    (a) creating dramatic change</w:t>
      </w:r>
      <w:r>
        <w:br/>
      </w:r>
      <w:r>
        <w:t xml:space="preserve">    (b) declining or diminishing</w:t>
      </w:r>
      <w:r>
        <w:br/>
      </w:r>
      <w:r>
        <w:t xml:space="preserve">    (c) beginning to fight again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2026-07-31T16:54:38Z</dcterms:created>
  <dcterms:modified xsi:type="dcterms:W3CDTF">2026-07-31T16:54:38Z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