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3d9dc481978275243c17cc47f89f2d9c6389d4"/>
    <w:p>
      <w:pPr>
        <w:pStyle w:val="Heading1"/>
      </w:pPr>
      <w:r>
        <w:rPr>
          <w:b/>
          <w:bCs/>
        </w:rPr>
        <w:t xml:space="preserve">Words by Heart</w:t>
      </w:r>
      <w:r>
        <w:br/>
      </w:r>
      <w:r>
        <w:rPr>
          <w:i/>
          <w:iCs/>
        </w:rPr>
        <w:t xml:space="preserve">Ouida Sebestyen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She and Winslow began in earnest, using their</w:t>
      </w:r>
      <w:r>
        <w:rPr>
          <w:b/>
          <w:bCs/>
        </w:rPr>
        <w:t xml:space="preserve"> </w:t>
      </w:r>
      <w:r>
        <w:rPr>
          <w:b/>
          <w:bCs/>
          <w:u w:val="single"/>
        </w:rPr>
        <w:t xml:space="preserve">hoarded</w:t>
      </w:r>
      <w:r>
        <w:rPr>
          <w:b/>
          <w:bCs/>
        </w:rPr>
        <w:t xml:space="preserve"> </w:t>
      </w:r>
      <w:r>
        <w:rPr>
          <w:b/>
          <w:bCs/>
        </w:rPr>
        <w:t xml:space="preserve">ammunition carefully.</w:t>
      </w:r>
      <w:r>
        <w:br/>
      </w:r>
      <w:r>
        <w:t xml:space="preserve">    (a) extremely embarrassed (decreased dignity)</w:t>
      </w:r>
      <w:r>
        <w:br/>
      </w:r>
      <w:r>
        <w:t xml:space="preserve">    (b) gathered something valuable and stored it</w:t>
      </w:r>
      <w:r>
        <w:br/>
      </w:r>
      <w:r>
        <w:t xml:space="preserve">    (c) caused great mental or physical suffering</w:t>
      </w:r>
    </w:p>
    <w:p>
      <w:pPr>
        <w:pStyle w:val="Compact"/>
        <w:numPr>
          <w:ilvl w:val="0"/>
          <w:numId w:val="1001"/>
        </w:numPr>
      </w:pPr>
      <w:r>
        <w:rPr>
          <w:b/>
          <w:bCs/>
        </w:rPr>
        <w:t xml:space="preserve">They lingered in Ecclesiastes with The race is not to the swift, and Remember now thy Creator, and then, hesitantly, because it was beautiful and hard to understand, Lena moved into the</w:t>
      </w:r>
      <w:r>
        <w:rPr>
          <w:b/>
          <w:bCs/>
        </w:rPr>
        <w:t xml:space="preserve"> </w:t>
      </w:r>
      <w:r>
        <w:rPr>
          <w:b/>
          <w:bCs/>
          <w:u w:val="single"/>
        </w:rPr>
        <w:t xml:space="preserve">New Testament</w:t>
      </w:r>
      <w:r>
        <w:rPr>
          <w:b/>
          <w:bCs/>
        </w:rPr>
        <w:t xml:space="preserve">, saying, "If ye love me, keep my commandments."</w:t>
      </w:r>
      <w:r>
        <w:br/>
      </w:r>
      <w:r>
        <w:t xml:space="preserve">    (a) Twain's lighthearted novel of a boy growing up in the south before the Civil War (1876)</w:t>
      </w:r>
      <w:r>
        <w:br/>
      </w:r>
      <w:r>
        <w:t xml:space="preserve">    (b) the second half of the Christian Bible which describes the life and teachings of Jesus Christ</w:t>
      </w:r>
      <w:r>
        <w:br/>
      </w:r>
      <w:r>
        <w:t xml:space="preserve">    (c) long medieval poem by Dante about a guided journey through Hell, Purgatory, and Heaven</w:t>
      </w:r>
    </w:p>
    <w:p>
      <w:pPr>
        <w:pStyle w:val="Compact"/>
        <w:numPr>
          <w:ilvl w:val="0"/>
          <w:numId w:val="1001"/>
        </w:numPr>
      </w:pPr>
      <w:r>
        <w:rPr>
          <w:b/>
          <w:bCs/>
          <w:u w:val="single"/>
        </w:rPr>
        <w:t xml:space="preserve">Theodore Roosevelt</w:t>
      </w:r>
      <w:r>
        <w:rPr>
          <w:b/>
          <w:bCs/>
        </w:rPr>
        <w:t xml:space="preserve">'s New Nationalism speech in Kansas augured ill for President Taft, whatever that meant.</w:t>
      </w:r>
      <w:r>
        <w:br/>
      </w:r>
      <w:r>
        <w:t xml:space="preserve">    (a) 26th President of the United States who is famous for breaking up anti-competitive U.S. cartels and... (1858-1919)</w:t>
      </w:r>
      <w:r>
        <w:br/>
      </w:r>
      <w:r>
        <w:t xml:space="preserve">    (b) Danish philosopher who is generally considered. along with Nietzsche, to be a founder of existentialism (1813-1855)</w:t>
      </w:r>
      <w:r>
        <w:br/>
      </w:r>
      <w:r>
        <w:t xml:space="preserve">    (c) retired U.S. football quarterback who won 4 national championships and is remembered for his clutch play (b. 1956)</w:t>
      </w:r>
    </w:p>
    <w:p>
      <w:pPr>
        <w:pStyle w:val="Compact"/>
        <w:numPr>
          <w:ilvl w:val="0"/>
          <w:numId w:val="1001"/>
        </w:numPr>
      </w:pPr>
      <w:r>
        <w:rPr>
          <w:b/>
          <w:bCs/>
        </w:rPr>
        <w:t xml:space="preserve">Theodore Roosevelt's New Nationalism speech in Kansas</w:t>
      </w:r>
      <w:r>
        <w:rPr>
          <w:b/>
          <w:bCs/>
        </w:rPr>
        <w:t xml:space="preserve"> </w:t>
      </w:r>
      <w:r>
        <w:rPr>
          <w:b/>
          <w:bCs/>
          <w:u w:val="single"/>
        </w:rPr>
        <w:t xml:space="preserve">augured</w:t>
      </w:r>
      <w:r>
        <w:rPr>
          <w:b/>
          <w:bCs/>
        </w:rPr>
        <w:t xml:space="preserve"> </w:t>
      </w:r>
      <w:r>
        <w:rPr>
          <w:b/>
          <w:bCs/>
        </w:rPr>
        <w:t xml:space="preserve">ill for President Taft, whatever that meant.</w:t>
      </w:r>
      <w:r>
        <w:br/>
      </w:r>
      <w:r>
        <w:t xml:space="preserve">    (a) people who are impoverished (poor--in any of different ways such as without physical or spiritual comforts, or without rights)  OR  deprived (had something taken away--such as land)  OR  took away</w:t>
      </w:r>
      <w:r>
        <w:br/>
      </w:r>
      <w:r>
        <w:t xml:space="preserve">    (b) forced into an undesired activity or situation -- such as to legally sentence someone to punishment  OR  found guilty -- especially in court  OR  provided the means to find guilty</w:t>
      </w:r>
      <w:r>
        <w:br/>
      </w:r>
      <w:r>
        <w:t xml:space="preserve">    (c) to indicate or predict that something will happen --especially as a sign of what’s to come; or in ancient Rome, a religious official who interpreted signs and omens to guide public decisions</w:t>
      </w:r>
    </w:p>
    <w:p>
      <w:pPr>
        <w:pStyle w:val="Compact"/>
        <w:numPr>
          <w:ilvl w:val="0"/>
          <w:numId w:val="1001"/>
        </w:numPr>
      </w:pPr>
      <w:r>
        <w:rPr>
          <w:b/>
          <w:bCs/>
        </w:rPr>
        <w:t xml:space="preserve">'</w:t>
      </w:r>
      <w:r>
        <w:rPr>
          <w:b/>
          <w:bCs/>
          <w:u w:val="single"/>
        </w:rPr>
        <w:t xml:space="preserve">Vengeance</w:t>
      </w:r>
      <w:r>
        <w:rPr>
          <w:b/>
          <w:bCs/>
        </w:rPr>
        <w:t xml:space="preserve"> </w:t>
      </w:r>
      <w:r>
        <w:rPr>
          <w:b/>
          <w:bCs/>
        </w:rPr>
        <w:t xml:space="preserve">is mine; / will repay, saith the Lord.'</w:t>
      </w:r>
      <w:r>
        <w:br/>
      </w:r>
      <w:r>
        <w:t xml:space="preserve">    (a) something that stands out</w:t>
      </w:r>
      <w:r>
        <w:br/>
      </w:r>
      <w:r>
        <w:t xml:space="preserve">    (b) something made from parts</w:t>
      </w:r>
      <w:r>
        <w:br/>
      </w:r>
      <w:r>
        <w:t xml:space="preserve">    (c) the act of taking revenge</w:t>
      </w:r>
    </w:p>
    <w:p>
      <w:pPr>
        <w:pStyle w:val="Compact"/>
        <w:numPr>
          <w:ilvl w:val="0"/>
          <w:numId w:val="1001"/>
        </w:numPr>
      </w:pPr>
      <w:r>
        <w:rPr>
          <w:b/>
          <w:bCs/>
          <w:u w:val="single"/>
        </w:rPr>
        <w:t xml:space="preserve">Belittled</w:t>
      </w:r>
      <w:r>
        <w:rPr>
          <w:b/>
          <w:bCs/>
        </w:rPr>
        <w:t xml:space="preserve">.</w:t>
      </w:r>
      <w:r>
        <w:br/>
      </w:r>
      <w:r>
        <w:t xml:space="preserve">    (a) donated a portion of one's income to a church</w:t>
      </w:r>
      <w:r>
        <w:br/>
      </w:r>
      <w:r>
        <w:t xml:space="preserve">    (b) made someone or something seem less important</w:t>
      </w:r>
      <w:r>
        <w:br/>
      </w:r>
      <w:r>
        <w:t xml:space="preserve">    (c) returned to an undesirable previous condition</w:t>
      </w:r>
    </w:p>
    <w:p>
      <w:pPr>
        <w:pStyle w:val="Compact"/>
        <w:numPr>
          <w:ilvl w:val="0"/>
          <w:numId w:val="1001"/>
        </w:numPr>
      </w:pPr>
      <w:r>
        <w:rPr>
          <w:b/>
          <w:bCs/>
        </w:rPr>
        <w:t xml:space="preserve">"Well, that little black devil, you better call him Old Nick," Papa said, "There's three alike," Claudie said</w:t>
      </w:r>
      <w:r>
        <w:rPr>
          <w:b/>
          <w:bCs/>
        </w:rPr>
        <w:t xml:space="preserve"> </w:t>
      </w:r>
      <w:r>
        <w:rPr>
          <w:b/>
          <w:bCs/>
          <w:u w:val="single"/>
        </w:rPr>
        <w:t xml:space="preserve">blandly</w:t>
      </w:r>
      <w:r>
        <w:rPr>
          <w:b/>
          <w:bCs/>
        </w:rPr>
        <w:t xml:space="preserve">, as if kittens were all in the world she had on her mind.</w:t>
      </w:r>
      <w:r>
        <w:br/>
      </w:r>
      <w:r>
        <w:t xml:space="preserve">    (a) in a manner that is dull or uninteresting</w:t>
      </w:r>
      <w:r>
        <w:br/>
      </w:r>
      <w:r>
        <w:t xml:space="preserve">    (b) in a manner that is not easily identified</w:t>
      </w:r>
      <w:r>
        <w:br/>
      </w:r>
      <w:r>
        <w:t xml:space="preserve">    (c) in a way that is good at solving problems</w:t>
      </w:r>
    </w:p>
    <w:p>
      <w:pPr>
        <w:pStyle w:val="Compact"/>
        <w:numPr>
          <w:ilvl w:val="0"/>
          <w:numId w:val="1001"/>
        </w:numPr>
      </w:pPr>
      <w:r>
        <w:rPr>
          <w:b/>
          <w:bCs/>
        </w:rPr>
        <w:t xml:space="preserve">In the kitchen she drew up short beside a</w:t>
      </w:r>
      <w:r>
        <w:rPr>
          <w:b/>
          <w:bCs/>
        </w:rPr>
        <w:t xml:space="preserve"> </w:t>
      </w:r>
      <w:r>
        <w:rPr>
          <w:b/>
          <w:bCs/>
          <w:u w:val="single"/>
        </w:rPr>
        <w:t xml:space="preserve">bushel</w:t>
      </w:r>
      <w:r>
        <w:rPr>
          <w:b/>
          <w:bCs/>
        </w:rPr>
        <w:t xml:space="preserve"> </w:t>
      </w:r>
      <w:r>
        <w:rPr>
          <w:b/>
          <w:bCs/>
        </w:rPr>
        <w:t xml:space="preserve">basket of tomatoes.</w:t>
      </w:r>
      <w:r>
        <w:br/>
      </w:r>
      <w:r>
        <w:t xml:space="preserve">    (a) one who believes that knowledge is acquired primarily by reason rather than by experience</w:t>
      </w:r>
      <w:r>
        <w:br/>
      </w:r>
      <w:r>
        <w:t xml:space="preserve">    (b) a large amount</w:t>
      </w:r>
      <w:r>
        <w:br/>
      </w:r>
      <w:r>
        <w:br/>
      </w:r>
      <w:r>
        <w:t xml:space="preserve">or:</w:t>
      </w:r>
      <w:r>
        <w:br/>
      </w:r>
      <w:r>
        <w:br/>
      </w:r>
      <w:r>
        <w:t xml:space="preserve">a unit of measure used for dry goods (filling an 8 gallon container)</w:t>
      </w:r>
      <w:r>
        <w:br/>
      </w:r>
      <w:r>
        <w:t xml:space="preserve">    (c) a hollow muscular organ in the pelvic cavity of females which can hold a developing fetus</w:t>
      </w:r>
    </w:p>
    <w:p>
      <w:pPr>
        <w:pStyle w:val="Compact"/>
        <w:numPr>
          <w:ilvl w:val="0"/>
          <w:numId w:val="1001"/>
        </w:numPr>
      </w:pPr>
      <w:r>
        <w:rPr>
          <w:b/>
          <w:bCs/>
        </w:rPr>
        <w:t xml:space="preserve">From the top she was level with the little spiders sailing past on their</w:t>
      </w:r>
      <w:r>
        <w:rPr>
          <w:b/>
          <w:bCs/>
        </w:rPr>
        <w:t xml:space="preserve"> </w:t>
      </w:r>
      <w:r>
        <w:rPr>
          <w:b/>
          <w:bCs/>
          <w:u w:val="single"/>
        </w:rPr>
        <w:t xml:space="preserve">gossamer</w:t>
      </w:r>
      <w:r>
        <w:rPr>
          <w:b/>
          <w:bCs/>
        </w:rPr>
        <w:t xml:space="preserve"> </w:t>
      </w:r>
      <w:r>
        <w:rPr>
          <w:b/>
          <w:bCs/>
        </w:rPr>
        <w:t xml:space="preserve">threads.</w:t>
      </w:r>
      <w:r>
        <w:br/>
      </w:r>
      <w:r>
        <w:t xml:space="preserve">    (a) extremely light, delicate, airy, or thin</w:t>
      </w:r>
      <w:r>
        <w:br/>
      </w:r>
      <w:r>
        <w:t xml:space="preserve">    (b) characteristic (of something or someone)</w:t>
      </w:r>
      <w:r>
        <w:br/>
      </w:r>
      <w:r>
        <w:t xml:space="preserve">    (c) dreamlike state of altered consciousness</w:t>
      </w:r>
    </w:p>
    <w:p>
      <w:pPr>
        <w:pStyle w:val="Compact"/>
        <w:numPr>
          <w:ilvl w:val="0"/>
          <w:numId w:val="1001"/>
        </w:numPr>
      </w:pPr>
      <w:r>
        <w:rPr>
          <w:b/>
          <w:bCs/>
        </w:rPr>
        <w:t xml:space="preserve">For somebody without much practice, she was getting to be expert at</w:t>
      </w:r>
      <w:r>
        <w:rPr>
          <w:b/>
          <w:bCs/>
        </w:rPr>
        <w:t xml:space="preserve"> </w:t>
      </w:r>
      <w:r>
        <w:rPr>
          <w:b/>
          <w:bCs/>
          <w:u w:val="single"/>
        </w:rPr>
        <w:t xml:space="preserve">deception</w:t>
      </w:r>
      <w:r>
        <w:rPr>
          <w:b/>
          <w:bCs/>
        </w:rPr>
        <w:t xml:space="preserve">.</w:t>
      </w:r>
      <w:r>
        <w:br/>
      </w:r>
      <w:r>
        <w:t xml:space="preserve">    (a) someone bound to serve another without pay -- such as a slave or serf</w:t>
      </w:r>
      <w:r>
        <w:br/>
      </w:r>
      <w:r>
        <w:t xml:space="preserve">    (b) the degree to which something can change to fit a different situation</w:t>
      </w:r>
      <w:r>
        <w:br/>
      </w:r>
      <w:r>
        <w:t xml:space="preserve">    (c) the act of lying to or misleading someone; or something that misleads</w:t>
      </w:r>
    </w:p>
    <w:p>
      <w:pPr>
        <w:pStyle w:val="Compact"/>
        <w:numPr>
          <w:ilvl w:val="0"/>
          <w:numId w:val="1001"/>
        </w:numPr>
      </w:pPr>
      <w:r>
        <w:rPr>
          <w:b/>
          <w:bCs/>
        </w:rPr>
        <w:t xml:space="preserve">Couldn't she have said anything that didn't</w:t>
      </w:r>
      <w:r>
        <w:rPr>
          <w:b/>
          <w:bCs/>
        </w:rPr>
        <w:t xml:space="preserve"> </w:t>
      </w:r>
      <w:r>
        <w:rPr>
          <w:b/>
          <w:bCs/>
          <w:u w:val="single"/>
        </w:rPr>
        <w:t xml:space="preserve">flaunt</w:t>
      </w:r>
      <w:r>
        <w:rPr>
          <w:b/>
          <w:bCs/>
        </w:rPr>
        <w:t xml:space="preserve"> </w:t>
      </w:r>
      <w:r>
        <w:rPr>
          <w:b/>
          <w:bCs/>
        </w:rPr>
        <w:t xml:space="preserve">book learning?</w:t>
      </w:r>
      <w:r>
        <w:br/>
      </w:r>
      <w:r>
        <w:t xml:space="preserve">    (a) show off</w:t>
      </w:r>
      <w:r>
        <w:br/>
      </w:r>
      <w:r>
        <w:t xml:space="preserve">    (b) disagree</w:t>
      </w:r>
      <w:r>
        <w:br/>
      </w:r>
      <w:r>
        <w:t xml:space="preserve">    (c) subtract</w:t>
      </w:r>
    </w:p>
    <w:p>
      <w:pPr>
        <w:pStyle w:val="Compact"/>
        <w:numPr>
          <w:ilvl w:val="0"/>
          <w:numId w:val="1001"/>
        </w:numPr>
      </w:pPr>
      <w:r>
        <w:rPr>
          <w:b/>
          <w:bCs/>
        </w:rPr>
        <w:t xml:space="preserve">At the side of the house was a brush</w:t>
      </w:r>
      <w:r>
        <w:rPr>
          <w:b/>
          <w:bCs/>
        </w:rPr>
        <w:t xml:space="preserve"> </w:t>
      </w:r>
      <w:r>
        <w:rPr>
          <w:b/>
          <w:bCs/>
          <w:u w:val="single"/>
        </w:rPr>
        <w:t xml:space="preserve">arbor</w:t>
      </w:r>
      <w:r>
        <w:rPr>
          <w:b/>
          <w:bCs/>
        </w:rPr>
        <w:t xml:space="preserve">, and out of its top stuck a little whittled windmill, rolling in the breeze like a crazed sunflower.</w:t>
      </w:r>
      <w:r>
        <w:br/>
      </w:r>
      <w:r>
        <w:t xml:space="preserve">    (a) soccer player who typically play in the middle third of the field and who assists with both defense and offense</w:t>
      </w:r>
      <w:r>
        <w:br/>
      </w:r>
      <w:r>
        <w:t xml:space="preserve">    (b) a framework that supports climbing plants; or a shady rest area made by such a framework or by trees and shrubs</w:t>
      </w:r>
      <w:r>
        <w:br/>
      </w:r>
      <w:r>
        <w:t xml:space="preserve">    (c) an artists performance of another artist's work that expresses the performer's feelings or ideas about the work</w:t>
      </w:r>
    </w:p>
    <w:p>
      <w:pPr>
        <w:pStyle w:val="Compact"/>
        <w:numPr>
          <w:ilvl w:val="0"/>
          <w:numId w:val="1001"/>
        </w:numPr>
      </w:pPr>
      <w:r>
        <w:rPr>
          <w:b/>
          <w:bCs/>
        </w:rPr>
        <w:t xml:space="preserve">"Walk this way, Lena," he</w:t>
      </w:r>
      <w:r>
        <w:rPr>
          <w:b/>
          <w:bCs/>
        </w:rPr>
        <w:t xml:space="preserve"> </w:t>
      </w:r>
      <w:r>
        <w:rPr>
          <w:b/>
          <w:bCs/>
          <w:u w:val="single"/>
        </w:rPr>
        <w:t xml:space="preserve">coaxed</w:t>
      </w:r>
      <w:r>
        <w:rPr>
          <w:b/>
          <w:bCs/>
        </w:rPr>
        <w:t xml:space="preserve">, standing behind it.</w:t>
      </w:r>
      <w:r>
        <w:br/>
      </w:r>
      <w:r>
        <w:t xml:space="preserve">    (a) did not vote  OR  did not drink alcohol  OR  (more rarely) did not do something else</w:t>
      </w:r>
      <w:r>
        <w:br/>
      </w:r>
      <w:r>
        <w:t xml:space="preserve">    (b) tried to obtain a result through gentle and careful effort -- often gently persuaded</w:t>
      </w:r>
      <w:r>
        <w:br/>
      </w:r>
      <w:r>
        <w:t xml:space="preserve">    (c) thought of something as true or likely, even though it was not known with certainty</w:t>
      </w:r>
    </w:p>
    <w:p>
      <w:pPr>
        <w:pStyle w:val="Compact"/>
        <w:numPr>
          <w:ilvl w:val="0"/>
          <w:numId w:val="1001"/>
        </w:numPr>
      </w:pPr>
      <w:r>
        <w:rPr>
          <w:b/>
          <w:bCs/>
        </w:rPr>
        <w:t xml:space="preserve">Then they stopped too, and she dozed, but woke to the thin</w:t>
      </w:r>
      <w:r>
        <w:rPr>
          <w:b/>
          <w:bCs/>
        </w:rPr>
        <w:t xml:space="preserve"> </w:t>
      </w:r>
      <w:r>
        <w:rPr>
          <w:b/>
          <w:bCs/>
          <w:u w:val="single"/>
        </w:rPr>
        <w:t xml:space="preserve">plaintive</w:t>
      </w:r>
      <w:r>
        <w:rPr>
          <w:b/>
          <w:bCs/>
        </w:rPr>
        <w:t xml:space="preserve"> </w:t>
      </w:r>
      <w:r>
        <w:rPr>
          <w:b/>
          <w:bCs/>
        </w:rPr>
        <w:t xml:space="preserve">voice of the mama-cat she had forgotten to feed.</w:t>
      </w:r>
      <w:r>
        <w:br/>
      </w:r>
      <w:r>
        <w:t xml:space="preserve">    (a) sad</w:t>
      </w:r>
      <w:r>
        <w:br/>
      </w:r>
      <w:r>
        <w:t xml:space="preserve">    (b) bad</w:t>
      </w:r>
      <w:r>
        <w:br/>
      </w:r>
      <w:r>
        <w:t xml:space="preserve">    (c) real</w:t>
      </w:r>
    </w:p>
    <w:p>
      <w:pPr>
        <w:pStyle w:val="Compact"/>
        <w:numPr>
          <w:ilvl w:val="0"/>
          <w:numId w:val="1001"/>
        </w:numPr>
      </w:pPr>
      <w:r>
        <w:rPr>
          <w:b/>
          <w:bCs/>
        </w:rPr>
        <w:t xml:space="preserve">Part of our colonial policy which</w:t>
      </w:r>
      <w:r>
        <w:rPr>
          <w:b/>
          <w:bCs/>
        </w:rPr>
        <w:t xml:space="preserve"> </w:t>
      </w:r>
      <w:r>
        <w:rPr>
          <w:b/>
          <w:bCs/>
          <w:u w:val="single"/>
        </w:rPr>
        <w:t xml:space="preserve">enabled</w:t>
      </w:r>
      <w:r>
        <w:rPr>
          <w:b/>
          <w:bCs/>
        </w:rPr>
        <w:t xml:space="preserve"> </w:t>
      </w:r>
      <w:r>
        <w:rPr>
          <w:b/>
          <w:bCs/>
        </w:rPr>
        <w:t xml:space="preserve">the United States to enact legislation for the government of backward people.</w:t>
      </w:r>
      <w:r>
        <w:br/>
      </w:r>
      <w:r>
        <w:t xml:space="preserve">    (a) got closer to</w:t>
      </w:r>
      <w:r>
        <w:br/>
      </w:r>
      <w:r>
        <w:t xml:space="preserve">    (b) not satisfied</w:t>
      </w:r>
      <w:r>
        <w:br/>
      </w:r>
      <w:r>
        <w:t xml:space="preserve">    (c) made possible</w:t>
      </w:r>
    </w:p>
    <w:p>
      <w:pPr>
        <w:pStyle w:val="Compact"/>
        <w:numPr>
          <w:ilvl w:val="0"/>
          <w:numId w:val="1001"/>
        </w:numPr>
      </w:pPr>
      <w:r>
        <w:rPr>
          <w:b/>
          <w:bCs/>
        </w:rPr>
        <w:t xml:space="preserve">And now, Winslow, we have</w:t>
      </w:r>
      <w:r>
        <w:rPr>
          <w:b/>
          <w:bCs/>
        </w:rPr>
        <w:t xml:space="preserve"> </w:t>
      </w:r>
      <w:r>
        <w:rPr>
          <w:b/>
          <w:bCs/>
          <w:u w:val="single"/>
        </w:rPr>
        <w:t xml:space="preserve">digressed</w:t>
      </w:r>
      <w:r>
        <w:rPr>
          <w:b/>
          <w:bCs/>
        </w:rPr>
        <w:t xml:space="preserve"> </w:t>
      </w:r>
      <w:r>
        <w:rPr>
          <w:b/>
          <w:bCs/>
        </w:rPr>
        <w:t xml:space="preserve">enough.</w:t>
      </w:r>
      <w:r>
        <w:br/>
      </w:r>
      <w:r>
        <w:t xml:space="preserve">    (a) wandered away from the main topic</w:t>
      </w:r>
      <w:r>
        <w:br/>
      </w:r>
      <w:r>
        <w:t xml:space="preserve">    (b) felt angry or unhappy about having to accept something not liked</w:t>
      </w:r>
      <w:r>
        <w:br/>
      </w:r>
      <w:r>
        <w:t xml:space="preserve">    (c) to break a close association between two organizations or people</w:t>
      </w:r>
    </w:p>
    <w:p>
      <w:pPr>
        <w:pStyle w:val="Compact"/>
        <w:numPr>
          <w:ilvl w:val="0"/>
          <w:numId w:val="1001"/>
        </w:numPr>
      </w:pPr>
      <w:r>
        <w:rPr>
          <w:b/>
          <w:bCs/>
        </w:rPr>
        <w:t xml:space="preserve">When I was little, these men, these</w:t>
      </w:r>
      <w:r>
        <w:rPr>
          <w:b/>
          <w:bCs/>
        </w:rPr>
        <w:t xml:space="preserve"> </w:t>
      </w:r>
      <w:r>
        <w:rPr>
          <w:b/>
          <w:bCs/>
          <w:u w:val="single"/>
        </w:rPr>
        <w:t xml:space="preserve">Whitecaps</w:t>
      </w:r>
      <w:r>
        <w:rPr>
          <w:b/>
          <w:bCs/>
        </w:rPr>
        <w:t xml:space="preserve">, come riding down through the flats where we lived, looking for somebody they wanted.</w:t>
      </w:r>
      <w:r>
        <w:br/>
      </w:r>
      <w:r>
        <w:t xml:space="preserve">    (a) wind-blown waves with white foam at their crest</w:t>
      </w:r>
      <w:r>
        <w:br/>
      </w:r>
      <w:r>
        <w:t xml:space="preserve">    (b) general feelings of not being as good as others</w:t>
      </w:r>
      <w:r>
        <w:br/>
      </w:r>
      <w:r>
        <w:t xml:space="preserve">    (c) acts of interacting or getting interested again</w:t>
      </w:r>
    </w:p>
    <w:p>
      <w:pPr>
        <w:pStyle w:val="Compact"/>
        <w:numPr>
          <w:ilvl w:val="0"/>
          <w:numId w:val="1001"/>
        </w:numPr>
      </w:pPr>
      <w:r>
        <w:rPr>
          <w:b/>
          <w:bCs/>
        </w:rPr>
        <w:t xml:space="preserve">But her legs folded like broken sticks and she pitched to her knees clutching grass and praying</w:t>
      </w:r>
      <w:r>
        <w:rPr>
          <w:b/>
          <w:bCs/>
        </w:rPr>
        <w:t xml:space="preserve"> </w:t>
      </w:r>
      <w:r>
        <w:rPr>
          <w:b/>
          <w:bCs/>
          <w:u w:val="single"/>
        </w:rPr>
        <w:t xml:space="preserve">incoherently</w:t>
      </w:r>
      <w:r>
        <w:rPr>
          <w:b/>
          <w:bCs/>
        </w:rPr>
        <w:t xml:space="preserve">.</w:t>
      </w:r>
      <w:r>
        <w:br/>
      </w:r>
      <w:r>
        <w:t xml:space="preserve">    (a) not in a sensible and clear manner; or not in a manner where parts fit together consistently or pleasingly</w:t>
      </w:r>
      <w:r>
        <w:br/>
      </w:r>
      <w:r>
        <w:t xml:space="preserve">    (b) in a manner that violates a rule, promise, or social norm; or in a manner that exceeds a limit or boundary</w:t>
      </w:r>
      <w:r>
        <w:br/>
      </w:r>
      <w:r>
        <w:t xml:space="preserve">    (c) based on something that is temporarily treated as true to advance a discussion or to further investigation</w:t>
      </w:r>
    </w:p>
    <w:p>
      <w:pPr>
        <w:pStyle w:val="Compact"/>
        <w:numPr>
          <w:ilvl w:val="0"/>
          <w:numId w:val="1001"/>
        </w:numPr>
      </w:pPr>
      <w:r>
        <w:rPr>
          <w:b/>
          <w:bCs/>
        </w:rPr>
        <w:t xml:space="preserve">She sat frozen like a leaf in a winter puddle, watching his fingers</w:t>
      </w:r>
      <w:r>
        <w:rPr>
          <w:b/>
          <w:bCs/>
        </w:rPr>
        <w:t xml:space="preserve"> </w:t>
      </w:r>
      <w:r>
        <w:rPr>
          <w:b/>
          <w:bCs/>
          <w:u w:val="single"/>
        </w:rPr>
        <w:t xml:space="preserve">probe</w:t>
      </w:r>
      <w:r>
        <w:rPr>
          <w:b/>
          <w:bCs/>
        </w:rPr>
        <w:t xml:space="preserve"> </w:t>
      </w:r>
      <w:r>
        <w:rPr>
          <w:b/>
          <w:bCs/>
        </w:rPr>
        <w:t xml:space="preserve">his scraped face.</w:t>
      </w:r>
      <w:r>
        <w:br/>
      </w:r>
      <w:r>
        <w:t xml:space="preserve">    (a) to change to multiple areas of control or concentration (rather than just 1)</w:t>
      </w:r>
      <w:r>
        <w:br/>
      </w:r>
      <w:r>
        <w:t xml:space="preserve">    (b) to investigate; or an investigation; or an instrument used for investigation</w:t>
      </w:r>
      <w:r>
        <w:br/>
      </w:r>
      <w:r>
        <w:t xml:space="preserve">    (c) a woman who is casually playful in a way that arouses sexual interest of men</w:t>
      </w:r>
    </w:p>
    <w:p>
      <w:pPr>
        <w:pStyle w:val="Compact"/>
        <w:numPr>
          <w:ilvl w:val="0"/>
          <w:numId w:val="1001"/>
        </w:numPr>
      </w:pPr>
      <w:r>
        <w:rPr>
          <w:b/>
          <w:bCs/>
        </w:rPr>
        <w:t xml:space="preserve">/ hear you whispering there O stars of heaven, O stm — O grass of graves — O</w:t>
      </w:r>
      <w:r>
        <w:rPr>
          <w:b/>
          <w:bCs/>
        </w:rPr>
        <w:t xml:space="preserve"> </w:t>
      </w:r>
      <w:r>
        <w:rPr>
          <w:b/>
          <w:bCs/>
          <w:u w:val="single"/>
        </w:rPr>
        <w:t xml:space="preserve">perpetual</w:t>
      </w:r>
      <w:r>
        <w:rPr>
          <w:b/>
          <w:bCs/>
        </w:rPr>
        <w:t xml:space="preserve"> </w:t>
      </w:r>
      <w:r>
        <w:rPr>
          <w:b/>
          <w:bCs/>
        </w:rPr>
        <w:t xml:space="preserve">transfers and promotions, If you do not say any thing how can I say any thing?</w:t>
      </w:r>
      <w:r>
        <w:br/>
      </w:r>
      <w:r>
        <w:t xml:space="preserve">    (a) continuing forever without change; or occurring so frequently it seems constant</w:t>
      </w:r>
      <w:r>
        <w:br/>
      </w:r>
      <w:r>
        <w:t xml:space="preserve">    (b) about things beyond the physical world, such as existence, reality, or the soul</w:t>
      </w:r>
      <w:r>
        <w:br/>
      </w:r>
      <w:r>
        <w:t xml:space="preserve">    (c) having the characteristics of a</w:t>
      </w:r>
      <w:r>
        <w:t xml:space="preserve"> </w:t>
      </w:r>
      <w:r>
        <w:rPr>
          <w:i/>
          <w:iCs/>
        </w:rPr>
        <w:t xml:space="preserve">monk</w:t>
      </w:r>
      <w:r>
        <w:t xml:space="preserve"> </w:t>
      </w:r>
      <w:r>
        <w:t xml:space="preserve">(often inclined toward self-denial)</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2026-07-31T16:54:38Z</dcterms:created>
  <dcterms:modified xsi:type="dcterms:W3CDTF">2026-07-31T16:54:38Z</dcterms:modified>
</cp:coreProperties>
</file>

<file path=docProps/custom.xml><?xml version="1.0" encoding="utf-8"?>
<Properties xmlns="http://schemas.openxmlformats.org/officeDocument/2006/custom-properties" xmlns:vt="http://schemas.openxmlformats.org/officeDocument/2006/docPropsVTypes"/>
</file>