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79b417ce732b9ed0ed3fb794024206cd1deeabf"/>
    <w:p>
      <w:pPr>
        <w:pStyle w:val="Heading1"/>
      </w:pPr>
      <w:r>
        <w:rPr>
          <w:b/>
          <w:bCs/>
        </w:rPr>
        <w:t xml:space="preserve">Woodsong</w:t>
      </w:r>
      <w:r>
        <w:br/>
      </w:r>
      <w:r>
        <w:rPr>
          <w:i/>
          <w:iCs/>
        </w:rPr>
        <w:t xml:space="preserve">Gary Paulsen</w:t>
      </w:r>
      <w:r>
        <w:br/>
      </w:r>
      <w:r>
        <w:rPr>
          <w:b/>
          <w:bCs/>
        </w:rPr>
        <w:t xml:space="preserve">Vocabulary in Context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Perhaps the greatest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paradox</w:t>
      </w:r>
      <w:r>
        <w:rPr>
          <w:b/>
          <w:bCs/>
        </w:rPr>
        <w:t xml:space="preserve"> </w:t>
      </w:r>
      <w:r>
        <w:rPr>
          <w:b/>
          <w:bCs/>
        </w:rPr>
        <w:t xml:space="preserve">about understanding "the woods" is that so many who enjoy it, or seem to enjoy it, spend most of their time trying to kill parts of it.</w:t>
      </w:r>
      <w:r>
        <w:br/>
      </w:r>
      <w:r>
        <w:t xml:space="preserve">    (a) something exclusive to (someone or some group) -- such as an activity or place</w:t>
      </w:r>
      <w:r>
        <w:br/>
      </w:r>
      <w:r>
        <w:t xml:space="preserve">    (b) a situation or statement that seems to contradict itself but may still be true</w:t>
      </w:r>
      <w:r>
        <w:br/>
      </w:r>
      <w:r>
        <w:t xml:space="preserve">    (c) a rough substance that can be rubbed against something else to polish or clean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was large and wolf-like, with a thick gray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mane</w:t>
      </w:r>
      <w:r>
        <w:rPr>
          <w:b/>
          <w:bCs/>
        </w:rPr>
        <w:t xml:space="preserve"> </w:t>
      </w:r>
      <w:r>
        <w:rPr>
          <w:b/>
          <w:bCs/>
        </w:rPr>
        <w:t xml:space="preserve">and a tail that curled over his back.</w:t>
      </w:r>
      <w:r>
        <w:br/>
      </w:r>
      <w:r>
        <w:t xml:space="preserve">    (a) long coarse hair on an animal</w:t>
      </w:r>
      <w:r>
        <w:br/>
      </w:r>
      <w:r>
        <w:t xml:space="preserve">    (b) select (on a computer screen)</w:t>
      </w:r>
      <w:r>
        <w:br/>
      </w:r>
      <w:r>
        <w:t xml:space="preserve">    (c) exchange, convert, or pay off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 is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genetic</w:t>
      </w:r>
      <w:r>
        <w:rPr>
          <w:b/>
          <w:bCs/>
        </w:rPr>
        <w:t xml:space="preserve">, so old a code or command that it has become part of what sled dogs are; the fiber of their very being.</w:t>
      </w:r>
      <w:r>
        <w:br/>
      </w:r>
      <w:r>
        <w:t xml:space="preserve">    (a) related to DNA sequences or units of heredity that influence biological traits</w:t>
      </w:r>
      <w:r>
        <w:br/>
      </w:r>
      <w:r>
        <w:t xml:space="preserve">    (b) something exclusive to (someone or some group) -- such as an activity or place</w:t>
      </w:r>
      <w:r>
        <w:br/>
      </w:r>
      <w:r>
        <w:t xml:space="preserve">    (c) a rough substance that can be rubbed against something else to polish or clean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alleviate</w:t>
      </w:r>
      <w:r>
        <w:rPr>
          <w:b/>
          <w:bCs/>
        </w:rPr>
        <w:t xml:space="preserve"> </w:t>
      </w:r>
      <w:r>
        <w:rPr>
          <w:b/>
          <w:bCs/>
        </w:rPr>
        <w:t xml:space="preserve">the boredom we give the dogs large beef bones to chew and play with.</w:t>
      </w:r>
      <w:r>
        <w:br/>
      </w:r>
      <w:r>
        <w:t xml:space="preserve">    (a) to lessen something that is bad -- especially to lessen pain</w:t>
      </w:r>
      <w:r>
        <w:br/>
      </w:r>
      <w:r>
        <w:t xml:space="preserve">    (b) provide investment funds for something -- such as a business</w:t>
      </w:r>
      <w:r>
        <w:br/>
      </w:r>
      <w:r>
        <w:t xml:space="preserve">    (c) ignore someone's wishes or cause inconvenience or discomfort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brushed her head away, fearing infection, but she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persisted</w:t>
      </w:r>
      <w:r>
        <w:rPr>
          <w:b/>
          <w:bCs/>
        </w:rPr>
        <w:t xml:space="preserve">.</w:t>
      </w:r>
      <w:r>
        <w:br/>
      </w:r>
      <w:r>
        <w:t xml:space="preserve">    (a) disagreed</w:t>
      </w:r>
      <w:r>
        <w:br/>
      </w:r>
      <w:r>
        <w:t xml:space="preserve">    (b) stuck out</w:t>
      </w:r>
      <w:r>
        <w:br/>
      </w:r>
      <w:r>
        <w:t xml:space="preserve">    (c) continued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  <w:u w:val="single"/>
        </w:rPr>
        <w:t xml:space="preserve">Primarily</w:t>
      </w:r>
      <w:r>
        <w:rPr>
          <w:b/>
          <w:bCs/>
        </w:rPr>
        <w:t xml:space="preserve"> </w:t>
      </w:r>
      <w:r>
        <w:rPr>
          <w:b/>
          <w:bCs/>
        </w:rPr>
        <w:t xml:space="preserve">the difference between people and animals is that people use fire.</w:t>
      </w:r>
      <w:r>
        <w:br/>
      </w:r>
      <w:r>
        <w:t xml:space="preserve">    (a) really</w:t>
      </w:r>
      <w:r>
        <w:br/>
      </w:r>
      <w:r>
        <w:t xml:space="preserve">    (b) wisely</w:t>
      </w:r>
      <w:r>
        <w:br/>
      </w:r>
      <w:r>
        <w:t xml:space="preserve">    (c) mainly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There is a happy song they sing when the moon is full on the snow and they are fed and there is a rain song, which is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melancholy</w:t>
      </w:r>
      <w:r>
        <w:rPr>
          <w:b/>
          <w:bCs/>
        </w:rPr>
        <w:t xml:space="preserve">—they don't like rain very much—and there is a song they sing when you have been with them in the kennel and start to walk away, a come-back-and-don't-go-away sad song.</w:t>
      </w:r>
      <w:r>
        <w:br/>
      </w:r>
      <w:r>
        <w:t xml:space="preserve">    (a) relating to the outside</w:t>
      </w:r>
      <w:r>
        <w:br/>
      </w:r>
      <w:r>
        <w:t xml:space="preserve">    (b) about (but not exactly)</w:t>
      </w:r>
      <w:r>
        <w:br/>
      </w:r>
      <w:r>
        <w:t xml:space="preserve">    (c) a sad feeling or manner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couldn't tell the number, maybe five or six; they kept moving in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agitation</w:t>
      </w:r>
      <w:r>
        <w:rPr>
          <w:b/>
          <w:bCs/>
        </w:rPr>
        <w:t xml:space="preserve"> </w:t>
      </w:r>
      <w:r>
        <w:rPr>
          <w:b/>
          <w:bCs/>
        </w:rPr>
        <w:t xml:space="preserve">and it was hard to pin them down, but they were clearly reluctant to let her go, although they were also clearly afraid of me and being close to me.</w:t>
      </w:r>
      <w:r>
        <w:br/>
      </w:r>
      <w:r>
        <w:t xml:space="preserve">    (a) the act of stirring up (emotionally or physically); or a state of emotional unrest</w:t>
      </w:r>
      <w:r>
        <w:br/>
      </w:r>
      <w:r>
        <w:t xml:space="preserve">    (b) formula (a mathematical expression that describe a relationship between variables)</w:t>
      </w:r>
      <w:r>
        <w:br/>
      </w:r>
      <w:r>
        <w:t xml:space="preserve">    (c) officially telling someone about something; or something that contains the message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We live on the edge of wilderness and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consequently</w:t>
      </w:r>
      <w:r>
        <w:rPr>
          <w:b/>
          <w:bCs/>
        </w:rPr>
        <w:t xml:space="preserve"> </w:t>
      </w:r>
      <w:r>
        <w:rPr>
          <w:b/>
          <w:bCs/>
        </w:rPr>
        <w:t xml:space="preserve">the meat smell brings any number of visitors from the woods.</w:t>
      </w:r>
      <w:r>
        <w:br/>
      </w:r>
      <w:r>
        <w:t xml:space="preserve">    (a) even though -- used to connect contrasting ideas</w:t>
      </w:r>
      <w:r>
        <w:br/>
      </w:r>
      <w:r>
        <w:t xml:space="preserve">    (b) despite that (used to connect contrasting ideas)</w:t>
      </w:r>
      <w:r>
        <w:br/>
      </w:r>
      <w:r>
        <w:t xml:space="preserve">    (c) resultantly (as a result)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Skunks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abound</w:t>
      </w:r>
      <w:r>
        <w:rPr>
          <w:b/>
          <w:bCs/>
        </w:rPr>
        <w:t xml:space="preserve">, and foxes and coyotes and wolves and weasels—all predators.</w:t>
      </w:r>
      <w:r>
        <w:br/>
      </w:r>
      <w:r>
        <w:t xml:space="preserve">    (a) are extremely rare</w:t>
      </w:r>
      <w:r>
        <w:br/>
      </w:r>
      <w:r>
        <w:t xml:space="preserve">    (b) gradually disappear</w:t>
      </w:r>
      <w:r>
        <w:br/>
      </w:r>
      <w:r>
        <w:t xml:space="preserve">    (c) abundant or plentiful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first time you see a bear in the kennel it is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novelty</w:t>
      </w:r>
      <w:r>
        <w:rPr>
          <w:b/>
          <w:bCs/>
        </w:rPr>
        <w:t xml:space="preserve">, but when the same ones are there day after day, you wind up naming some of them (old Notch-Ear, Billy-Jo, etc.) There gets to be a too relaxed attitude.</w:t>
      </w:r>
      <w:r>
        <w:br/>
      </w:r>
      <w:r>
        <w:t xml:space="preserve">    (a) not bouncing back light/heat/sound...</w:t>
      </w:r>
      <w:r>
        <w:br/>
      </w:r>
      <w:r>
        <w:t xml:space="preserve">    (b) lacking or not based on basic beliefs</w:t>
      </w:r>
      <w:r>
        <w:br/>
      </w:r>
      <w:r>
        <w:t xml:space="preserve">    (c) the quality of being new and original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Looking back on it I don't remember having one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coherent</w:t>
      </w:r>
      <w:r>
        <w:rPr>
          <w:b/>
          <w:bCs/>
        </w:rPr>
        <w:t xml:space="preserve"> </w:t>
      </w:r>
      <w:r>
        <w:rPr>
          <w:b/>
          <w:bCs/>
        </w:rPr>
        <w:t xml:space="preserve">thought when it was happening.</w:t>
      </w:r>
      <w:r>
        <w:br/>
      </w:r>
      <w:r>
        <w:t xml:space="preserve">    (a) relating to a residential area located near the outer edge of a city where it isn't as crowded</w:t>
      </w:r>
      <w:r>
        <w:br/>
      </w:r>
      <w:r>
        <w:t xml:space="preserve">    (b) not relating to practice or belief that is long-established or was previously long-established</w:t>
      </w:r>
      <w:r>
        <w:br/>
      </w:r>
      <w:r>
        <w:t xml:space="preserve">    (c) sensible and clear; or describing parts as fitting together in a consistent or pleasing manner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They can indeed be mean, but they are wonderfully self-</w:t>
      </w:r>
      <w:r>
        <w:rPr>
          <w:b/>
          <w:bCs/>
          <w:u w:val="single"/>
        </w:rPr>
        <w:t xml:space="preserve">sufficient</w:t>
      </w:r>
      <w:r>
        <w:rPr>
          <w:b/>
          <w:bCs/>
        </w:rPr>
        <w:t xml:space="preserve"> </w:t>
      </w:r>
      <w:r>
        <w:rPr>
          <w:b/>
          <w:bCs/>
        </w:rPr>
        <w:t xml:space="preserve">and fun to have around even if it takes about thirty of their small eggs to make a decent omelet.</w:t>
      </w:r>
      <w:r>
        <w:br/>
      </w:r>
      <w:r>
        <w:t xml:space="preserve">    (a) producing a stream of atomic particles through nuclear decay</w:t>
      </w:r>
      <w:r>
        <w:br/>
      </w:r>
      <w:r>
        <w:t xml:space="preserve">    (b) in a manner of taking on or adopting power or responsibility</w:t>
      </w:r>
      <w:r>
        <w:br/>
      </w:r>
      <w:r>
        <w:t xml:space="preserve">    (c) adequate (enough -- often without being more than is needed)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light came from within it, a cold-glowing green light with yellow edges that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diffused</w:t>
      </w:r>
      <w:r>
        <w:rPr>
          <w:b/>
          <w:bCs/>
        </w:rPr>
        <w:t xml:space="preserve"> </w:t>
      </w:r>
      <w:r>
        <w:rPr>
          <w:b/>
          <w:bCs/>
        </w:rPr>
        <w:t xml:space="preserve">the shape, making it change and grow as I watched.</w:t>
      </w:r>
      <w:r>
        <w:br/>
      </w:r>
      <w:r>
        <w:t xml:space="preserve">    (a) concentrated, look at, or paid attention to</w:t>
      </w:r>
      <w:r>
        <w:br/>
      </w:r>
      <w:r>
        <w:t xml:space="preserve">    (b) mixed in; or spread; or softened; or calmed</w:t>
      </w:r>
      <w:r>
        <w:br/>
      </w:r>
      <w:r>
        <w:t xml:space="preserve">    (c) began speaking with someone about something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Moose are large, and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essentially</w:t>
      </w:r>
      <w:r>
        <w:rPr>
          <w:b/>
          <w:bCs/>
        </w:rPr>
        <w:t xml:space="preserve"> </w:t>
      </w:r>
      <w:r>
        <w:rPr>
          <w:b/>
          <w:bCs/>
        </w:rPr>
        <w:t xml:space="preserve">insane with an almost pathological hatred of the dogs, the sled, the musher, trees, trains, cars, and everything else as near as I can figure.</w:t>
      </w:r>
      <w:r>
        <w:br/>
      </w:r>
      <w:r>
        <w:t xml:space="preserve">    (a) with an orientation that is straight up and down (90 degrees relative to the floor)</w:t>
      </w:r>
      <w:r>
        <w:br/>
      </w:r>
      <w:r>
        <w:t xml:space="preserve">    (b) in a manner that is extremely unpleasant, disgusting, dislikable, or worthy of hate</w:t>
      </w:r>
      <w:r>
        <w:br/>
      </w:r>
      <w:r>
        <w:t xml:space="preserve">    (c) basically (in all important respects; or relating to the basic nature of something)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One unforgettable incident with the electric' fence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illustrates</w:t>
      </w:r>
      <w:r>
        <w:rPr>
          <w:b/>
          <w:bCs/>
        </w:rPr>
        <w:t xml:space="preserve"> </w:t>
      </w:r>
      <w:r>
        <w:rPr>
          <w:b/>
          <w:bCs/>
        </w:rPr>
        <w:t xml:space="preserve">his persistence.</w:t>
      </w:r>
      <w:r>
        <w:br/>
      </w:r>
      <w:r>
        <w:t xml:space="preserve">    (a) helps make clear</w:t>
      </w:r>
      <w:r>
        <w:br/>
      </w:r>
      <w:r>
        <w:t xml:space="preserve">    (b) strongly desires</w:t>
      </w:r>
      <w:r>
        <w:br/>
      </w:r>
      <w:r>
        <w:t xml:space="preserve">    (c) lies or misleads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We hunkered in for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duration</w:t>
      </w:r>
      <w:r>
        <w:rPr>
          <w:b/>
          <w:bCs/>
        </w:rPr>
        <w:t xml:space="preserve">.</w:t>
      </w:r>
      <w:r>
        <w:br/>
      </w:r>
      <w:r>
        <w:t xml:space="preserve">    (a) the time during which something continues</w:t>
      </w:r>
      <w:r>
        <w:br/>
      </w:r>
      <w:r>
        <w:t xml:space="preserve">    (b) meticulousness (care about small details)</w:t>
      </w:r>
      <w:r>
        <w:br/>
      </w:r>
      <w:r>
        <w:t xml:space="preserve">    (c) a particular understanding or explanation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As I watch he turns to look up at me—he is very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distinct</w:t>
      </w:r>
      <w:r>
        <w:rPr>
          <w:b/>
          <w:bCs/>
        </w:rPr>
        <w:t xml:space="preserve"> </w:t>
      </w:r>
      <w:r>
        <w:rPr>
          <w:b/>
          <w:bCs/>
        </w:rPr>
        <w:t xml:space="preserve">and I can see the wrinkles in the fabric of his coat, my own reflection in his glasses—he turns to look at me and begins to speak in a low voice about federal educational grants.</w:t>
      </w:r>
      <w:r>
        <w:br/>
      </w:r>
      <w:r>
        <w:t xml:space="preserve">    (a) not capable of being better understood through detailed examination</w:t>
      </w:r>
      <w:r>
        <w:br/>
      </w:r>
      <w:r>
        <w:t xml:space="preserve">    (b) clear, easily noticed, and/or identifiable as different or separate</w:t>
      </w:r>
      <w:r>
        <w:br/>
      </w:r>
      <w:r>
        <w:t xml:space="preserve">    (c) unbelieving; or having difficulty accepting something so unexpected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have not rested well and the hallucinations start about midnight and I have the same man in the trench coat on the sled for a time, talking to me about educational grants, until I tell him to shut up and leave and he becomes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indignant</w:t>
      </w:r>
      <w:r>
        <w:rPr>
          <w:b/>
          <w:bCs/>
        </w:rPr>
        <w:t xml:space="preserve">.</w:t>
      </w:r>
      <w:r>
        <w:br/>
      </w:r>
      <w:r>
        <w:t xml:space="preserve">    (a) angered or annoyed at something unjust or wrong</w:t>
      </w:r>
      <w:r>
        <w:br/>
      </w:r>
      <w:r>
        <w:t xml:space="preserve">    (b) accepted of something undesired as unavoidable</w:t>
      </w:r>
      <w:r>
        <w:br/>
      </w:r>
      <w:r>
        <w:t xml:space="preserve">    (c) surprised as something unexpected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wind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abates</w:t>
      </w:r>
      <w:r>
        <w:rPr>
          <w:b/>
          <w:bCs/>
        </w:rPr>
        <w:t xml:space="preserve">, the sun comes out, the trail across is flat—frozen seawater—and the dogs are well rested.</w:t>
      </w:r>
      <w:r>
        <w:br/>
      </w:r>
      <w:r>
        <w:t xml:space="preserve">    (a) treats harshly and unfairly</w:t>
      </w:r>
      <w:r>
        <w:br/>
      </w:r>
      <w:r>
        <w:t xml:space="preserve">    (b) draws pictures to accompany</w:t>
      </w:r>
      <w:r>
        <w:br/>
      </w:r>
      <w:r>
        <w:t xml:space="preserve">    (c) reduces amount or intensity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2026-07-31T20:06:05Z</dcterms:created>
  <dcterms:modified xsi:type="dcterms:W3CDTF">2026-07-31T20:06:05Z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