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8198e00f1cb7e991c60b625706be61a50e8def3"/>
    <w:p>
      <w:pPr>
        <w:pStyle w:val="Heading1"/>
      </w:pPr>
      <w:r>
        <w:rPr>
          <w:b/>
          <w:bCs/>
        </w:rPr>
        <w:t xml:space="preserve">Wonder</w:t>
      </w:r>
      <w:r>
        <w:br/>
      </w:r>
      <w:r>
        <w:rPr>
          <w:i/>
          <w:iCs/>
        </w:rPr>
        <w:t xml:space="preserve">R. J. Palacio</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"So you lied," I said.</w:t>
      </w:r>
      <w:r>
        <w:br/>
      </w:r>
      <w:r>
        <w:rPr>
          <w:b/>
          <w:bCs/>
        </w:rPr>
        <w:t xml:space="preserve">"A</w:t>
      </w:r>
      <w:r>
        <w:rPr>
          <w:b/>
          <w:bCs/>
        </w:rPr>
        <w:t xml:space="preserve"> </w:t>
      </w:r>
      <w:r>
        <w:rPr>
          <w:b/>
          <w:bCs/>
          <w:u w:val="single"/>
        </w:rPr>
        <w:t xml:space="preserve">white lie</w:t>
      </w:r>
      <w:r>
        <w:rPr>
          <w:b/>
          <w:bCs/>
        </w:rPr>
        <w:t xml:space="preserve">, but yes. Sorry," she said, trying to smile, but when I didn't smile back, she turned around in her seat and faced forward.</w:t>
      </w:r>
      <w:r>
        <w:br/>
      </w:r>
      <w:r>
        <w:t xml:space="preserve">    (a) forced lie</w:t>
      </w:r>
      <w:r>
        <w:br/>
      </w:r>
      <w:r>
        <w:t xml:space="preserve">    (b) unimportant lie</w:t>
      </w:r>
      <w:r>
        <w:br/>
      </w:r>
      <w:r>
        <w:t xml:space="preserve">    (c) unintentional lie</w:t>
      </w:r>
    </w:p>
    <w:p>
      <w:pPr>
        <w:pStyle w:val="Compact"/>
        <w:numPr>
          <w:ilvl w:val="0"/>
          <w:numId w:val="1001"/>
        </w:numPr>
      </w:pPr>
      <w:r>
        <w:rPr>
          <w:b/>
          <w:bCs/>
        </w:rPr>
        <w:t xml:space="preserve">He turned around and wrote in big huge block letters that spread all the way across the chalkboard: MR. BROWNE'S SEPTEMBER</w:t>
      </w:r>
      <w:r>
        <w:rPr>
          <w:b/>
          <w:bCs/>
        </w:rPr>
        <w:t xml:space="preserve"> </w:t>
      </w:r>
      <w:r>
        <w:rPr>
          <w:b/>
          <w:bCs/>
          <w:u w:val="single"/>
        </w:rPr>
        <w:t xml:space="preserve">PRECEPT</w:t>
      </w:r>
      <w:r>
        <w:rPr>
          <w:b/>
          <w:bCs/>
        </w:rPr>
        <w:t xml:space="preserve">: WHEN GIVEN THE CHOICE BETWEEN BEING RIGHT OR BEING KIND, CHOOSE KIND.</w:t>
      </w:r>
      <w:r>
        <w:br/>
      </w:r>
      <w:r>
        <w:t xml:space="preserve">    (a) important principle</w:t>
      </w:r>
      <w:r>
        <w:br/>
      </w:r>
      <w:r>
        <w:t xml:space="preserve">    (b) thing to repeat</w:t>
      </w:r>
      <w:r>
        <w:br/>
      </w:r>
      <w:r>
        <w:t xml:space="preserve">    (c) famous quotation</w:t>
      </w:r>
    </w:p>
    <w:p>
      <w:pPr>
        <w:pStyle w:val="Compact"/>
        <w:numPr>
          <w:ilvl w:val="0"/>
          <w:numId w:val="1001"/>
        </w:numPr>
      </w:pPr>
      <w:r>
        <w:rPr>
          <w:b/>
          <w:bCs/>
        </w:rPr>
        <w:t xml:space="preserve">The teachers assigned seats in every class, and I ended up sitting next to Jack in every single class, so I figured either the teachers were told to put me and Jack together, or it was a totally incredible</w:t>
      </w:r>
      <w:r>
        <w:rPr>
          <w:b/>
          <w:bCs/>
        </w:rPr>
        <w:t xml:space="preserve"> </w:t>
      </w:r>
      <w:r>
        <w:rPr>
          <w:b/>
          <w:bCs/>
          <w:u w:val="single"/>
        </w:rPr>
        <w:t xml:space="preserve">coincidence</w:t>
      </w:r>
      <w:r>
        <w:rPr>
          <w:b/>
          <w:bCs/>
        </w:rPr>
        <w:t xml:space="preserve">.</w:t>
      </w:r>
      <w:r>
        <w:br/>
      </w:r>
      <w:r>
        <w:t xml:space="preserve">    (a) likely event</w:t>
      </w:r>
      <w:r>
        <w:br/>
      </w:r>
      <w:r>
        <w:t xml:space="preserve">    (b) plan</w:t>
      </w:r>
      <w:r>
        <w:br/>
      </w:r>
      <w:r>
        <w:t xml:space="preserve">    (c) unlikely event</w:t>
      </w:r>
    </w:p>
    <w:p>
      <w:pPr>
        <w:pStyle w:val="Compact"/>
        <w:numPr>
          <w:ilvl w:val="0"/>
          <w:numId w:val="1001"/>
        </w:numPr>
      </w:pPr>
      <w:r>
        <w:rPr>
          <w:b/>
          <w:bCs/>
        </w:rPr>
        <w:t xml:space="preserve">No, actually, it's not a</w:t>
      </w:r>
      <w:r>
        <w:rPr>
          <w:b/>
          <w:bCs/>
        </w:rPr>
        <w:t xml:space="preserve"> </w:t>
      </w:r>
      <w:r>
        <w:rPr>
          <w:b/>
          <w:bCs/>
          <w:u w:val="single"/>
        </w:rPr>
        <w:t xml:space="preserve">phobia</w:t>
      </w:r>
      <w:r>
        <w:rPr>
          <w:b/>
          <w:bCs/>
        </w:rPr>
        <w:t xml:space="preserve">. It's an "aversion," which is a word I just learned in Mr. Browne's class.</w:t>
      </w:r>
      <w:r>
        <w:br/>
      </w:r>
      <w:r>
        <w:t xml:space="preserve">    (a) food allergy</w:t>
      </w:r>
      <w:r>
        <w:br/>
      </w:r>
      <w:r>
        <w:t xml:space="preserve">    (b) unreasonable attraction</w:t>
      </w:r>
      <w:r>
        <w:br/>
      </w:r>
      <w:r>
        <w:t xml:space="preserve">    (c) excessive fear</w:t>
      </w:r>
    </w:p>
    <w:p>
      <w:pPr>
        <w:pStyle w:val="Compact"/>
        <w:numPr>
          <w:ilvl w:val="0"/>
          <w:numId w:val="1001"/>
        </w:numPr>
      </w:pPr>
      <w:r>
        <w:rPr>
          <w:b/>
          <w:bCs/>
        </w:rPr>
        <w:t xml:space="preserve">I have an</w:t>
      </w:r>
      <w:r>
        <w:rPr>
          <w:b/>
          <w:bCs/>
        </w:rPr>
        <w:t xml:space="preserve"> </w:t>
      </w:r>
      <w:r>
        <w:rPr>
          <w:b/>
          <w:bCs/>
          <w:u w:val="single"/>
        </w:rPr>
        <w:t xml:space="preserve">aversion</w:t>
      </w:r>
      <w:r>
        <w:rPr>
          <w:b/>
          <w:bCs/>
        </w:rPr>
        <w:t xml:space="preserve"> </w:t>
      </w:r>
      <w:r>
        <w:rPr>
          <w:b/>
          <w:bCs/>
        </w:rPr>
        <w:t xml:space="preserve">to having my picture taken.</w:t>
      </w:r>
      <w:r>
        <w:br/>
      </w:r>
      <w:r>
        <w:t xml:space="preserve">    (a) concern</w:t>
      </w:r>
      <w:r>
        <w:br/>
      </w:r>
      <w:r>
        <w:t xml:space="preserve">    (b) dislike</w:t>
      </w:r>
      <w:r>
        <w:br/>
      </w:r>
      <w:r>
        <w:t xml:space="preserve">    (c) fondness</w:t>
      </w:r>
    </w:p>
    <w:p>
      <w:pPr>
        <w:pStyle w:val="Compact"/>
        <w:numPr>
          <w:ilvl w:val="0"/>
          <w:numId w:val="1001"/>
        </w:numPr>
      </w:pPr>
      <w:r>
        <w:rPr>
          <w:b/>
          <w:bCs/>
        </w:rPr>
        <w:t xml:space="preserve">Sometimes these</w:t>
      </w:r>
      <w:r>
        <w:rPr>
          <w:b/>
          <w:bCs/>
        </w:rPr>
        <w:t xml:space="preserve"> </w:t>
      </w:r>
      <w:r>
        <w:rPr>
          <w:b/>
          <w:bCs/>
          <w:u w:val="single"/>
        </w:rPr>
        <w:t xml:space="preserve">mutations</w:t>
      </w:r>
      <w:r>
        <w:rPr>
          <w:b/>
          <w:bCs/>
        </w:rPr>
        <w:t xml:space="preserve"> </w:t>
      </w:r>
      <w:r>
        <w:rPr>
          <w:b/>
          <w:bCs/>
        </w:rPr>
        <w:t xml:space="preserve">occur during pregnancy.</w:t>
      </w:r>
      <w:r>
        <w:br/>
      </w:r>
      <w:r>
        <w:t xml:space="preserve">    (a) changes in mood</w:t>
      </w:r>
      <w:r>
        <w:br/>
      </w:r>
      <w:r>
        <w:t xml:space="preserve">    (b) changes in radioactivity</w:t>
      </w:r>
      <w:r>
        <w:br/>
      </w:r>
      <w:r>
        <w:t xml:space="preserve">    (c) changes in genes</w:t>
      </w:r>
    </w:p>
    <w:p>
      <w:pPr>
        <w:pStyle w:val="Compact"/>
        <w:numPr>
          <w:ilvl w:val="0"/>
          <w:numId w:val="1001"/>
        </w:numPr>
      </w:pPr>
      <w:r>
        <w:rPr>
          <w:b/>
          <w:bCs/>
        </w:rPr>
        <w:t xml:space="preserve">The weird thing is, though you'd never know it from looking at them: both my parents carry that mutant</w:t>
      </w:r>
      <w:r>
        <w:rPr>
          <w:b/>
          <w:bCs/>
        </w:rPr>
        <w:t xml:space="preserve"> </w:t>
      </w:r>
      <w:r>
        <w:rPr>
          <w:b/>
          <w:bCs/>
          <w:u w:val="single"/>
        </w:rPr>
        <w:t xml:space="preserve">gene</w:t>
      </w:r>
      <w:r>
        <w:rPr>
          <w:b/>
          <w:bCs/>
        </w:rPr>
        <w:t xml:space="preserve">.</w:t>
      </w:r>
      <w:r>
        <w:br/>
      </w:r>
      <w:r>
        <w:t xml:space="preserve">    (a) bacteria</w:t>
      </w:r>
      <w:r>
        <w:br/>
      </w:r>
      <w:r>
        <w:t xml:space="preserve">    (b) idea</w:t>
      </w:r>
      <w:r>
        <w:br/>
      </w:r>
      <w:r>
        <w:t xml:space="preserve">    (c) DNA segment</w:t>
      </w:r>
    </w:p>
    <w:p>
      <w:pPr>
        <w:pStyle w:val="Compact"/>
        <w:numPr>
          <w:ilvl w:val="0"/>
          <w:numId w:val="1001"/>
        </w:numPr>
      </w:pPr>
      <w:r>
        <w:rPr>
          <w:b/>
          <w:bCs/>
        </w:rPr>
        <w:t xml:space="preserve">It was a larger group than I'd been accustomed to hanging out with, and a more</w:t>
      </w:r>
      <w:r>
        <w:rPr>
          <w:b/>
          <w:bCs/>
        </w:rPr>
        <w:t xml:space="preserve"> </w:t>
      </w:r>
      <w:r>
        <w:rPr>
          <w:b/>
          <w:bCs/>
          <w:u w:val="single"/>
        </w:rPr>
        <w:t xml:space="preserve">diverse</w:t>
      </w:r>
      <w:r>
        <w:rPr>
          <w:b/>
          <w:bCs/>
        </w:rPr>
        <w:t xml:space="preserve"> </w:t>
      </w:r>
      <w:r>
        <w:rPr>
          <w:b/>
          <w:bCs/>
        </w:rPr>
        <w:t xml:space="preserve">crowd.</w:t>
      </w:r>
      <w:r>
        <w:br/>
      </w:r>
      <w:r>
        <w:t xml:space="preserve">    (a) similar (made up of the same kinds of people)</w:t>
      </w:r>
      <w:r>
        <w:br/>
      </w:r>
      <w:r>
        <w:t xml:space="preserve">    (b) related (made up of family)</w:t>
      </w:r>
      <w:r>
        <w:br/>
      </w:r>
      <w:r>
        <w:t xml:space="preserve">    (c) varied (made up of different kinds of people)</w:t>
      </w:r>
    </w:p>
    <w:p>
      <w:pPr>
        <w:pStyle w:val="Compact"/>
        <w:numPr>
          <w:ilvl w:val="0"/>
          <w:numId w:val="1001"/>
        </w:numPr>
      </w:pPr>
      <w:r>
        <w:rPr>
          <w:b/>
          <w:bCs/>
        </w:rPr>
        <w:t xml:space="preserve">The only</w:t>
      </w:r>
      <w:r>
        <w:rPr>
          <w:b/>
          <w:bCs/>
        </w:rPr>
        <w:t xml:space="preserve"> </w:t>
      </w:r>
      <w:r>
        <w:rPr>
          <w:b/>
          <w:bCs/>
          <w:u w:val="single"/>
        </w:rPr>
        <w:t xml:space="preserve">negative</w:t>
      </w:r>
      <w:r>
        <w:rPr>
          <w:b/>
          <w:bCs/>
        </w:rPr>
        <w:t xml:space="preserve"> </w:t>
      </w:r>
      <w:r>
        <w:rPr>
          <w:b/>
          <w:bCs/>
        </w:rPr>
        <w:t xml:space="preserve">about my going to Savanna's party was that now I wouldn't be able to go to the parade and the unicorn costume would he wasted.</w:t>
      </w:r>
      <w:r>
        <w:br/>
      </w:r>
      <w:r>
        <w:t xml:space="preserve">    (a) less than zero</w:t>
      </w:r>
      <w:r>
        <w:br/>
      </w:r>
      <w:r>
        <w:t xml:space="preserve">    (b) unintended effect</w:t>
      </w:r>
      <w:r>
        <w:br/>
      </w:r>
      <w:r>
        <w:t xml:space="preserve">    (c) bad thing</w:t>
      </w:r>
    </w:p>
    <w:p>
      <w:pPr>
        <w:pStyle w:val="Compact"/>
        <w:numPr>
          <w:ilvl w:val="0"/>
          <w:numId w:val="1001"/>
        </w:numPr>
      </w:pPr>
      <w:r>
        <w:rPr>
          <w:b/>
          <w:bCs/>
        </w:rPr>
        <w:t xml:space="preserve">Anyway, about five minutes after I got there, Henry and Savanna were standing next to me,</w:t>
      </w:r>
      <w:r>
        <w:rPr>
          <w:b/>
          <w:bCs/>
        </w:rPr>
        <w:t xml:space="preserve"> </w:t>
      </w:r>
      <w:r>
        <w:rPr>
          <w:b/>
          <w:bCs/>
          <w:u w:val="single"/>
        </w:rPr>
        <w:t xml:space="preserve">literally</w:t>
      </w:r>
      <w:r>
        <w:rPr>
          <w:b/>
          <w:bCs/>
        </w:rPr>
        <w:t xml:space="preserve"> </w:t>
      </w:r>
      <w:r>
        <w:rPr>
          <w:b/>
          <w:bCs/>
        </w:rPr>
        <w:t xml:space="preserve">hovering over me.</w:t>
      </w:r>
      <w:r>
        <w:br/>
      </w:r>
      <w:r>
        <w:t xml:space="preserve">    (a) so much it was like</w:t>
      </w:r>
      <w:r>
        <w:br/>
      </w:r>
      <w:r>
        <w:t xml:space="preserve">    (b) so happy it was like</w:t>
      </w:r>
      <w:r>
        <w:br/>
      </w:r>
      <w:r>
        <w:t xml:space="preserve">    (c) so quickly it was like</w:t>
      </w:r>
    </w:p>
    <w:p>
      <w:pPr>
        <w:pStyle w:val="Compact"/>
        <w:numPr>
          <w:ilvl w:val="0"/>
          <w:numId w:val="1001"/>
        </w:numPr>
      </w:pPr>
      <w:r>
        <w:rPr>
          <w:b/>
          <w:bCs/>
        </w:rPr>
        <w:t xml:space="preserve">It was so dark now we</w:t>
      </w:r>
      <w:r>
        <w:rPr>
          <w:b/>
          <w:bCs/>
        </w:rPr>
        <w:t xml:space="preserve"> </w:t>
      </w:r>
      <w:r>
        <w:rPr>
          <w:b/>
          <w:bCs/>
          <w:u w:val="single"/>
        </w:rPr>
        <w:t xml:space="preserve">literally</w:t>
      </w:r>
      <w:r>
        <w:rPr>
          <w:b/>
          <w:bCs/>
        </w:rPr>
        <w:t xml:space="preserve"> </w:t>
      </w:r>
      <w:r>
        <w:rPr>
          <w:b/>
          <w:bCs/>
        </w:rPr>
        <w:t xml:space="preserve">couldn't see ten steps ahead of us as we walked toward the woods.</w:t>
      </w:r>
      <w:r>
        <w:br/>
      </w:r>
      <w:r>
        <w:t xml:space="preserve">    (a) almost</w:t>
      </w:r>
      <w:r>
        <w:br/>
      </w:r>
      <w:r>
        <w:t xml:space="preserve">    (b) unfortunately</w:t>
      </w:r>
      <w:r>
        <w:br/>
      </w:r>
      <w:r>
        <w:t xml:space="preserve">    (c) actually</w:t>
      </w:r>
    </w:p>
    <w:p>
      <w:pPr>
        <w:pStyle w:val="Compact"/>
        <w:numPr>
          <w:ilvl w:val="0"/>
          <w:numId w:val="1001"/>
        </w:numPr>
      </w:pPr>
      <w:r>
        <w:rPr>
          <w:b/>
          <w:bCs/>
        </w:rPr>
        <w:t xml:space="preserve">See, there's this boy who's starting middle school this year, and he's never been in a real school</w:t>
      </w:r>
      <w:r>
        <w:rPr>
          <w:b/>
          <w:bCs/>
        </w:rPr>
        <w:t xml:space="preserve"> </w:t>
      </w:r>
      <w:r>
        <w:rPr>
          <w:b/>
          <w:bCs/>
          <w:u w:val="single"/>
        </w:rPr>
        <w:t xml:space="preserve">environment</w:t>
      </w:r>
      <w:r>
        <w:rPr>
          <w:b/>
          <w:bCs/>
        </w:rPr>
        <w:t xml:space="preserve"> </w:t>
      </w:r>
      <w:r>
        <w:rPr>
          <w:b/>
          <w:bCs/>
        </w:rPr>
        <w:t xml:space="preserve">before because he was homeschooled, so...</w:t>
      </w:r>
      <w:r>
        <w:br/>
      </w:r>
      <w:r>
        <w:t xml:space="preserve">    (a) surrounding conditions</w:t>
      </w:r>
      <w:r>
        <w:br/>
      </w:r>
      <w:r>
        <w:t xml:space="preserve">    (b) building</w:t>
      </w:r>
      <w:r>
        <w:br/>
      </w:r>
      <w:r>
        <w:t xml:space="preserve">    (c) classroom</w:t>
      </w:r>
    </w:p>
    <w:p>
      <w:pPr>
        <w:pStyle w:val="Compact"/>
        <w:numPr>
          <w:ilvl w:val="0"/>
          <w:numId w:val="1001"/>
        </w:numPr>
      </w:pPr>
      <w:r>
        <w:rPr>
          <w:b/>
          <w:bCs/>
        </w:rPr>
        <w:t xml:space="preserve">The Broarwood Nature Reserve, as you know, is dedicated to preserving our natural resources and the</w:t>
      </w:r>
      <w:r>
        <w:rPr>
          <w:b/>
          <w:bCs/>
        </w:rPr>
        <w:t xml:space="preserve"> </w:t>
      </w:r>
      <w:r>
        <w:rPr>
          <w:b/>
          <w:bCs/>
          <w:u w:val="single"/>
        </w:rPr>
        <w:t xml:space="preserve">environment</w:t>
      </w:r>
      <w:r>
        <w:rPr>
          <w:b/>
          <w:bCs/>
        </w:rPr>
        <w:t xml:space="preserve">.</w:t>
      </w:r>
      <w:r>
        <w:br/>
      </w:r>
      <w:r>
        <w:t xml:space="preserve">    (a) ozone layer</w:t>
      </w:r>
      <w:r>
        <w:br/>
      </w:r>
      <w:r>
        <w:t xml:space="preserve">    (b) recent climate</w:t>
      </w:r>
      <w:r>
        <w:br/>
      </w:r>
      <w:r>
        <w:t xml:space="preserve">    (c) natural world</w:t>
      </w:r>
    </w:p>
    <w:p>
      <w:pPr>
        <w:pStyle w:val="Compact"/>
        <w:numPr>
          <w:ilvl w:val="0"/>
          <w:numId w:val="1001"/>
        </w:numPr>
      </w:pPr>
      <w:r>
        <w:rPr>
          <w:b/>
          <w:bCs/>
        </w:rPr>
        <w:t xml:space="preserve">At the very least, I am somewhat troubled that this child was not held to the same stringent application standards (</w:t>
      </w:r>
      <w:r>
        <w:rPr>
          <w:b/>
          <w:bCs/>
          <w:u w:val="single"/>
        </w:rPr>
        <w:t xml:space="preserve">i.e.</w:t>
      </w:r>
      <w:r>
        <w:rPr>
          <w:b/>
          <w:bCs/>
        </w:rPr>
        <w:t xml:space="preserve"> </w:t>
      </w:r>
      <w:r>
        <w:rPr>
          <w:b/>
          <w:bCs/>
        </w:rPr>
        <w:t xml:space="preserve">interview) that the rest of the incoming middle-school students were.</w:t>
      </w:r>
      <w:r>
        <w:br/>
      </w:r>
      <w:r>
        <w:t xml:space="preserve">    (a) that is to say</w:t>
      </w:r>
      <w:r>
        <w:br/>
      </w:r>
      <w:r>
        <w:t xml:space="preserve">    (b) except for the</w:t>
      </w:r>
      <w:r>
        <w:br/>
      </w:r>
      <w:r>
        <w:t xml:space="preserve">    (c) including the</w:t>
      </w:r>
    </w:p>
    <w:p>
      <w:pPr>
        <w:pStyle w:val="Compact"/>
        <w:numPr>
          <w:ilvl w:val="0"/>
          <w:numId w:val="1001"/>
        </w:numPr>
      </w:pPr>
      <w:r>
        <w:rPr>
          <w:b/>
          <w:bCs/>
        </w:rPr>
        <w:t xml:space="preserve">I guess even though she was</w:t>
      </w:r>
      <w:r>
        <w:rPr>
          <w:b/>
          <w:bCs/>
        </w:rPr>
        <w:t xml:space="preserve"> </w:t>
      </w:r>
      <w:r>
        <w:rPr>
          <w:b/>
          <w:bCs/>
          <w:u w:val="single"/>
        </w:rPr>
        <w:t xml:space="preserve">neutral</w:t>
      </w:r>
      <w:r>
        <w:rPr>
          <w:b/>
          <w:bCs/>
        </w:rPr>
        <w:t xml:space="preserve">, she didn't want to be seen with me.</w:t>
      </w:r>
      <w:r>
        <w:br/>
      </w:r>
      <w:r>
        <w:t xml:space="preserve">    (a) not favoring either side</w:t>
      </w:r>
      <w:r>
        <w:br/>
      </w:r>
      <w:r>
        <w:t xml:space="preserve">    (b) full of concern</w:t>
      </w:r>
      <w:r>
        <w:br/>
      </w:r>
      <w:r>
        <w:t xml:space="preserve">    (c) not very noticeable</w:t>
      </w:r>
    </w:p>
    <w:p>
      <w:pPr>
        <w:pStyle w:val="Compact"/>
        <w:numPr>
          <w:ilvl w:val="0"/>
          <w:numId w:val="1001"/>
        </w:numPr>
      </w:pPr>
      <w:r>
        <w:rPr>
          <w:b/>
          <w:bCs/>
        </w:rPr>
        <w:t xml:space="preserve">"Are you Via's boyfriend?" Auggie asked</w:t>
      </w:r>
      <w:r>
        <w:rPr>
          <w:b/>
          <w:bCs/>
        </w:rPr>
        <w:t xml:space="preserve"> </w:t>
      </w:r>
      <w:r>
        <w:rPr>
          <w:b/>
          <w:bCs/>
          <w:u w:val="single"/>
        </w:rPr>
        <w:t xml:space="preserve">mischievously</w:t>
      </w:r>
      <w:r>
        <w:rPr>
          <w:b/>
          <w:bCs/>
        </w:rPr>
        <w:t xml:space="preserve">, and his sister pulled his cap down over his face.</w:t>
      </w:r>
      <w:r>
        <w:br/>
      </w:r>
      <w:r>
        <w:t xml:space="preserve">    (a) in a manner that is not relevant or not important</w:t>
      </w:r>
      <w:r>
        <w:br/>
      </w:r>
      <w:r>
        <w:t xml:space="preserve">    (b) in a manner that playfully causes minor trouble</w:t>
      </w:r>
      <w:r>
        <w:br/>
      </w:r>
      <w:r>
        <w:t xml:space="preserve">    (c) in a manner that is foolish or unwise</w:t>
      </w:r>
    </w:p>
    <w:p>
      <w:pPr>
        <w:pStyle w:val="Compact"/>
        <w:numPr>
          <w:ilvl w:val="0"/>
          <w:numId w:val="1001"/>
        </w:numPr>
      </w:pPr>
      <w:r>
        <w:rPr>
          <w:b/>
          <w:bCs/>
        </w:rPr>
        <w:t xml:space="preserve">It can be something you made up for yourself or something you've read somewhere that means something to you. (If so, don't forget the</w:t>
      </w:r>
      <w:r>
        <w:rPr>
          <w:b/>
          <w:bCs/>
        </w:rPr>
        <w:t xml:space="preserve"> </w:t>
      </w:r>
      <w:r>
        <w:rPr>
          <w:b/>
          <w:bCs/>
          <w:u w:val="single"/>
        </w:rPr>
        <w:t xml:space="preserve">attribution</w:t>
      </w:r>
      <w:r>
        <w:rPr>
          <w:b/>
          <w:bCs/>
        </w:rPr>
        <w:t xml:space="preserve">, please!)</w:t>
      </w:r>
      <w:r>
        <w:br/>
      </w:r>
      <w:r>
        <w:t xml:space="preserve">    (a) the act of crediting the payment</w:t>
      </w:r>
      <w:r>
        <w:br/>
      </w:r>
      <w:r>
        <w:t xml:space="preserve">    (b) the act of crediting the source of the idea</w:t>
      </w:r>
      <w:r>
        <w:br/>
      </w:r>
      <w:r>
        <w:t xml:space="preserve">    (c) the act of adding credits to a movie</w:t>
      </w:r>
    </w:p>
    <w:p>
      <w:pPr>
        <w:pStyle w:val="Compact"/>
        <w:numPr>
          <w:ilvl w:val="0"/>
          <w:numId w:val="1001"/>
        </w:numPr>
      </w:pPr>
      <w:r>
        <w:rPr>
          <w:b/>
          <w:bCs/>
        </w:rPr>
        <w:t xml:space="preserve">"There's another</w:t>
      </w:r>
      <w:r>
        <w:rPr>
          <w:b/>
          <w:bCs/>
        </w:rPr>
        <w:t xml:space="preserve"> </w:t>
      </w:r>
      <w:r>
        <w:rPr>
          <w:b/>
          <w:bCs/>
          <w:u w:val="single"/>
        </w:rPr>
        <w:t xml:space="preserve">passage</w:t>
      </w:r>
      <w:r>
        <w:rPr>
          <w:b/>
          <w:bCs/>
        </w:rPr>
        <w:t xml:space="preserve"> </w:t>
      </w:r>
      <w:r>
        <w:rPr>
          <w:b/>
          <w:bCs/>
        </w:rPr>
        <w:t xml:space="preserve">in a different book I'd like to share with you," he said.</w:t>
      </w:r>
      <w:r>
        <w:br/>
      </w:r>
      <w:r>
        <w:t xml:space="preserve">    (a) short part of a longer work</w:t>
      </w:r>
      <w:r>
        <w:br/>
      </w:r>
      <w:r>
        <w:t xml:space="preserve">    (b) paragraph</w:t>
      </w:r>
      <w:r>
        <w:br/>
      </w:r>
      <w:r>
        <w:t xml:space="preserve">    (c) route to get somewhere</w:t>
      </w:r>
    </w:p>
    <w:p>
      <w:pPr>
        <w:pStyle w:val="Compact"/>
        <w:numPr>
          <w:ilvl w:val="0"/>
          <w:numId w:val="1001"/>
        </w:numPr>
      </w:pPr>
      <w:r>
        <w:rPr>
          <w:b/>
          <w:bCs/>
        </w:rPr>
        <w:t xml:space="preserve">While reading up on his life in preparation for this award, I came upon a passage that he wrote that seemed particularly consistent with the</w:t>
      </w:r>
      <w:r>
        <w:rPr>
          <w:b/>
          <w:bCs/>
        </w:rPr>
        <w:t xml:space="preserve"> </w:t>
      </w:r>
      <w:r>
        <w:rPr>
          <w:b/>
          <w:bCs/>
          <w:u w:val="single"/>
        </w:rPr>
        <w:t xml:space="preserve">themes</w:t>
      </w:r>
      <w:r>
        <w:rPr>
          <w:b/>
          <w:bCs/>
        </w:rPr>
        <w:t xml:space="preserve"> </w:t>
      </w:r>
      <w:r>
        <w:rPr>
          <w:b/>
          <w:bCs/>
        </w:rPr>
        <w:t xml:space="preserve">I touched on earlier, ... Not just the nature of kindness, but the nature of one's kindness. The power of one's friendship. The test of one's character. The strength of one's courage—</w:t>
      </w:r>
      <w:r>
        <w:br/>
      </w:r>
      <w:r>
        <w:t xml:space="preserve">    (a) basic ideas</w:t>
      </w:r>
      <w:r>
        <w:br/>
      </w:r>
      <w:r>
        <w:t xml:space="preserve">    (b) evidence</w:t>
      </w:r>
      <w:r>
        <w:br/>
      </w:r>
      <w:r>
        <w:t xml:space="preserve">    (c) music</w:t>
      </w:r>
    </w:p>
    <w:p>
      <w:pPr>
        <w:pStyle w:val="Compact"/>
        <w:numPr>
          <w:ilvl w:val="0"/>
          <w:numId w:val="1001"/>
        </w:numPr>
      </w:pPr>
      <w:r>
        <w:rPr>
          <w:b/>
          <w:bCs/>
        </w:rPr>
        <w:t xml:space="preserve">I could almost hear the Star Wars</w:t>
      </w:r>
      <w:r>
        <w:rPr>
          <w:b/>
          <w:bCs/>
        </w:rPr>
        <w:t xml:space="preserve"> </w:t>
      </w:r>
      <w:r>
        <w:rPr>
          <w:b/>
          <w:bCs/>
          <w:u w:val="single"/>
        </w:rPr>
        <w:t xml:space="preserve">theme</w:t>
      </w:r>
      <w:r>
        <w:rPr>
          <w:b/>
          <w:bCs/>
        </w:rPr>
        <w:t xml:space="preserve"> </w:t>
      </w:r>
      <w:r>
        <w:rPr>
          <w:b/>
          <w:bCs/>
        </w:rPr>
        <w:t xml:space="preserve">music playing in my head as I stood on the stage.</w:t>
      </w:r>
      <w:r>
        <w:br/>
      </w:r>
      <w:r>
        <w:t xml:space="preserve">    (a) instrumental</w:t>
      </w:r>
      <w:r>
        <w:br/>
      </w:r>
      <w:r>
        <w:t xml:space="preserve">    (b) main idea of an essay</w:t>
      </w:r>
      <w:r>
        <w:br/>
      </w:r>
      <w:r>
        <w:t xml:space="preserve">    (c) most repeated music</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2026-07-31T20:03:40Z</dcterms:created>
  <dcterms:modified xsi:type="dcterms:W3CDTF">2026-07-31T20:03:40Z</dcterms:modified>
</cp:coreProperties>
</file>

<file path=docProps/custom.xml><?xml version="1.0" encoding="utf-8"?>
<Properties xmlns="http://schemas.openxmlformats.org/officeDocument/2006/custom-properties" xmlns:vt="http://schemas.openxmlformats.org/officeDocument/2006/docPropsVTypes"/>
</file>