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6fa3f7744ce5be4dd8fd4960bf8d452becc4a7"/>
    <w:p>
      <w:pPr>
        <w:pStyle w:val="Heading1"/>
      </w:pPr>
      <w:r>
        <w:rPr>
          <w:b/>
          <w:bCs/>
        </w:rPr>
        <w:t xml:space="preserve">Wish You Well</w:t>
      </w:r>
      <w:r>
        <w:br/>
      </w:r>
      <w:r>
        <w:rPr>
          <w:i/>
          <w:iCs/>
        </w:rPr>
        <w:t xml:space="preserve">David Baldacci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meeting Oz Cardinal, one came away convinced that he was a little boy with a heart as big and giving as God could bestow on lowly,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conflicted</w:t>
      </w:r>
      <w:r>
        <w:rPr>
          <w:b/>
          <w:bCs/>
        </w:rPr>
        <w:t xml:space="preserve"> </w:t>
      </w:r>
      <w:r>
        <w:rPr>
          <w:b/>
          <w:bCs/>
        </w:rPr>
        <w:t xml:space="preserve">mortals.</w:t>
      </w:r>
      <w:r>
        <w:br/>
      </w:r>
      <w:r>
        <w:t xml:space="preserve">    (a) tension from opposing ideas or feelings</w:t>
      </w:r>
      <w:r>
        <w:br/>
      </w:r>
      <w:r>
        <w:t xml:space="preserve">    (b) examined in detail to better understand</w:t>
      </w:r>
      <w:r>
        <w:br/>
      </w:r>
      <w:r>
        <w:t xml:space="preserve">    (c) moved into position to work; or started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Amanda glanced at Lou, but even as she tried tothink of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conciliatory</w:t>
      </w:r>
      <w:r>
        <w:rPr>
          <w:b/>
          <w:bCs/>
        </w:rPr>
        <w:t xml:space="preserve"> </w:t>
      </w:r>
      <w:r>
        <w:rPr>
          <w:b/>
          <w:bCs/>
        </w:rPr>
        <w:t xml:space="preserve">to say, her daughter proved swifter.</w:t>
      </w:r>
      <w:r>
        <w:br/>
      </w:r>
      <w:r>
        <w:t xml:space="preserve">    (a) able to change to fit a different situation</w:t>
      </w:r>
      <w:r>
        <w:br/>
      </w:r>
      <w:r>
        <w:t xml:space="preserve">    (b) the quality of being able to stop something</w:t>
      </w:r>
      <w:r>
        <w:br/>
      </w:r>
      <w:r>
        <w:t xml:space="preserve">    (c) intended to end bad feelings or build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Oz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this.</w:t>
      </w:r>
      <w:r>
        <w:br/>
      </w:r>
      <w:r>
        <w:t xml:space="preserve">    (a) not limited or without boundaries</w:t>
      </w:r>
      <w:r>
        <w:br/>
      </w:r>
      <w:r>
        <w:t xml:space="preserve">    (b) was overly unhappy and unsociable</w:t>
      </w:r>
      <w:r>
        <w:br/>
      </w:r>
      <w:r>
        <w:t xml:space="preserve">    (c) thought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 stood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fidgeted</w:t>
      </w:r>
      <w:r>
        <w:rPr>
          <w:b/>
          <w:bCs/>
        </w:rPr>
        <w:t xml:space="preserve">, but finally could not take this foolishness any longer.</w:t>
      </w:r>
      <w:r>
        <w:br/>
      </w:r>
      <w:r>
        <w:t xml:space="preserve">    (a) with rises and falls in pitch</w:t>
      </w:r>
      <w:r>
        <w:br/>
      </w:r>
      <w:r>
        <w:t xml:space="preserve">    (b) made small restless movements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Appalachians might pale in size if leveled against the upstart Rockies, but to the Cardinal children they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abundantly</w:t>
      </w:r>
      <w:r>
        <w:rPr>
          <w:b/>
          <w:bCs/>
        </w:rPr>
        <w:t xml:space="preserve"> </w:t>
      </w:r>
      <w:r>
        <w:rPr>
          <w:b/>
          <w:bCs/>
        </w:rPr>
        <w:t xml:space="preserve">tall enough.</w:t>
      </w:r>
      <w:r>
        <w:br/>
      </w:r>
      <w:r>
        <w:t xml:space="preserve">    (a) not done on purpose</w:t>
      </w:r>
      <w:r>
        <w:br/>
      </w:r>
      <w:r>
        <w:t xml:space="preserve">    (b) with polite respect</w:t>
      </w:r>
      <w:r>
        <w:br/>
      </w:r>
      <w:r>
        <w:t xml:space="preserve">    (c) with great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"Excuse me?" she said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.</w:t>
      </w:r>
      <w:r>
        <w:br/>
      </w:r>
      <w:r>
        <w:t xml:space="preserve">    (a) acceptance of something undesired as unavoidable</w:t>
      </w:r>
      <w:r>
        <w:br/>
      </w:r>
      <w:r>
        <w:t xml:space="preserve">    (b) anger or annoyance at something unjust or wrong</w:t>
      </w:r>
      <w:r>
        <w:br/>
      </w:r>
      <w:r>
        <w:t xml:space="preserve">    (c) surprise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Oz answered yes very solemnly, as though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testifying</w:t>
      </w:r>
      <w:r>
        <w:rPr>
          <w:b/>
          <w:bCs/>
        </w:rPr>
        <w:t xml:space="preserve"> </w:t>
      </w:r>
      <w:r>
        <w:rPr>
          <w:b/>
          <w:bCs/>
        </w:rPr>
        <w:t xml:space="preserve">in court.</w:t>
      </w:r>
      <w:r>
        <w:br/>
      </w:r>
      <w:r>
        <w:t xml:space="preserve">    (a) convincing (someone) that an idea previously believed is not correct</w:t>
      </w:r>
      <w:r>
        <w:br/>
      </w:r>
      <w:r>
        <w:t xml:space="preserve">    (b) calling -- typically to come nearer by using a hand gesture or a nod</w:t>
      </w:r>
      <w:r>
        <w:br/>
      </w:r>
      <w:r>
        <w:t xml:space="preserve">    (c) providing evidence of something -- especially oral evidence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Weather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fickle</w:t>
      </w:r>
      <w:r>
        <w:rPr>
          <w:b/>
          <w:bCs/>
        </w:rPr>
        <w:t xml:space="preserve">, like it break your heart 'bout the time it do your back.</w:t>
      </w:r>
      <w:r>
        <w:br/>
      </w:r>
      <w:r>
        <w:t xml:space="preserve">    (a) the quality of being characterized by fantastic imagery, or combinations of things and events that don't go together</w:t>
      </w:r>
      <w:r>
        <w:br/>
      </w:r>
      <w:r>
        <w:t xml:space="preserve">    (b) quick to change</w:t>
      </w:r>
      <w:r>
        <w:br/>
      </w:r>
      <w:r>
        <w:br/>
      </w:r>
      <w:r>
        <w:t xml:space="preserve">(such as a person quick to change their mind, or the weather in a region where it changes suddenly)</w:t>
      </w:r>
      <w:r>
        <w:br/>
      </w:r>
      <w:r>
        <w:t xml:space="preserve">    (c) related to the branch of medicine that deals with the diseases of women -- especially those of the reproductive organs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Oz held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reverently</w:t>
      </w:r>
      <w:r>
        <w:rPr>
          <w:b/>
          <w:bCs/>
        </w:rPr>
        <w:t xml:space="preserve">.</w:t>
      </w:r>
      <w:r>
        <w:br/>
      </w:r>
      <w:r>
        <w:t xml:space="preserve">    (a) with nervousness or discomfort felt by someone due to concern about what others will think of them</w:t>
      </w:r>
      <w:r>
        <w:br/>
      </w:r>
      <w:r>
        <w:t xml:space="preserve">    (b) with feelings of deep respect and admiration -- sometimes with a mixture of wonder and awe or fear</w:t>
      </w:r>
      <w:r>
        <w:br/>
      </w:r>
      <w:r>
        <w:t xml:space="preserve">    (c) in a manner that is not appropriate or different than would be expected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came from Oz, who was so excited the boy seemed to float above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grass like a tethered bubble.</w:t>
      </w:r>
      <w:r>
        <w:br/>
      </w:r>
      <w:r>
        <w:t xml:space="preserve">    (a) using passive (sometimes subtle) resistance in interpersonal or occupational situations while avoiding direct confrontation</w:t>
      </w:r>
      <w:r>
        <w:br/>
      </w:r>
      <w:r>
        <w:t xml:space="preserve">    (b) clear, easily noticed, and/or identifiable as different or separate -- sometimes to indicate a difference that is excellent</w:t>
      </w:r>
      <w:r>
        <w:br/>
      </w:r>
      <w:r>
        <w:t xml:space="preserve">    (c) moving and bending easily -- sometimes used figuratively to indicate mental flexibility when adapting to different conditions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Louisa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confused</w:t>
      </w:r>
      <w:r>
        <w:br/>
      </w:r>
      <w:r>
        <w:t xml:space="preserve">    (b) restored</w:t>
      </w:r>
      <w:r>
        <w:br/>
      </w:r>
      <w:r>
        <w:t xml:space="preserve">    (c) collided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Oz took this in stride,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optimism</w:t>
      </w:r>
      <w:r>
        <w:rPr>
          <w:b/>
          <w:bCs/>
        </w:rPr>
        <w:t xml:space="preserve"> </w:t>
      </w:r>
      <w:r>
        <w:rPr>
          <w:b/>
          <w:bCs/>
        </w:rPr>
        <w:t xml:space="preserve">barely tarnished.</w:t>
      </w:r>
      <w:r>
        <w:br/>
      </w:r>
      <w:r>
        <w:t xml:space="preserve">    (a) a tendency to expect and see the best in all things</w:t>
      </w:r>
      <w:r>
        <w:br/>
      </w:r>
      <w:r>
        <w:t xml:space="preserve">    (b) a particular way of seeing or thinking about things</w:t>
      </w:r>
      <w:r>
        <w:br/>
      </w:r>
      <w:r>
        <w:t xml:space="preserve">    (c) collection of star systems held together by gravity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Pay their legal bills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barter</w:t>
      </w:r>
      <w:r>
        <w:rPr>
          <w:b/>
          <w:bCs/>
        </w:rPr>
        <w:t xml:space="preserve">.</w:t>
      </w:r>
      <w:r>
        <w:br/>
      </w:r>
      <w:r>
        <w:t xml:space="preserve">    (a) delay</w:t>
      </w:r>
      <w:r>
        <w:br/>
      </w:r>
      <w:r>
        <w:t xml:space="preserve">    (b) adapt</w:t>
      </w:r>
      <w:r>
        <w:br/>
      </w:r>
      <w:r>
        <w:t xml:space="preserve">    (c) trade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"Thirty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bushels</w:t>
      </w:r>
      <w:r>
        <w:rPr>
          <w:b/>
          <w:bCs/>
        </w:rPr>
        <w:t xml:space="preserve"> </w:t>
      </w:r>
      <w:r>
        <w:rPr>
          <w:b/>
          <w:bCs/>
        </w:rPr>
        <w:t xml:space="preserve">of corn an acre is what we want," she said.</w:t>
      </w:r>
      <w:r>
        <w:br/>
      </w:r>
      <w:r>
        <w:t xml:space="preserve">    (a) a large amount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unit of measure used for dry goods (filling an 8 gallon container)</w:t>
      </w:r>
      <w:r>
        <w:br/>
      </w:r>
      <w:r>
        <w:t xml:space="preserve">    (b) scales where each step is a multiple of the prior step rather than a fixed addition to it</w:t>
      </w:r>
      <w:r>
        <w:br/>
      </w:r>
      <w:r>
        <w:t xml:space="preserve">    (c) fellow workers -- especially in a respected profession such as teaching, medicine, or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not mentioned the threat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serpents</w:t>
      </w:r>
      <w:r>
        <w:rPr>
          <w:b/>
          <w:bCs/>
        </w:rPr>
        <w:t xml:space="preserve"> </w:t>
      </w:r>
      <w:r>
        <w:rPr>
          <w:b/>
          <w:bCs/>
        </w:rPr>
        <w:t xml:space="preserve">to Oz, because she figured if he knew, she'd end up carrying her brother on her back.</w:t>
      </w:r>
      <w:r>
        <w:br/>
      </w:r>
      <w:r>
        <w:t xml:space="preserve">    (a) copies</w:t>
      </w:r>
      <w:r>
        <w:br/>
      </w:r>
      <w:r>
        <w:t xml:space="preserve">    (b) snakes</w:t>
      </w:r>
      <w:r>
        <w:br/>
      </w:r>
      <w:r>
        <w:t xml:space="preserve">    (c) enters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"Tote all my friends here," 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amiably</w:t>
      </w:r>
      <w:r>
        <w:rPr>
          <w:b/>
          <w:bCs/>
        </w:rPr>
        <w:t xml:space="preserve"> </w:t>
      </w:r>
      <w:r>
        <w:rPr>
          <w:b/>
          <w:bCs/>
        </w:rPr>
        <w:t xml:space="preserve">and then looked to the sky.</w:t>
      </w:r>
      <w:r>
        <w:br/>
      </w:r>
      <w:r>
        <w:t xml:space="preserve">    (a) in a friendly way</w:t>
      </w:r>
      <w:r>
        <w:br/>
      </w:r>
      <w:r>
        <w:t xml:space="preserve">    (b) in a skillful way</w:t>
      </w:r>
      <w:r>
        <w:br/>
      </w:r>
      <w:r>
        <w:t xml:space="preserve">    (c) in a pleasing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 and Oz rode Sue every day and had gotten to the point where Louisa had proclaimed them good,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riders.</w:t>
      </w:r>
      <w:r>
        <w:br/>
      </w:r>
      <w:r>
        <w:t xml:space="preserve">    (a) sensible and careful</w:t>
      </w:r>
      <w:r>
        <w:br/>
      </w:r>
      <w:r>
        <w:t xml:space="preserve">    (b) sincerity (realness)</w:t>
      </w:r>
      <w:r>
        <w:br/>
      </w:r>
      <w:r>
        <w:t xml:space="preserve">    (c) sufficiently capable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Gotta mare gonna drop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foal</w:t>
      </w:r>
      <w:r>
        <w:rPr>
          <w:b/>
          <w:bCs/>
        </w:rPr>
        <w:t xml:space="preserve">.</w:t>
      </w:r>
      <w:r>
        <w:br/>
      </w:r>
      <w:r>
        <w:t xml:space="preserve">    (a) a young horse; or giving birth to a young horse</w:t>
      </w:r>
      <w:r>
        <w:br/>
      </w:r>
      <w:r>
        <w:t xml:space="preserve">    (b) give an opinion of what is wrong with something</w:t>
      </w:r>
      <w:r>
        <w:br/>
      </w:r>
      <w:r>
        <w:t xml:space="preserve">    (c) mark important text; or the text that is marked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like what you're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implying</w:t>
      </w:r>
      <w:r>
        <w:rPr>
          <w:b/>
          <w:bCs/>
        </w:rPr>
        <w:t xml:space="preserve">!</w:t>
      </w:r>
      <w:r>
        <w:br/>
      </w:r>
      <w:r>
        <w:t xml:space="preserve">    (a) acting in an official capacity</w:t>
      </w:r>
      <w:r>
        <w:br/>
      </w:r>
      <w:r>
        <w:t xml:space="preserve">    (b) going back to a previous state</w:t>
      </w:r>
      <w:r>
        <w:br/>
      </w:r>
      <w:r>
        <w:t xml:space="preserve">    (c) suggesting (saying indirectly)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taught courses in mental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evaluation</w:t>
      </w:r>
      <w:r>
        <w:rPr>
          <w:b/>
          <w:bCs/>
        </w:rPr>
        <w:t xml:space="preserve"> </w:t>
      </w:r>
      <w:r>
        <w:rPr>
          <w:b/>
          <w:bCs/>
        </w:rPr>
        <w:t xml:space="preserve">at the Medical College in Richmond, and at the University of Virginia.</w:t>
      </w:r>
      <w:r>
        <w:br/>
      </w:r>
      <w:r>
        <w:t xml:space="preserve">    (a) the act of finding fault and telling others; or a description of faults</w:t>
      </w:r>
      <w:r>
        <w:br/>
      </w:r>
      <w:r>
        <w:t xml:space="preserve">    (b) an international boundary or a wilderness at the edge of a settled area</w:t>
      </w:r>
      <w:r>
        <w:br/>
      </w:r>
      <w:r>
        <w:t xml:space="preserve">    (c) the process of thinking carefully and making a judgment about something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2026-07-31T19:10:59Z</dcterms:created>
  <dcterms:modified xsi:type="dcterms:W3CDTF">2026-07-31T19:10:59Z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