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df467cfc0ad91c00d600ab9387e2e5d6d418b1"/>
    <w:p>
      <w:pPr>
        <w:pStyle w:val="Heading1"/>
      </w:pPr>
      <w:r>
        <w:rPr>
          <w:b/>
          <w:bCs/>
        </w:rPr>
        <w:t xml:space="preserve">Winesburg, Ohio</w:t>
      </w:r>
      <w:r>
        <w:br/>
      </w:r>
      <w:r>
        <w:rPr>
          <w:i/>
          <w:iCs/>
        </w:rPr>
        <w:t xml:space="preserve">Sherwood Anderson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This</w:t>
      </w:r>
      <w:r>
        <w:rPr>
          <w:b/>
          <w:bCs/>
        </w:rPr>
        <w:t xml:space="preserve"> </w:t>
      </w:r>
      <w:r>
        <w:rPr>
          <w:b/>
          <w:bCs/>
          <w:u w:val="single"/>
        </w:rPr>
        <w:t xml:space="preserve">indifference</w:t>
      </w:r>
      <w:r>
        <w:rPr>
          <w:b/>
          <w:bCs/>
        </w:rPr>
        <w:t xml:space="preserve"> </w:t>
      </w:r>
      <w:r>
        <w:rPr>
          <w:b/>
          <w:bCs/>
        </w:rPr>
        <w:t xml:space="preserve">would not have surprised him; it certainly should not surprise anyone who reads his book.</w:t>
      </w:r>
      <w:r>
        <w:br/>
      </w:r>
      <w:r>
        <w:t xml:space="preserve">    (a) chaotic disorder</w:t>
      </w:r>
      <w:r>
        <w:br/>
      </w:r>
      <w:r>
        <w:t xml:space="preserve">    (b) risky investment</w:t>
      </w:r>
      <w:r>
        <w:br/>
      </w:r>
      <w:r>
        <w:t xml:space="preserve">    (c) without interest</w:t>
      </w:r>
    </w:p>
    <w:p>
      <w:pPr>
        <w:pStyle w:val="Compact"/>
        <w:numPr>
          <w:ilvl w:val="0"/>
          <w:numId w:val="1001"/>
        </w:numPr>
      </w:pPr>
      <w:r>
        <w:rPr>
          <w:b/>
          <w:bCs/>
        </w:rPr>
        <w:t xml:space="preserve">Anderson soon adopted the posture of a free, liberated spirit, and like many writers of the time, he presented himself as a sardonic critic of American provincialism and</w:t>
      </w:r>
      <w:r>
        <w:rPr>
          <w:b/>
          <w:bCs/>
        </w:rPr>
        <w:t xml:space="preserve"> </w:t>
      </w:r>
      <w:r>
        <w:rPr>
          <w:b/>
          <w:bCs/>
          <w:u w:val="single"/>
        </w:rPr>
        <w:t xml:space="preserve">materialism</w:t>
      </w:r>
      <w:r>
        <w:rPr>
          <w:b/>
          <w:bCs/>
        </w:rPr>
        <w:t xml:space="preserve">.</w:t>
      </w:r>
      <w:r>
        <w:br/>
      </w:r>
      <w:r>
        <w:t xml:space="preserve">    (a) the passage food and drink follow between the back of the mouth and the stomach</w:t>
      </w:r>
      <w:r>
        <w:br/>
      </w:r>
      <w:r>
        <w:t xml:space="preserve">    (b) blood poisoning or poisoning of other tissues by microorganisms or their toxins</w:t>
      </w:r>
      <w:r>
        <w:br/>
      </w:r>
      <w:r>
        <w:t xml:space="preserve">    (c) overly concerned with wealth and possessions at the expense of other interests</w:t>
      </w:r>
    </w:p>
    <w:p>
      <w:pPr>
        <w:pStyle w:val="Compact"/>
        <w:numPr>
          <w:ilvl w:val="0"/>
          <w:numId w:val="1001"/>
        </w:numPr>
      </w:pPr>
      <w:r>
        <w:rPr>
          <w:b/>
          <w:bCs/>
        </w:rPr>
        <w:t xml:space="preserve">Hesitantly, fearfully, or with a sputtering</w:t>
      </w:r>
      <w:r>
        <w:rPr>
          <w:b/>
          <w:bCs/>
        </w:rPr>
        <w:t xml:space="preserve"> </w:t>
      </w:r>
      <w:r>
        <w:rPr>
          <w:b/>
          <w:bCs/>
          <w:u w:val="single"/>
        </w:rPr>
        <w:t xml:space="preserve">incoherent</w:t>
      </w:r>
      <w:r>
        <w:rPr>
          <w:b/>
          <w:bCs/>
        </w:rPr>
        <w:t xml:space="preserve"> </w:t>
      </w:r>
      <w:r>
        <w:rPr>
          <w:b/>
          <w:bCs/>
        </w:rPr>
        <w:t xml:space="preserve">rage, they approach him, pleading that he listen to their stories in the hope that perhaps they can find some sort of renewal in his youthful voice.</w:t>
      </w:r>
      <w:r>
        <w:br/>
      </w:r>
      <w:r>
        <w:t xml:space="preserve">    (a) related to the change of a light wave (or other wave) when it passes an opaque edge or narrow opening</w:t>
      </w:r>
      <w:r>
        <w:br/>
      </w:r>
      <w:r>
        <w:t xml:space="preserve">    (b) related to a scale where each step is a multiple of the prior step rather than a fixed addition to it</w:t>
      </w:r>
      <w:r>
        <w:br/>
      </w:r>
      <w:r>
        <w:t xml:space="preserve">    (c) not sensible or clear; or describing parts as not fitting together in a consistent or pleasing manner</w:t>
      </w:r>
    </w:p>
    <w:p>
      <w:pPr>
        <w:pStyle w:val="Compact"/>
        <w:numPr>
          <w:ilvl w:val="0"/>
          <w:numId w:val="1001"/>
        </w:numPr>
      </w:pPr>
      <w:r>
        <w:rPr>
          <w:b/>
          <w:bCs/>
        </w:rPr>
        <w:t xml:space="preserve">Some were amusing, some almost beautiful, and one, a woman all drawn out of shape, hurt the old man by her</w:t>
      </w:r>
      <w:r>
        <w:rPr>
          <w:b/>
          <w:bCs/>
        </w:rPr>
        <w:t xml:space="preserve"> </w:t>
      </w:r>
      <w:r>
        <w:rPr>
          <w:b/>
          <w:bCs/>
          <w:u w:val="single"/>
        </w:rPr>
        <w:t xml:space="preserve">grotesqueness</w:t>
      </w:r>
      <w:r>
        <w:rPr>
          <w:b/>
          <w:bCs/>
        </w:rPr>
        <w:t xml:space="preserve">.</w:t>
      </w:r>
      <w:r>
        <w:br/>
      </w:r>
      <w:r>
        <w:t xml:space="preserve">    (a) soccer player who typically play in the middle third of the field and who assists with both defense and offense</w:t>
      </w:r>
      <w:r>
        <w:br/>
      </w:r>
      <w:r>
        <w:t xml:space="preserve">    (b) distorted and unnatural in shape or size -- especially in a disturbing way</w:t>
      </w:r>
      <w:r>
        <w:br/>
      </w:r>
      <w:r>
        <w:br/>
      </w:r>
      <w:r>
        <w:t xml:space="preserve">or:</w:t>
      </w:r>
      <w:r>
        <w:br/>
      </w:r>
      <w:r>
        <w:br/>
      </w:r>
      <w:r>
        <w:t xml:space="preserve">ugly, gross, or very wrong</w:t>
      </w:r>
      <w:r>
        <w:br/>
      </w:r>
      <w:r>
        <w:t xml:space="preserve">    (c) an artists performance of another artist's work that expresses the performer's feelings or ideas about the work</w:t>
      </w:r>
    </w:p>
    <w:p>
      <w:pPr>
        <w:pStyle w:val="Compact"/>
        <w:numPr>
          <w:ilvl w:val="0"/>
          <w:numId w:val="1001"/>
        </w:numPr>
      </w:pPr>
      <w:r>
        <w:rPr>
          <w:b/>
          <w:bCs/>
        </w:rPr>
        <w:t xml:space="preserve">Without looking back, the old man had hurried down the hillside and across a meadow, leaving George Willard</w:t>
      </w:r>
      <w:r>
        <w:rPr>
          <w:b/>
          <w:bCs/>
        </w:rPr>
        <w:t xml:space="preserve"> </w:t>
      </w:r>
      <w:r>
        <w:rPr>
          <w:b/>
          <w:bCs/>
          <w:u w:val="single"/>
        </w:rPr>
        <w:t xml:space="preserve">perplexed</w:t>
      </w:r>
      <w:r>
        <w:rPr>
          <w:b/>
          <w:bCs/>
        </w:rPr>
        <w:t xml:space="preserve"> </w:t>
      </w:r>
      <w:r>
        <w:rPr>
          <w:b/>
          <w:bCs/>
        </w:rPr>
        <w:t xml:space="preserve">and frightened upon the grassy slope.</w:t>
      </w:r>
      <w:r>
        <w:br/>
      </w:r>
      <w:r>
        <w:t xml:space="preserve">    (a) confused or puzzled</w:t>
      </w:r>
      <w:r>
        <w:br/>
      </w:r>
      <w:r>
        <w:t xml:space="preserve">    (b) nervous or confused</w:t>
      </w:r>
      <w:r>
        <w:br/>
      </w:r>
      <w:r>
        <w:t xml:space="preserve">    (c) excessively excited</w:t>
      </w:r>
    </w:p>
    <w:p>
      <w:pPr>
        <w:pStyle w:val="Compact"/>
        <w:numPr>
          <w:ilvl w:val="0"/>
          <w:numId w:val="1001"/>
        </w:numPr>
      </w:pPr>
      <w:r>
        <w:rPr>
          <w:b/>
          <w:bCs/>
        </w:rPr>
        <w:t xml:space="preserve">Strange,</w:t>
      </w:r>
      <w:r>
        <w:rPr>
          <w:b/>
          <w:bCs/>
        </w:rPr>
        <w:t xml:space="preserve"> </w:t>
      </w:r>
      <w:r>
        <w:rPr>
          <w:b/>
          <w:bCs/>
          <w:u w:val="single"/>
        </w:rPr>
        <w:t xml:space="preserve">hideous</w:t>
      </w:r>
      <w:r>
        <w:rPr>
          <w:b/>
          <w:bCs/>
        </w:rPr>
        <w:t xml:space="preserve"> </w:t>
      </w:r>
      <w:r>
        <w:rPr>
          <w:b/>
          <w:bCs/>
        </w:rPr>
        <w:t xml:space="preserve">accusations fell from his loosehung lips.</w:t>
      </w:r>
      <w:r>
        <w:br/>
      </w:r>
      <w:r>
        <w:t xml:space="preserve">    (a) the characteristic of demonstrating something</w:t>
      </w:r>
      <w:r>
        <w:br/>
      </w:r>
      <w:r>
        <w:t xml:space="preserve">    (b) the quality of not being sensible and careful</w:t>
      </w:r>
      <w:r>
        <w:br/>
      </w:r>
      <w:r>
        <w:t xml:space="preserve">    (c) extremely ugly, offensive, and/or frightening</w:t>
      </w:r>
    </w:p>
    <w:p>
      <w:pPr>
        <w:pStyle w:val="Compact"/>
        <w:numPr>
          <w:ilvl w:val="0"/>
          <w:numId w:val="1001"/>
        </w:numPr>
      </w:pPr>
      <w:r>
        <w:rPr>
          <w:b/>
          <w:bCs/>
        </w:rPr>
        <w:t xml:space="preserve">As his hard knuckles beat down into the frightened face of the school-master, his</w:t>
      </w:r>
      <w:r>
        <w:rPr>
          <w:b/>
          <w:bCs/>
        </w:rPr>
        <w:t xml:space="preserve"> </w:t>
      </w:r>
      <w:r>
        <w:rPr>
          <w:b/>
          <w:bCs/>
          <w:u w:val="single"/>
        </w:rPr>
        <w:t xml:space="preserve">wrath</w:t>
      </w:r>
      <w:r>
        <w:rPr>
          <w:b/>
          <w:bCs/>
        </w:rPr>
        <w:t xml:space="preserve"> </w:t>
      </w:r>
      <w:r>
        <w:rPr>
          <w:b/>
          <w:bCs/>
        </w:rPr>
        <w:t xml:space="preserve">became more and more terrible.</w:t>
      </w:r>
      <w:r>
        <w:br/>
      </w:r>
      <w:r>
        <w:t xml:space="preserve">    (a) use of reason</w:t>
      </w:r>
      <w:r>
        <w:br/>
      </w:r>
      <w:r>
        <w:t xml:space="preserve">    (b) extreme anger</w:t>
      </w:r>
      <w:r>
        <w:br/>
      </w:r>
      <w:r>
        <w:t xml:space="preserve">    (c) determination</w:t>
      </w:r>
    </w:p>
    <w:p>
      <w:pPr>
        <w:pStyle w:val="Compact"/>
        <w:numPr>
          <w:ilvl w:val="0"/>
          <w:numId w:val="1001"/>
        </w:numPr>
      </w:pPr>
      <w:r>
        <w:rPr>
          <w:b/>
          <w:bCs/>
        </w:rPr>
        <w:t xml:space="preserve">By the window sat the sick woman, perfectly still,</w:t>
      </w:r>
      <w:r>
        <w:rPr>
          <w:b/>
          <w:bCs/>
        </w:rPr>
        <w:t xml:space="preserve"> </w:t>
      </w:r>
      <w:r>
        <w:rPr>
          <w:b/>
          <w:bCs/>
          <w:u w:val="single"/>
        </w:rPr>
        <w:t xml:space="preserve">listless</w:t>
      </w:r>
      <w:r>
        <w:rPr>
          <w:b/>
          <w:bCs/>
        </w:rPr>
        <w:t xml:space="preserve">.</w:t>
      </w:r>
      <w:r>
        <w:br/>
      </w:r>
      <w:r>
        <w:t xml:space="preserve">    (a) inconspicuousness or trustworthiness</w:t>
      </w:r>
      <w:r>
        <w:br/>
      </w:r>
      <w:r>
        <w:t xml:space="preserve">    (b) lacking energy and normal enthusiasm</w:t>
      </w:r>
      <w:r>
        <w:br/>
      </w:r>
      <w:r>
        <w:t xml:space="preserve">    (c) lacking a reason for doing something</w:t>
      </w:r>
    </w:p>
    <w:p>
      <w:pPr>
        <w:pStyle w:val="Compact"/>
        <w:numPr>
          <w:ilvl w:val="0"/>
          <w:numId w:val="1001"/>
        </w:numPr>
      </w:pPr>
      <w:r>
        <w:rPr>
          <w:b/>
          <w:bCs/>
        </w:rPr>
        <w:t xml:space="preserve">He always wore a dirty white waistcoat out of the pockets of which</w:t>
      </w:r>
      <w:r>
        <w:rPr>
          <w:b/>
          <w:bCs/>
        </w:rPr>
        <w:t xml:space="preserve"> </w:t>
      </w:r>
      <w:r>
        <w:rPr>
          <w:b/>
          <w:bCs/>
          <w:u w:val="single"/>
        </w:rPr>
        <w:t xml:space="preserve">protruded</w:t>
      </w:r>
      <w:r>
        <w:rPr>
          <w:b/>
          <w:bCs/>
        </w:rPr>
        <w:t xml:space="preserve"> </w:t>
      </w:r>
      <w:r>
        <w:rPr>
          <w:b/>
          <w:bCs/>
        </w:rPr>
        <w:t xml:space="preserve">a number of the kind of black cigars known as stogies.</w:t>
      </w:r>
      <w:r>
        <w:br/>
      </w:r>
      <w:r>
        <w:t xml:space="preserve">    (a) stuck out</w:t>
      </w:r>
      <w:r>
        <w:br/>
      </w:r>
      <w:r>
        <w:t xml:space="preserve">    (b) continued</w:t>
      </w:r>
      <w:r>
        <w:br/>
      </w:r>
      <w:r>
        <w:t xml:space="preserve">    (c) disagreed</w:t>
      </w:r>
    </w:p>
    <w:p>
      <w:pPr>
        <w:pStyle w:val="Compact"/>
        <w:numPr>
          <w:ilvl w:val="0"/>
          <w:numId w:val="1001"/>
        </w:numPr>
      </w:pPr>
      <w:r>
        <w:rPr>
          <w:b/>
          <w:bCs/>
        </w:rPr>
        <w:t xml:space="preserve">In the path at the side of the road they were</w:t>
      </w:r>
      <w:r>
        <w:rPr>
          <w:b/>
          <w:bCs/>
        </w:rPr>
        <w:t xml:space="preserve"> </w:t>
      </w:r>
      <w:r>
        <w:rPr>
          <w:b/>
          <w:bCs/>
          <w:u w:val="single"/>
        </w:rPr>
        <w:t xml:space="preserve">compelled</w:t>
      </w:r>
      <w:r>
        <w:rPr>
          <w:b/>
          <w:bCs/>
        </w:rPr>
        <w:t xml:space="preserve"> </w:t>
      </w:r>
      <w:r>
        <w:rPr>
          <w:b/>
          <w:bCs/>
        </w:rPr>
        <w:t xml:space="preserve">to walk one behind the other.</w:t>
      </w:r>
      <w:r>
        <w:br/>
      </w:r>
      <w:r>
        <w:t xml:space="preserve">    (a) didn't trust or have confidence in</w:t>
      </w:r>
      <w:r>
        <w:br/>
      </w:r>
      <w:r>
        <w:t xml:space="preserve">    (b) fruit cooked with sugar (like jam)</w:t>
      </w:r>
      <w:r>
        <w:br/>
      </w:r>
      <w:r>
        <w:t xml:space="preserve">    (c) forced; or (more rarely) convinced</w:t>
      </w:r>
    </w:p>
    <w:p>
      <w:pPr>
        <w:pStyle w:val="Compact"/>
        <w:numPr>
          <w:ilvl w:val="0"/>
          <w:numId w:val="1001"/>
        </w:numPr>
      </w:pPr>
      <w:r>
        <w:rPr>
          <w:b/>
          <w:bCs/>
        </w:rPr>
        <w:t xml:space="preserve">A kind of crude and animal-like poetic</w:t>
      </w:r>
      <w:r>
        <w:rPr>
          <w:b/>
          <w:bCs/>
        </w:rPr>
        <w:t xml:space="preserve"> </w:t>
      </w:r>
      <w:r>
        <w:rPr>
          <w:b/>
          <w:bCs/>
          <w:u w:val="single"/>
        </w:rPr>
        <w:t xml:space="preserve">fervor</w:t>
      </w:r>
      <w:r>
        <w:rPr>
          <w:b/>
          <w:bCs/>
        </w:rPr>
        <w:t xml:space="preserve"> </w:t>
      </w:r>
      <w:r>
        <w:rPr>
          <w:b/>
          <w:bCs/>
        </w:rPr>
        <w:t xml:space="preserve">took possession of them.</w:t>
      </w:r>
      <w:r>
        <w:br/>
      </w:r>
      <w:r>
        <w:t xml:space="preserve">    (a) risky investment</w:t>
      </w:r>
      <w:r>
        <w:br/>
      </w:r>
      <w:r>
        <w:t xml:space="preserve">    (b) chaotic disorder</w:t>
      </w:r>
      <w:r>
        <w:br/>
      </w:r>
      <w:r>
        <w:t xml:space="preserve">    (c) intense feelings</w:t>
      </w:r>
    </w:p>
    <w:p>
      <w:pPr>
        <w:pStyle w:val="Compact"/>
        <w:numPr>
          <w:ilvl w:val="0"/>
          <w:numId w:val="1001"/>
        </w:numPr>
      </w:pPr>
      <w:r>
        <w:rPr>
          <w:b/>
          <w:bCs/>
        </w:rPr>
        <w:t xml:space="preserve">It was the indefinable hunger within that made his eyes</w:t>
      </w:r>
      <w:r>
        <w:rPr>
          <w:b/>
          <w:bCs/>
        </w:rPr>
        <w:t xml:space="preserve"> </w:t>
      </w:r>
      <w:r>
        <w:rPr>
          <w:b/>
          <w:bCs/>
          <w:u w:val="single"/>
        </w:rPr>
        <w:t xml:space="preserve">waver</w:t>
      </w:r>
      <w:r>
        <w:rPr>
          <w:b/>
          <w:bCs/>
        </w:rPr>
        <w:t xml:space="preserve"> </w:t>
      </w:r>
      <w:r>
        <w:rPr>
          <w:b/>
          <w:bCs/>
        </w:rPr>
        <w:t xml:space="preserve">and that kept him always more and more silent before people.</w:t>
      </w:r>
      <w:r>
        <w:br/>
      </w:r>
      <w:r>
        <w:t xml:space="preserve">    (a) portray or create in a particular way  OR  interpret, translate, or extract from</w:t>
      </w:r>
      <w:r>
        <w:br/>
      </w:r>
      <w:r>
        <w:t xml:space="preserve">    (b) to release from slavery or servitude; or (metaphorically) from social restraints</w:t>
      </w:r>
      <w:r>
        <w:br/>
      </w:r>
      <w:r>
        <w:t xml:space="preserve">    (c) to move back and forth (shake or quiver)</w:t>
      </w:r>
      <w:r>
        <w:br/>
      </w:r>
      <w:r>
        <w:br/>
      </w:r>
      <w:r>
        <w:t xml:space="preserve">or:</w:t>
      </w:r>
      <w:r>
        <w:br/>
      </w:r>
      <w:r>
        <w:br/>
      </w:r>
      <w:r>
        <w:t xml:space="preserve">to change, be unsure, or weak</w:t>
      </w:r>
    </w:p>
    <w:p>
      <w:pPr>
        <w:pStyle w:val="Compact"/>
        <w:numPr>
          <w:ilvl w:val="0"/>
          <w:numId w:val="1001"/>
        </w:numPr>
      </w:pPr>
      <w:r>
        <w:rPr>
          <w:b/>
          <w:bCs/>
        </w:rPr>
        <w:t xml:space="preserve">In the woods an intense silence seemed to lie over everything and suddenly out of the silence came the old man's harsh and</w:t>
      </w:r>
      <w:r>
        <w:rPr>
          <w:b/>
          <w:bCs/>
        </w:rPr>
        <w:t xml:space="preserve"> </w:t>
      </w:r>
      <w:r>
        <w:rPr>
          <w:b/>
          <w:bCs/>
          <w:u w:val="single"/>
        </w:rPr>
        <w:t xml:space="preserve">insistent</w:t>
      </w:r>
      <w:r>
        <w:rPr>
          <w:b/>
          <w:bCs/>
        </w:rPr>
        <w:t xml:space="preserve"> </w:t>
      </w:r>
      <w:r>
        <w:rPr>
          <w:b/>
          <w:bCs/>
        </w:rPr>
        <w:t xml:space="preserve">voice.</w:t>
      </w:r>
      <w:r>
        <w:br/>
      </w:r>
      <w:r>
        <w:t xml:space="preserve">    (a) indicating approval or agreement</w:t>
      </w:r>
      <w:r>
        <w:br/>
      </w:r>
      <w:r>
        <w:t xml:space="preserve">    (b) able to be taken on as one's own</w:t>
      </w:r>
      <w:r>
        <w:br/>
      </w:r>
      <w:r>
        <w:t xml:space="preserve">    (c) persistent or continuing or firm</w:t>
      </w:r>
    </w:p>
    <w:p>
      <w:pPr>
        <w:pStyle w:val="Compact"/>
        <w:numPr>
          <w:ilvl w:val="0"/>
          <w:numId w:val="1001"/>
        </w:numPr>
      </w:pPr>
      <w:r>
        <w:rPr>
          <w:b/>
          <w:bCs/>
        </w:rPr>
        <w:t xml:space="preserve">In the city where he is living men are</w:t>
      </w:r>
      <w:r>
        <w:rPr>
          <w:b/>
          <w:bCs/>
        </w:rPr>
        <w:t xml:space="preserve"> </w:t>
      </w:r>
      <w:r>
        <w:rPr>
          <w:b/>
          <w:bCs/>
          <w:u w:val="single"/>
        </w:rPr>
        <w:t xml:space="preserve">perpetually</w:t>
      </w:r>
      <w:r>
        <w:rPr>
          <w:b/>
          <w:bCs/>
        </w:rPr>
        <w:t xml:space="preserve"> </w:t>
      </w:r>
      <w:r>
        <w:rPr>
          <w:b/>
          <w:bCs/>
        </w:rPr>
        <w:t xml:space="preserve">young.</w:t>
      </w:r>
      <w:r>
        <w:br/>
      </w:r>
      <w:r>
        <w:t xml:space="preserve">    (a) continuing forever without change; or occurring so frequently it seems constant</w:t>
      </w:r>
      <w:r>
        <w:br/>
      </w:r>
      <w:r>
        <w:t xml:space="preserve">    (b) done in a manner that is of low quality or of lower quality than something else</w:t>
      </w:r>
      <w:r>
        <w:br/>
      </w:r>
      <w:r>
        <w:t xml:space="preserve">    (c) in a manner that relates to electricity generated by light or affected by light</w:t>
      </w:r>
    </w:p>
    <w:p>
      <w:pPr>
        <w:pStyle w:val="Compact"/>
        <w:numPr>
          <w:ilvl w:val="0"/>
          <w:numId w:val="1001"/>
        </w:numPr>
      </w:pPr>
      <w:r>
        <w:rPr>
          <w:b/>
          <w:bCs/>
        </w:rPr>
        <w:t xml:space="preserve">When after two years of that life I found she had managed to</w:t>
      </w:r>
      <w:r>
        <w:rPr>
          <w:b/>
          <w:bCs/>
        </w:rPr>
        <w:t xml:space="preserve"> </w:t>
      </w:r>
      <w:r>
        <w:rPr>
          <w:b/>
          <w:bCs/>
          <w:u w:val="single"/>
        </w:rPr>
        <w:t xml:space="preserve">acquire</w:t>
      </w:r>
      <w:r>
        <w:rPr>
          <w:b/>
          <w:bCs/>
        </w:rPr>
        <w:t xml:space="preserve"> </w:t>
      </w:r>
      <w:r>
        <w:rPr>
          <w:b/>
          <w:bCs/>
        </w:rPr>
        <w:t xml:space="preserve">three other lovers who came regularly to our house when I was away at work, I didn't want to touch them or her.</w:t>
      </w:r>
      <w:r>
        <w:br/>
      </w:r>
      <w:r>
        <w:t xml:space="preserve">    (a) something that is necessary for something else</w:t>
      </w:r>
      <w:r>
        <w:br/>
      </w:r>
      <w:r>
        <w:t xml:space="preserve">    (b) obtain (come into the possession of something)</w:t>
      </w:r>
      <w:r>
        <w:br/>
      </w:r>
      <w:r>
        <w:t xml:space="preserve">    (c) a slight amount; or to contain a slight amount</w:t>
      </w:r>
    </w:p>
    <w:p>
      <w:pPr>
        <w:pStyle w:val="Compact"/>
        <w:numPr>
          <w:ilvl w:val="0"/>
          <w:numId w:val="1001"/>
        </w:numPr>
      </w:pPr>
      <w:r>
        <w:rPr>
          <w:b/>
          <w:bCs/>
        </w:rPr>
        <w:t xml:space="preserve">The</w:t>
      </w:r>
      <w:r>
        <w:rPr>
          <w:b/>
          <w:bCs/>
        </w:rPr>
        <w:t xml:space="preserve"> </w:t>
      </w:r>
      <w:r>
        <w:rPr>
          <w:b/>
          <w:bCs/>
          <w:u w:val="single"/>
        </w:rPr>
        <w:t xml:space="preserve">reproofs</w:t>
      </w:r>
      <w:r>
        <w:rPr>
          <w:b/>
          <w:bCs/>
        </w:rPr>
        <w:t xml:space="preserve"> </w:t>
      </w:r>
      <w:r>
        <w:rPr>
          <w:b/>
          <w:bCs/>
        </w:rPr>
        <w:t xml:space="preserve">she committed to memory, going about the garden and saying them aloud like an actor memorizing his part.</w:t>
      </w:r>
      <w:r>
        <w:br/>
      </w:r>
      <w:r>
        <w:t xml:space="preserve">    (a) criticisms</w:t>
      </w:r>
      <w:r>
        <w:br/>
      </w:r>
      <w:r>
        <w:t xml:space="preserve">    (b) main roads</w:t>
      </w:r>
      <w:r>
        <w:br/>
      </w:r>
      <w:r>
        <w:t xml:space="preserve">    (c) sympathies</w:t>
      </w:r>
    </w:p>
    <w:p>
      <w:pPr>
        <w:pStyle w:val="Compact"/>
        <w:numPr>
          <w:ilvl w:val="0"/>
          <w:numId w:val="1001"/>
        </w:numPr>
      </w:pPr>
      <w:r>
        <w:rPr>
          <w:b/>
          <w:bCs/>
        </w:rPr>
        <w:t xml:space="preserve">The minister almost wept with joy at this deliverance from the</w:t>
      </w:r>
      <w:r>
        <w:rPr>
          <w:b/>
          <w:bCs/>
        </w:rPr>
        <w:t xml:space="preserve"> </w:t>
      </w:r>
      <w:r>
        <w:rPr>
          <w:b/>
          <w:bCs/>
          <w:u w:val="single"/>
        </w:rPr>
        <w:t xml:space="preserve">carnal</w:t>
      </w:r>
      <w:r>
        <w:rPr>
          <w:b/>
          <w:bCs/>
        </w:rPr>
        <w:t xml:space="preserve"> </w:t>
      </w:r>
      <w:r>
        <w:rPr>
          <w:b/>
          <w:bCs/>
        </w:rPr>
        <w:t xml:space="preserve">desire to "peep" and went back to his own house praising God.</w:t>
      </w:r>
      <w:r>
        <w:br/>
      </w:r>
      <w:r>
        <w:t xml:space="preserve">    (a) sexual, or related to the body or physical desire (in contrast to spiritual desires or higher ideals)</w:t>
      </w:r>
      <w:r>
        <w:br/>
      </w:r>
      <w:r>
        <w:t xml:space="preserve">    (b) related to the change of a light wave (or other wave) when it passes an opaque edge or narrow opening</w:t>
      </w:r>
      <w:r>
        <w:br/>
      </w:r>
      <w:r>
        <w:t xml:space="preserve">    (c) related to a scale where each step is a multiple of the prior step rather than a fixed addition to it</w:t>
      </w:r>
    </w:p>
    <w:p>
      <w:pPr>
        <w:pStyle w:val="Compact"/>
        <w:numPr>
          <w:ilvl w:val="0"/>
          <w:numId w:val="1001"/>
        </w:numPr>
      </w:pPr>
      <w:r>
        <w:rPr>
          <w:b/>
          <w:bCs/>
        </w:rPr>
        <w:t xml:space="preserve">Hours passed and a fever</w:t>
      </w:r>
      <w:r>
        <w:rPr>
          <w:b/>
          <w:bCs/>
        </w:rPr>
        <w:t xml:space="preserve"> </w:t>
      </w:r>
      <w:r>
        <w:rPr>
          <w:b/>
          <w:bCs/>
          <w:u w:val="single"/>
        </w:rPr>
        <w:t xml:space="preserve">assailed</w:t>
      </w:r>
      <w:r>
        <w:rPr>
          <w:b/>
          <w:bCs/>
        </w:rPr>
        <w:t xml:space="preserve"> </w:t>
      </w:r>
      <w:r>
        <w:rPr>
          <w:b/>
          <w:bCs/>
        </w:rPr>
        <w:t xml:space="preserve">his body.</w:t>
      </w:r>
      <w:r>
        <w:br/>
      </w:r>
      <w:r>
        <w:t xml:space="preserve">    (a) to attack or cause trouble</w:t>
      </w:r>
      <w:r>
        <w:br/>
      </w:r>
      <w:r>
        <w:t xml:space="preserve">    (b) limited or with boundaries</w:t>
      </w:r>
      <w:r>
        <w:br/>
      </w:r>
      <w:r>
        <w:t xml:space="preserve">    (c) gradually added or removed</w:t>
      </w:r>
    </w:p>
    <w:p>
      <w:pPr>
        <w:pStyle w:val="Compact"/>
        <w:numPr>
          <w:ilvl w:val="0"/>
          <w:numId w:val="1001"/>
        </w:numPr>
      </w:pPr>
      <w:r>
        <w:rPr>
          <w:b/>
          <w:bCs/>
        </w:rPr>
        <w:t xml:space="preserve">When his way homeward led him again into the street of frame houses he could not bear the sight and began to run, wanting to get quickly out of the neighborhood that now seemed to him utterly</w:t>
      </w:r>
      <w:r>
        <w:rPr>
          <w:b/>
          <w:bCs/>
        </w:rPr>
        <w:t xml:space="preserve"> </w:t>
      </w:r>
      <w:r>
        <w:rPr>
          <w:b/>
          <w:bCs/>
          <w:u w:val="single"/>
        </w:rPr>
        <w:t xml:space="preserve">squalid</w:t>
      </w:r>
      <w:r>
        <w:rPr>
          <w:b/>
          <w:bCs/>
        </w:rPr>
        <w:t xml:space="preserve"> </w:t>
      </w:r>
      <w:r>
        <w:rPr>
          <w:b/>
          <w:bCs/>
        </w:rPr>
        <w:t xml:space="preserve">and commonplace.</w:t>
      </w:r>
      <w:r>
        <w:br/>
      </w:r>
      <w:r>
        <w:t xml:space="preserve">    (a) with the involvement of other people or things</w:t>
      </w:r>
      <w:r>
        <w:br/>
      </w:r>
      <w:r>
        <w:t xml:space="preserve">    (b) dirty and unpleasant; or (more rarely) immoral</w:t>
      </w:r>
      <w:r>
        <w:br/>
      </w:r>
      <w:r>
        <w:t xml:space="preserve">    (c) the state or degree of being greater than zero</w:t>
      </w:r>
    </w:p>
    <w:p>
      <w:pPr>
        <w:pStyle w:val="Compact"/>
        <w:numPr>
          <w:ilvl w:val="0"/>
          <w:numId w:val="1001"/>
        </w:numPr>
      </w:pPr>
      <w:r>
        <w:rPr>
          <w:b/>
          <w:bCs/>
        </w:rPr>
        <w:t xml:space="preserve">He began to think of the people in the town where he had always lived with something like</w:t>
      </w:r>
      <w:r>
        <w:rPr>
          <w:b/>
          <w:bCs/>
        </w:rPr>
        <w:t xml:space="preserve"> </w:t>
      </w:r>
      <w:r>
        <w:rPr>
          <w:b/>
          <w:bCs/>
          <w:u w:val="single"/>
        </w:rPr>
        <w:t xml:space="preserve">reverence</w:t>
      </w:r>
      <w:r>
        <w:rPr>
          <w:b/>
          <w:bCs/>
        </w:rPr>
        <w:t xml:space="preserve">.</w:t>
      </w:r>
      <w:r>
        <w:br/>
      </w:r>
      <w:r>
        <w:t xml:space="preserve">    (a) interfere (in another's affairs or business); or handle (something that shouldn't be handled)</w:t>
      </w:r>
      <w:r>
        <w:br/>
      </w:r>
      <w:r>
        <w:t xml:space="preserve">    (b) separate two things to prevent passage of something such as heat, cold, noise, or electricity</w:t>
      </w:r>
      <w:r>
        <w:br/>
      </w:r>
      <w:r>
        <w:t xml:space="preserve">    (c) feelings of deep respect and admiration -- sometimes with a mixture of wonder and awe or fear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2026-07-31T16:28:32Z</dcterms:created>
  <dcterms:modified xsi:type="dcterms:W3CDTF">2026-07-31T16:28:32Z</dcterms:modified>
</cp:coreProperties>
</file>

<file path=docProps/custom.xml><?xml version="1.0" encoding="utf-8"?>
<Properties xmlns="http://schemas.openxmlformats.org/officeDocument/2006/custom-properties" xmlns:vt="http://schemas.openxmlformats.org/officeDocument/2006/docPropsVTypes"/>
</file>