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a747c846fa09df6708f657ed795dfc16af803c"/>
    <w:p>
      <w:pPr>
        <w:pStyle w:val="Heading1"/>
      </w:pPr>
      <w:r>
        <w:rPr>
          <w:b/>
          <w:bCs/>
        </w:rPr>
        <w:t xml:space="preserve">William Wilson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Russia's Lake Baikal, is the world's deepest and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capacious</w:t>
      </w:r>
      <w:r>
        <w:rPr>
          <w:b/>
          <w:bCs/>
        </w:rPr>
        <w:t xml:space="preserve"> </w:t>
      </w:r>
      <w:r>
        <w:rPr>
          <w:b/>
          <w:bCs/>
        </w:rPr>
        <w:t xml:space="preserve">lake.</w:t>
      </w:r>
      <w:r>
        <w:br/>
      </w:r>
      <w:r>
        <w:t xml:space="preserve">    (a) salty</w:t>
      </w:r>
      <w:r>
        <w:br/>
      </w:r>
      <w:r>
        <w:t xml:space="preserve">    (b) cold</w:t>
      </w:r>
      <w:r>
        <w:br/>
      </w:r>
      <w:r>
        <w:t xml:space="preserve">    (c)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unfamiliar</w:t>
      </w:r>
      <w:r>
        <w:br/>
      </w:r>
      <w:r>
        <w:t xml:space="preserve">    (b) challenging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Convex</w:t>
      </w:r>
      <w:r>
        <w:rPr>
          <w:b/>
          <w:bCs/>
        </w:rPr>
        <w:t xml:space="preserve"> </w:t>
      </w:r>
      <w:r>
        <w:rPr>
          <w:b/>
          <w:bCs/>
        </w:rPr>
        <w:t xml:space="preserve">mirrors make things look smaller and farther away than they are.</w:t>
      </w:r>
      <w:r>
        <w:br/>
      </w:r>
      <w:r>
        <w:t xml:space="preserve">    (a) curving outward</w:t>
      </w:r>
      <w:r>
        <w:br/>
      </w:r>
      <w:r>
        <w:t xml:space="preserve">    (b) find, search, or research</w:t>
      </w:r>
      <w:r>
        <w:br/>
      </w:r>
      <w:r>
        <w:t xml:space="preserve">    (c) being a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hurried manner</w:t>
      </w:r>
      <w:r>
        <w:br/>
      </w:r>
      <w:r>
        <w:t xml:space="preserve">    (b) in a clumsy manner</w:t>
      </w:r>
      <w:r>
        <w:br/>
      </w:r>
      <w:r>
        <w:t xml:space="preserve">    (c) in a friendly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Jefferson described the legislation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detestable</w:t>
      </w:r>
      <w:r>
        <w:rPr>
          <w:b/>
          <w:bCs/>
        </w:rPr>
        <w:t xml:space="preserve">.</w:t>
      </w:r>
      <w:r>
        <w:br/>
      </w:r>
      <w:r>
        <w:t xml:space="preserve">    (a) terrible</w:t>
      </w:r>
      <w:r>
        <w:br/>
      </w:r>
      <w:r>
        <w:t xml:space="preserve">    (b) outstanding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extremely attentive to detail</w:t>
      </w:r>
      <w:r>
        <w:br/>
      </w:r>
      <w:r>
        <w:t xml:space="preserve">    (b) careless and disorganized</w:t>
      </w:r>
      <w:r>
        <w:br/>
      </w:r>
      <w:r>
        <w:t xml:space="preserve">    (c) loud and outgoing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wealthy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knowing everything</w:t>
      </w:r>
      <w:r>
        <w:br/>
      </w:r>
      <w:r>
        <w:t xml:space="preserve">    (b) present everywhere</w:t>
      </w:r>
      <w:r>
        <w:br/>
      </w:r>
      <w:r>
        <w:t xml:space="preserve">    (c) all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Guiteau was insane and assassinated President Garfield because he believed Garfield cheated him out of a political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patronage</w:t>
      </w:r>
      <w:r>
        <w:rPr>
          <w:b/>
          <w:bCs/>
        </w:rPr>
        <w:t xml:space="preserve"> </w:t>
      </w:r>
      <w:r>
        <w:rPr>
          <w:b/>
          <w:bCs/>
        </w:rPr>
        <w:t xml:space="preserve">job. He thought he was owed the job for giving a speech encouraging others to vote for Garfield.</w:t>
      </w:r>
      <w:r>
        <w:br/>
      </w:r>
      <w:r>
        <w:t xml:space="preserve">    (a) civil service</w:t>
      </w:r>
      <w:r>
        <w:br/>
      </w:r>
      <w:r>
        <w:t xml:space="preserve">    (b) high-ranking and high-paying</w:t>
      </w:r>
      <w:r>
        <w:br/>
      </w:r>
      <w:r>
        <w:t xml:space="preserve">    (c) favor for political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walking with a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limp.</w:t>
      </w:r>
      <w:r>
        <w:br/>
      </w:r>
      <w:r>
        <w:t xml:space="preserve">    (a) painful</w:t>
      </w:r>
      <w:r>
        <w:br/>
      </w:r>
      <w:r>
        <w:t xml:space="preserve">    (b) noticeable</w:t>
      </w:r>
      <w:r>
        <w:br/>
      </w:r>
      <w:r>
        <w:t xml:space="preserve">    (c) new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long</w:t>
      </w:r>
      <w:r>
        <w:br/>
      </w:r>
      <w:r>
        <w:t xml:space="preserve">    (b) logically compelling</w:t>
      </w:r>
      <w:r>
        <w:br/>
      </w:r>
      <w:r>
        <w:t xml:space="preserve">    (c) arousing deep emotion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called the event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profligate</w:t>
      </w:r>
      <w:r>
        <w:rPr>
          <w:b/>
          <w:bCs/>
        </w:rPr>
        <w:t xml:space="preserve"> </w:t>
      </w:r>
      <w:r>
        <w:rPr>
          <w:b/>
          <w:bCs/>
        </w:rPr>
        <w:t xml:space="preserve">display of wealth during a time of economic hardship.</w:t>
      </w:r>
      <w:r>
        <w:br/>
      </w:r>
      <w:r>
        <w:t xml:space="preserve">    (a) (adjective) designed to stop something  OR  (noun) something that stops something else</w:t>
      </w:r>
      <w:r>
        <w:br/>
      </w:r>
      <w:r>
        <w:t xml:space="preserve">    (b) related to intelligence -- such as requiring, appealing to, or possessing intelligence</w:t>
      </w:r>
      <w:r>
        <w:br/>
      </w:r>
      <w:r>
        <w:t xml:space="preserve">    (c) wastefully extravagant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avoidance</w:t>
      </w:r>
      <w:r>
        <w:br/>
      </w:r>
      <w:r>
        <w:t xml:space="preserve">    (b) tendency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diagram is like a map that draws states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proportional</w:t>
      </w:r>
      <w:r>
        <w:rPr>
          <w:b/>
          <w:bCs/>
        </w:rPr>
        <w:t xml:space="preserve"> </w:t>
      </w:r>
      <w:r>
        <w:rPr>
          <w:b/>
          <w:bCs/>
        </w:rPr>
        <w:t xml:space="preserve">to their population rather than their geographic size.</w:t>
      </w:r>
      <w:r>
        <w:br/>
      </w:r>
      <w:r>
        <w:t xml:space="preserve">    (a) with color according</w:t>
      </w:r>
      <w:r>
        <w:br/>
      </w:r>
      <w:r>
        <w:t xml:space="preserve">    (b) in order according</w:t>
      </w:r>
      <w:r>
        <w:br/>
      </w:r>
      <w:r>
        <w:t xml:space="preserve">    (c) related in size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there was an end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protracted</w:t>
      </w:r>
      <w:r>
        <w:rPr>
          <w:b/>
          <w:bCs/>
        </w:rPr>
        <w:t xml:space="preserve"> </w:t>
      </w:r>
      <w:r>
        <w:rPr>
          <w:b/>
          <w:bCs/>
        </w:rPr>
        <w:t xml:space="preserve">conflict.</w:t>
      </w:r>
      <w:r>
        <w:br/>
      </w:r>
      <w:r>
        <w:t xml:space="preserve">    (a) violent</w:t>
      </w:r>
      <w:r>
        <w:br/>
      </w:r>
      <w:r>
        <w:t xml:space="preserve">    (b) long</w:t>
      </w:r>
      <w:r>
        <w:br/>
      </w:r>
      <w:r>
        <w:t xml:space="preserve">    (c) needless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warmly welcomed</w:t>
      </w:r>
      <w:r>
        <w:br/>
      </w:r>
      <w:r>
        <w:t xml:space="preserve">    (b) highly amusing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impatient</w:t>
      </w:r>
      <w:r>
        <w:br/>
      </w:r>
      <w:r>
        <w:t xml:space="preserve">    (b) wise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apparently reasonable, but unproven</w:t>
      </w:r>
      <w:r>
        <w:br/>
      </w:r>
      <w:r>
        <w:t xml:space="preserve">    (b) person without moral principles</w:t>
      </w:r>
      <w:r>
        <w:br/>
      </w:r>
      <w:r>
        <w:t xml:space="preserve">    (c) without pattern or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founded</w:t>
      </w:r>
      <w:r>
        <w:br/>
      </w:r>
      <w:r>
        <w:t xml:space="preserve">    (b) rejected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smart and well-spoken</w:t>
      </w:r>
      <w:r>
        <w:br/>
      </w:r>
      <w:r>
        <w:t xml:space="preserve">    (b) engaging and lively</w:t>
      </w:r>
      <w:r>
        <w:br/>
      </w:r>
      <w:r>
        <w:t xml:space="preserve">    (c) kind and attractive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2026-07-31T17:12:25Z</dcterms:created>
  <dcterms:modified xsi:type="dcterms:W3CDTF">2026-07-31T17:12:25Z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