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576b36241ff6cf467cfac99d4397120fbf45d66"/>
    <w:p>
      <w:pPr>
        <w:pStyle w:val="Heading1"/>
      </w:pPr>
      <w:r>
        <w:rPr>
          <w:b/>
          <w:bCs/>
        </w:rPr>
        <w:t xml:space="preserve">William Wilson</w:t>
      </w:r>
      <w:r>
        <w:br/>
      </w:r>
      <w:r>
        <w:rPr>
          <w:i/>
          <w:iCs/>
        </w:rPr>
        <w:t xml:space="preserve">Edgar Allan Poe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has been already too much an object for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scorn</w:t>
      </w:r>
      <w:r>
        <w:rPr>
          <w:b/>
          <w:bCs/>
        </w:rPr>
        <w:t xml:space="preserve">—for the horror—for the detestation of my race.</w:t>
      </w:r>
      <w:r>
        <w:br/>
      </w:r>
      <w:r>
        <w:t xml:space="preserve">    (a) not answer questions; or block progress</w:t>
      </w:r>
      <w:r>
        <w:br/>
      </w:r>
      <w:r>
        <w:t xml:space="preserve">    (b) disrespect or reject as not good enough</w:t>
      </w:r>
      <w:r>
        <w:br/>
      </w:r>
      <w:r>
        <w:t xml:space="preserve">    (c) move from more general to more specific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 the uttermost regions of the globe have not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indignant</w:t>
      </w:r>
      <w:r>
        <w:rPr>
          <w:b/>
          <w:bCs/>
        </w:rPr>
        <w:t xml:space="preserve"> </w:t>
      </w:r>
      <w:r>
        <w:rPr>
          <w:b/>
          <w:bCs/>
        </w:rPr>
        <w:t xml:space="preserve">winds bruited its unparalleled infamy?</w:t>
      </w:r>
      <w:r>
        <w:br/>
      </w:r>
      <w:r>
        <w:t xml:space="preserve">    (a) accepted of something undesired as unavoidable</w:t>
      </w:r>
      <w:r>
        <w:br/>
      </w:r>
      <w:r>
        <w:t xml:space="preserve">    (b) angered or annoyed at something unjust or wrong</w:t>
      </w:r>
      <w:r>
        <w:br/>
      </w:r>
      <w:r>
        <w:t xml:space="preserve">    (c) surprised as something unexpected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—and a cloud, dense,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dismal</w:t>
      </w:r>
      <w:r>
        <w:rPr>
          <w:b/>
          <w:bCs/>
        </w:rPr>
        <w:t xml:space="preserve">, and limitless, does it not hang eternally between thy hopes and heaven?</w:t>
      </w:r>
      <w:r>
        <w:br/>
      </w:r>
      <w:r>
        <w:t xml:space="preserve">    (a) depressing or gloomy</w:t>
      </w:r>
      <w:r>
        <w:br/>
      </w:r>
      <w:r>
        <w:t xml:space="preserve">    (b) important or significant</w:t>
      </w:r>
      <w:r>
        <w:br/>
      </w:r>
      <w:r>
        <w:t xml:space="preserve">    (c) irrelevant or unimportant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From comparatively trivial wickedness I passed, with the stride of a giant, into more than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enormities</w:t>
      </w:r>
      <w:r>
        <w:rPr>
          <w:b/>
          <w:bCs/>
        </w:rPr>
        <w:t xml:space="preserve"> </w:t>
      </w:r>
      <w:r>
        <w:rPr>
          <w:b/>
          <w:bCs/>
        </w:rPr>
        <w:t xml:space="preserve">of an Elah-Gabalus.</w:t>
      </w:r>
      <w:r>
        <w:br/>
      </w:r>
      <w:r>
        <w:t xml:space="preserve">    (a) any of the Scandinavian peoples who raided the coasts of Europe from the 8th to the 11th centuries</w:t>
      </w:r>
      <w:r>
        <w:br/>
      </w:r>
      <w:r>
        <w:t xml:space="preserve">    (b) extreme wickedness</w:t>
      </w:r>
      <w:r>
        <w:br/>
      </w:r>
      <w:r>
        <w:br/>
      </w:r>
      <w:r>
        <w:t xml:space="preserve">or more rarely (and considered incorrect by many):  enormousness (largeness)</w:t>
      </w:r>
      <w:r>
        <w:br/>
      </w:r>
      <w:r>
        <w:t xml:space="preserve">    (c) people that view history as class struggle and argue that capitalism will be replaced by communism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truth, it was a dream-like and spirit-soothing place,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venerable</w:t>
      </w:r>
      <w:r>
        <w:rPr>
          <w:b/>
          <w:bCs/>
        </w:rPr>
        <w:t xml:space="preserve"> </w:t>
      </w:r>
      <w:r>
        <w:rPr>
          <w:b/>
          <w:bCs/>
        </w:rPr>
        <w:t xml:space="preserve">old town.</w:t>
      </w:r>
      <w:r>
        <w:br/>
      </w:r>
      <w:r>
        <w:t xml:space="preserve">    (a) [of food] able to be prepared in a manner that keeps it from spoiling</w:t>
      </w:r>
      <w:r>
        <w:br/>
      </w:r>
      <w:r>
        <w:t xml:space="preserve">    (b) relating to understanding or explaining something in a particular way</w:t>
      </w:r>
      <w:r>
        <w:br/>
      </w:r>
      <w:r>
        <w:t xml:space="preserve">    (c) respected (worthy of respect) -- typically because of age or position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—to me how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veritably</w:t>
      </w:r>
      <w:r>
        <w:rPr>
          <w:b/>
          <w:bCs/>
        </w:rPr>
        <w:t xml:space="preserve"> </w:t>
      </w:r>
      <w:r>
        <w:rPr>
          <w:b/>
          <w:bCs/>
        </w:rPr>
        <w:t xml:space="preserve">a palace of enchantment!</w:t>
      </w:r>
      <w:r>
        <w:br/>
      </w:r>
      <w:r>
        <w:t xml:space="preserve">    (a) in a manner that is not trustworthy, or attracts unwelcome attention, or is improper</w:t>
      </w:r>
      <w:r>
        <w:br/>
      </w:r>
      <w:r>
        <w:t xml:space="preserve">    (b) said in a manner that is less harsh or less offensive than stating something directly</w:t>
      </w:r>
      <w:r>
        <w:br/>
      </w:r>
      <w:r>
        <w:t xml:space="preserve">    (c) used for emphasis:  to describe one thing as almost like another (more intense) 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morning's awakening, the nightly summons to bed; the connings, the recitations; the periodical half-holidays, and perambulations; the play-ground, with its broils, its pastimes, its intrigues;—these, by a mental sorcery long forgotten, were made to involve a wilderness of sensation, a world of rich incident, an universe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varied</w:t>
      </w:r>
      <w:r>
        <w:rPr>
          <w:b/>
          <w:bCs/>
        </w:rPr>
        <w:t xml:space="preserve"> </w:t>
      </w:r>
      <w:r>
        <w:rPr>
          <w:b/>
          <w:bCs/>
        </w:rPr>
        <w:t xml:space="preserve">emotion, of excitement the most passionate and spirit-stirring.</w:t>
      </w:r>
      <w:r>
        <w:br/>
      </w:r>
      <w:r>
        <w:t xml:space="preserve">    (a) differed; or changed</w:t>
      </w:r>
      <w:r>
        <w:br/>
      </w:r>
      <w:r>
        <w:t xml:space="preserve">    (b) began fighting again</w:t>
      </w:r>
      <w:r>
        <w:br/>
      </w:r>
      <w:r>
        <w:t xml:space="preserve">    (c) took on as one's 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namesake alone, of those who in school phraseology constituted "our set," presumed to compete with me in the studies of the class—in the sports and broils of the play-ground—to refuse implicit belief in my assertions, and submission to my will—indeed, to interfere with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arbitrary</w:t>
      </w:r>
      <w:r>
        <w:rPr>
          <w:b/>
          <w:bCs/>
        </w:rPr>
        <w:t xml:space="preserve"> </w:t>
      </w:r>
      <w:r>
        <w:rPr>
          <w:b/>
          <w:bCs/>
        </w:rPr>
        <w:t xml:space="preserve">dictation in any respect whatsoever.</w:t>
      </w:r>
      <w:r>
        <w:br/>
      </w:r>
      <w:r>
        <w:t xml:space="preserve">    (a) the quality of disagreeing</w:t>
      </w:r>
      <w:r>
        <w:br/>
      </w:r>
      <w:r>
        <w:t xml:space="preserve">    (b) based on chance or impulse</w:t>
      </w:r>
      <w:r>
        <w:br/>
      </w:r>
      <w:r>
        <w:t xml:space="preserve">    (c) able to meet and talk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appeared to be destitute alike of the ambition which urged, and of the passionate energy of mind which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enabled</w:t>
      </w:r>
      <w:r>
        <w:rPr>
          <w:b/>
          <w:bCs/>
        </w:rPr>
        <w:t xml:space="preserve"> </w:t>
      </w:r>
      <w:r>
        <w:rPr>
          <w:b/>
          <w:bCs/>
        </w:rPr>
        <w:t xml:space="preserve">me to excel.</w:t>
      </w:r>
      <w:r>
        <w:br/>
      </w:r>
      <w:r>
        <w:t xml:space="preserve">    (a) not satisfied</w:t>
      </w:r>
      <w:r>
        <w:br/>
      </w:r>
      <w:r>
        <w:t xml:space="preserve">    (b) got closer to</w:t>
      </w:r>
      <w:r>
        <w:br/>
      </w:r>
      <w:r>
        <w:t xml:space="preserve">    (c) made possible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may seem strange that in spite of the continual anxiety occasioned me by the rivalry of Wilson, and his intolerable spirit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contradiction</w:t>
      </w:r>
      <w:r>
        <w:rPr>
          <w:b/>
          <w:bCs/>
        </w:rPr>
        <w:t xml:space="preserve">, I could not bring myself to hate him altogether.</w:t>
      </w:r>
      <w:r>
        <w:br/>
      </w:r>
      <w:r>
        <w:t xml:space="preserve">    (a) something made of the brownish metal with the same name -- such as a sculpture or a third place medal</w:t>
      </w:r>
      <w:r>
        <w:br/>
      </w:r>
      <w:r>
        <w:t xml:space="preserve">    (b) nerve cells running from the base of the skull to the lower back and enclosed by vertebrae in adults</w:t>
      </w:r>
      <w:r>
        <w:br/>
      </w:r>
      <w:r>
        <w:t xml:space="preserve">    (c) something (typically a statement) that disagrees with itself; or (more rarely) the act of disagreeing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a word, nothing could more seriously disturb me, (although 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scrupulously</w:t>
      </w:r>
      <w:r>
        <w:rPr>
          <w:b/>
          <w:bCs/>
        </w:rPr>
        <w:t xml:space="preserve"> </w:t>
      </w:r>
      <w:r>
        <w:rPr>
          <w:b/>
          <w:bCs/>
        </w:rPr>
        <w:t xml:space="preserve">concealed such disturbance,) than any allusion to a similarity of mind, person, or condition existing between us.</w:t>
      </w:r>
      <w:r>
        <w:br/>
      </w:r>
      <w:r>
        <w:t xml:space="preserve">    (a) ethically; or carefully diligent</w:t>
      </w:r>
      <w:r>
        <w:br/>
      </w:r>
      <w:r>
        <w:t xml:space="preserve">    (b) in a manner that does not change</w:t>
      </w:r>
      <w:r>
        <w:br/>
      </w:r>
      <w:r>
        <w:t xml:space="preserve">    (c) in a manner that deserves praise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One night, about the close of my fifth year at the school, and immediately after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altercation</w:t>
      </w:r>
      <w:r>
        <w:rPr>
          <w:b/>
          <w:bCs/>
        </w:rPr>
        <w:t xml:space="preserve"> </w:t>
      </w:r>
      <w:r>
        <w:rPr>
          <w:b/>
          <w:bCs/>
        </w:rPr>
        <w:t xml:space="preserve">just mentioned, finding every one wrapped in sleep, I arose from bed, and, lamp in hand, stole through a wilderness of narrow passages from my own bedroom to that of my rival.</w:t>
      </w:r>
      <w:r>
        <w:br/>
      </w:r>
      <w:r>
        <w:t xml:space="preserve">    (a) a noisy argument, confrontation, or fight</w:t>
      </w:r>
      <w:r>
        <w:br/>
      </w:r>
      <w:r>
        <w:t xml:space="preserve">    (b) a particular understanding or explanation</w:t>
      </w:r>
      <w:r>
        <w:br/>
      </w:r>
      <w:r>
        <w:t xml:space="preserve">    (c) the time during which something continues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Was it, in truth, within the bounds of human possibility, that what I now saw was the result, merely,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habitual</w:t>
      </w:r>
      <w:r>
        <w:rPr>
          <w:b/>
          <w:bCs/>
        </w:rPr>
        <w:t xml:space="preserve"> </w:t>
      </w:r>
      <w:r>
        <w:rPr>
          <w:b/>
          <w:bCs/>
        </w:rPr>
        <w:t xml:space="preserve">practice of this sarcastic imitation?</w:t>
      </w:r>
      <w:r>
        <w:br/>
      </w:r>
      <w:r>
        <w:t xml:space="preserve">    (a) able to change</w:t>
      </w:r>
      <w:r>
        <w:br/>
      </w:r>
      <w:r>
        <w:t xml:space="preserve">    (b) done regularly</w:t>
      </w:r>
      <w:r>
        <w:br/>
      </w:r>
      <w:r>
        <w:t xml:space="preserve">    (c) very 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became aware of the figure of a youth about my own height, and habited in a white kerseymere morning frock, cut in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novel</w:t>
      </w:r>
      <w:r>
        <w:rPr>
          <w:b/>
          <w:bCs/>
        </w:rPr>
        <w:t xml:space="preserve"> </w:t>
      </w:r>
      <w:r>
        <w:rPr>
          <w:b/>
          <w:bCs/>
        </w:rPr>
        <w:t xml:space="preserve">fashion of the one I myself wore at the moment.</w:t>
      </w:r>
      <w:r>
        <w:br/>
      </w:r>
      <w:r>
        <w:t xml:space="preserve">    (a) important and valuable</w:t>
      </w:r>
      <w:r>
        <w:br/>
      </w:r>
      <w:r>
        <w:t xml:space="preserve">    (b) pleasantly new and original</w:t>
      </w:r>
      <w:r>
        <w:br/>
      </w:r>
      <w:r>
        <w:t xml:space="preserve">    (c) traditional (having withstood the test of time)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had protracted our sitting far into the night, and I had at length effected the manoeuvre of getting Glendinning as my sole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antagonist</w:t>
      </w:r>
      <w:r>
        <w:rPr>
          <w:b/>
          <w:bCs/>
        </w:rPr>
        <w:t xml:space="preserve">.</w:t>
      </w:r>
      <w:r>
        <w:br/>
      </w:r>
      <w:r>
        <w:t xml:space="preserve">    (a) someone who takes something on as their own</w:t>
      </w:r>
      <w:r>
        <w:br/>
      </w:r>
      <w:r>
        <w:t xml:space="preserve">    (b) someone who offers opposition or is hostile</w:t>
      </w:r>
      <w:r>
        <w:br/>
      </w:r>
      <w:r>
        <w:t xml:space="preserve">    (c) someone who changes something (upon review)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he was overcome by the wine just swallowed, was the idea which most readily presented itself; and, rather with a view to the preservation of my own character in the eyes of my associates, than from any less interested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motive</w:t>
      </w:r>
      <w:r>
        <w:rPr>
          <w:b/>
          <w:bCs/>
        </w:rPr>
        <w:t xml:space="preserve">, I was about to insist, peremptorily, upon a discontinuance of the play, when some expressions at my elbow from among the company, and an ejaculation evincing utter despair on the part of Glendinning, gave me to understand that I had effected his total ruin under circumstances which, rendering him an object for the pity of all, should have protected him from the ill offices even of a fiend.</w:t>
      </w:r>
      <w:r>
        <w:br/>
      </w:r>
      <w:r>
        <w:t xml:space="preserve">    (a) reason (for doing something)</w:t>
      </w:r>
      <w:r>
        <w:br/>
      </w:r>
      <w:r>
        <w:t xml:space="preserve">    (b) small quantity or indication</w:t>
      </w:r>
      <w:r>
        <w:br/>
      </w:r>
      <w:r>
        <w:t xml:space="preserve">    (c) the sacred writings of Islam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When, therefore, Mr. Preston reached me that which he had picked up upon the floor, and near the folding doors of the apartment, it was with an astonishment nearly bordering upon terror, that I perceived my own already hanging on my arm, (where I had no doubt unwittingly placed it,) and that the one presented me was but its exact counterpart in every, in even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minutest</w:t>
      </w:r>
      <w:r>
        <w:rPr>
          <w:b/>
          <w:bCs/>
        </w:rPr>
        <w:t xml:space="preserve"> </w:t>
      </w:r>
      <w:r>
        <w:rPr>
          <w:b/>
          <w:bCs/>
        </w:rPr>
        <w:t xml:space="preserve">possible particular.</w:t>
      </w:r>
      <w:r>
        <w:br/>
      </w:r>
      <w:r>
        <w:t xml:space="preserve">    (a) smallest</w:t>
      </w:r>
      <w:r>
        <w:br/>
      </w:r>
      <w:r>
        <w:t xml:space="preserve">    (b) show off</w:t>
      </w:r>
      <w:r>
        <w:br/>
      </w:r>
      <w:r>
        <w:t xml:space="preserve">    (c) smartest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then I scrutinized, with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minute</w:t>
      </w:r>
      <w:r>
        <w:rPr>
          <w:b/>
          <w:bCs/>
        </w:rPr>
        <w:t xml:space="preserve"> </w:t>
      </w:r>
      <w:r>
        <w:rPr>
          <w:b/>
          <w:bCs/>
        </w:rPr>
        <w:t xml:space="preserve">scrutiny, the forms, and the methods, and the leading traits of his impertinent supervision.</w:t>
      </w:r>
      <w:r>
        <w:br/>
      </w:r>
      <w:r>
        <w:t xml:space="preserve">    (a) the quality of holding something back or holding others down through oppression</w:t>
      </w:r>
      <w:r>
        <w:br/>
      </w:r>
      <w:r>
        <w:t xml:space="preserve">    (b) having the characteristics of a</w:t>
      </w:r>
      <w:r>
        <w:t xml:space="preserve"> </w:t>
      </w:r>
      <w:r>
        <w:rPr>
          <w:i/>
          <w:iCs/>
        </w:rPr>
        <w:t xml:space="preserve">monk</w:t>
      </w:r>
      <w:r>
        <w:t xml:space="preserve"> </w:t>
      </w:r>
      <w:r>
        <w:t xml:space="preserve">(often inclined toward self-denial)</w:t>
      </w:r>
      <w:r>
        <w:br/>
      </w:r>
      <w:r>
        <w:t xml:space="preserve">    (c) careful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then 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scrutinized</w:t>
      </w:r>
      <w:r>
        <w:rPr>
          <w:b/>
          <w:bCs/>
        </w:rPr>
        <w:t xml:space="preserve">, with a minute scrutiny, the forms, and the methods, and the leading traits of his impertinent supervision.</w:t>
      </w:r>
      <w:r>
        <w:br/>
      </w:r>
      <w:r>
        <w:t xml:space="preserve">    (a) mirrored back (an image)</w:t>
      </w:r>
      <w:r>
        <w:br/>
      </w:r>
      <w:r>
        <w:t xml:space="preserve">    (b) quoted (to make a point)</w:t>
      </w:r>
      <w:r>
        <w:br/>
      </w:r>
      <w:r>
        <w:t xml:space="preserve">    (c) looked at very carefully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had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indulged</w:t>
      </w:r>
      <w:r>
        <w:rPr>
          <w:b/>
          <w:bCs/>
        </w:rPr>
        <w:t xml:space="preserve"> </w:t>
      </w:r>
      <w:r>
        <w:rPr>
          <w:b/>
          <w:bCs/>
        </w:rPr>
        <w:t xml:space="preserve">more freely than usual in the excesses of the wine-table; and now the suffocating atmosphere of the crowded rooms irritated me beyond endurance.</w:t>
      </w:r>
      <w:r>
        <w:br/>
      </w:r>
      <w:r>
        <w:t xml:space="preserve">    (a) thought carefully</w:t>
      </w:r>
      <w:r>
        <w:br/>
      </w:r>
      <w:r>
        <w:t xml:space="preserve">    (b) enjoyed to excess</w:t>
      </w:r>
      <w:r>
        <w:br/>
      </w:r>
      <w:r>
        <w:t xml:space="preserve">    (c) guided or managed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2026-07-31T17:12:25Z</dcterms:created>
  <dcterms:modified xsi:type="dcterms:W3CDTF">2026-07-31T17:12:25Z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