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3675658fb1e3defd71203b7d022cfb9da029de7"/>
    <w:p>
      <w:pPr>
        <w:pStyle w:val="Heading1"/>
      </w:pPr>
      <w:r>
        <w:rPr>
          <w:b/>
          <w:bCs/>
        </w:rPr>
        <w:t xml:space="preserve">Wide Sargasso Sea</w:t>
      </w:r>
      <w:r>
        <w:br/>
      </w:r>
      <w:r>
        <w:rPr>
          <w:i/>
          <w:iCs/>
        </w:rPr>
        <w:t xml:space="preserve">Jean Rhys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Still waiting for this compensation the English promised when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Emancipation</w:t>
      </w:r>
      <w:r>
        <w:rPr>
          <w:b/>
          <w:bCs/>
        </w:rPr>
        <w:t xml:space="preserve"> </w:t>
      </w:r>
      <w:r>
        <w:rPr>
          <w:b/>
          <w:bCs/>
        </w:rPr>
        <w:t xml:space="preserve">Act was passed.</w:t>
      </w:r>
      <w:r>
        <w:br/>
      </w:r>
      <w:r>
        <w:t xml:space="preserve">    (a) "spiritually renew" in a Christian ceremony  OR  initiate or purify by a challenging experience</w:t>
      </w:r>
      <w:r>
        <w:br/>
      </w:r>
      <w:r>
        <w:t xml:space="preserve">    (b) a sexually transmitted disease that, if treated early, can be completely cured with antibiotics</w:t>
      </w:r>
      <w:r>
        <w:br/>
      </w:r>
      <w:r>
        <w:t xml:space="preserve">    (c) the act of being released from slavery or servitude; or (metaphorically) from social restraints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old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hypocrite</w:t>
      </w:r>
      <w:r>
        <w:rPr>
          <w:b/>
          <w:bCs/>
        </w:rPr>
        <w:t xml:space="preserve">,' she kept saying.</w:t>
      </w:r>
      <w:r>
        <w:br/>
      </w:r>
      <w:r>
        <w:t xml:space="preserve">    (a) someone who violates claimed moral standards</w:t>
      </w:r>
      <w:r>
        <w:br/>
      </w:r>
      <w:r>
        <w:t xml:space="preserve">    (b) found a condition or substance to be present</w:t>
      </w:r>
      <w:r>
        <w:br/>
      </w:r>
      <w:r>
        <w:t xml:space="preserve">    (c) Nazi organization for children aged 10 to 18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Persistently</w:t>
      </w:r>
      <w:r>
        <w:rPr>
          <w:b/>
          <w:bCs/>
        </w:rPr>
        <w:t xml:space="preserve">.</w:t>
      </w:r>
      <w:r>
        <w:br/>
      </w:r>
      <w:r>
        <w:t xml:space="preserve">    (a) in a manner based on speech sounds (rather than on dictionary spelling)</w:t>
      </w:r>
      <w:r>
        <w:br/>
      </w:r>
      <w:r>
        <w:t xml:space="preserve">    (b) in a continuing manner -- especially despite difficulties or opposition</w:t>
      </w:r>
      <w:r>
        <w:br/>
      </w:r>
      <w:r>
        <w:t xml:space="preserve">    (c) in a manner that shows bad taste (crude, offensive, or unsophisticated)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Let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perpetual</w:t>
      </w:r>
      <w:r>
        <w:rPr>
          <w:b/>
          <w:bCs/>
        </w:rPr>
        <w:t xml:space="preserve"> </w:t>
      </w:r>
      <w:r>
        <w:rPr>
          <w:b/>
          <w:bCs/>
        </w:rPr>
        <w:t xml:space="preserve">light shine on them.</w:t>
      </w:r>
      <w:r>
        <w:br/>
      </w:r>
      <w:r>
        <w:t xml:space="preserve">    (a) having the characteristics of a</w:t>
      </w:r>
      <w:r>
        <w:t xml:space="preserve"> </w:t>
      </w:r>
      <w:r>
        <w:rPr>
          <w:i/>
          <w:iCs/>
        </w:rPr>
        <w:t xml:space="preserve">monk</w:t>
      </w:r>
      <w:r>
        <w:t xml:space="preserve"> </w:t>
      </w:r>
      <w:r>
        <w:t xml:space="preserve">(often inclined toward self-denial)</w:t>
      </w:r>
      <w:r>
        <w:br/>
      </w:r>
      <w:r>
        <w:t xml:space="preserve">    (b) about things beyond the physical world, such as existence, reality, or the soul</w:t>
      </w:r>
      <w:r>
        <w:br/>
      </w:r>
      <w:r>
        <w:t xml:space="preserve">    (c) continuing forever without change; or occurring so frequently it seems constant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another one knew about Heaven and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attributes</w:t>
      </w:r>
      <w:r>
        <w:rPr>
          <w:b/>
          <w:bCs/>
        </w:rPr>
        <w:t xml:space="preserve"> </w:t>
      </w:r>
      <w:r>
        <w:rPr>
          <w:b/>
          <w:bCs/>
        </w:rPr>
        <w:t xml:space="preserve">of the blessed, of which the least is transcendent beauty.</w:t>
      </w:r>
      <w:r>
        <w:br/>
      </w:r>
      <w:r>
        <w:t xml:space="preserve">    (a) piles of wood or other burnable materials</w:t>
      </w:r>
      <w:r>
        <w:br/>
      </w:r>
      <w:r>
        <w:t xml:space="preserve">    (b) dreamlike states of altered consciousness</w:t>
      </w:r>
      <w:r>
        <w:br/>
      </w:r>
      <w:r>
        <w:t xml:space="preserve">    (c) characteristics (of something or someone)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Cases of sudden or mysterious death are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attributed</w:t>
      </w:r>
      <w:r>
        <w:rPr>
          <w:b/>
          <w:bCs/>
        </w:rPr>
        <w:t xml:space="preserve"> </w:t>
      </w:r>
      <w:r>
        <w:rPr>
          <w:b/>
          <w:bCs/>
        </w:rPr>
        <w:t xml:space="preserve">to a poison known to the negroes which cannot be traced.</w:t>
      </w:r>
      <w:r>
        <w:br/>
      </w:r>
      <w:r>
        <w:t xml:space="preserve">    (a) credited (pointed to as the cause of something)</w:t>
      </w:r>
      <w:r>
        <w:br/>
      </w:r>
      <w:r>
        <w:t xml:space="preserve">    (b) not changed directly from a solid to a vapor</w:t>
      </w:r>
      <w:r>
        <w:br/>
      </w:r>
      <w:r>
        <w:t xml:space="preserve">    (c) not made different; or shown to be different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who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massacred</w:t>
      </w:r>
      <w:r>
        <w:rPr>
          <w:b/>
          <w:bCs/>
        </w:rPr>
        <w:t xml:space="preserve"> </w:t>
      </w:r>
      <w:r>
        <w:rPr>
          <w:b/>
          <w:bCs/>
        </w:rPr>
        <w:t xml:space="preserve">here?</w:t>
      </w:r>
      <w:r>
        <w:br/>
      </w:r>
      <w:r>
        <w:t xml:space="preserve">    (a) the savage and excessive killing of many people</w:t>
      </w:r>
      <w:r>
        <w:br/>
      </w:r>
      <w:r>
        <w:t xml:space="preserve">    (b) accepted someone's membership though a special procedure such as a ceremony and/or period of instruction and/or test</w:t>
      </w:r>
      <w:r>
        <w:br/>
      </w:r>
      <w:r>
        <w:t xml:space="preserve">    (c) (verb) showed, demonstrated, proved, or caused acceptance  OR  (adjective) proven, known, accepted/trusted/successful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expression was so full of delighted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malice</w:t>
      </w:r>
      <w:r>
        <w:rPr>
          <w:b/>
          <w:bCs/>
        </w:rPr>
        <w:t xml:space="preserve">, so intelligent, above all so intimate that I felt ashamed and looked away.</w:t>
      </w:r>
      <w:r>
        <w:br/>
      </w:r>
      <w:r>
        <w:t xml:space="preserve">    (a) desire to see others suffer</w:t>
      </w:r>
      <w:r>
        <w:br/>
      </w:r>
      <w:r>
        <w:t xml:space="preserve">    (b) the quality of lacking exactness or accuracy</w:t>
      </w:r>
      <w:r>
        <w:br/>
      </w:r>
      <w:r>
        <w:t xml:space="preserve">    (c) not adjusting a lens to create a clear image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Mr Fraser is an Englishman, a retired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magistrate</w:t>
      </w:r>
      <w:r>
        <w:rPr>
          <w:b/>
          <w:bCs/>
        </w:rPr>
        <w:t xml:space="preserve">, and he insisted on telling me at length about some of his cases.</w:t>
      </w:r>
      <w:r>
        <w:br/>
      </w:r>
      <w:r>
        <w:t xml:space="preserve">    (a) people who attack</w:t>
      </w:r>
      <w:r>
        <w:br/>
      </w:r>
      <w:r>
        <w:t xml:space="preserve">    (b) judge</w:t>
      </w:r>
      <w:r>
        <w:br/>
      </w:r>
      <w:r>
        <w:t xml:space="preserve">    (c) someone who shows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she was a child she was not a stupid child but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obstinate</w:t>
      </w:r>
      <w:r>
        <w:rPr>
          <w:b/>
          <w:bCs/>
        </w:rPr>
        <w:t xml:space="preserve"> </w:t>
      </w:r>
      <w:r>
        <w:rPr>
          <w:b/>
          <w:bCs/>
        </w:rPr>
        <w:t xml:space="preserve">one.</w:t>
      </w:r>
      <w:r>
        <w:br/>
      </w:r>
      <w:r>
        <w:t xml:space="preserve">    (a) able to be delayed until a later time</w:t>
      </w:r>
      <w:r>
        <w:br/>
      </w:r>
      <w:r>
        <w:t xml:space="preserve">    (b) stubbornly not doing what others want</w:t>
      </w:r>
      <w:r>
        <w:br/>
      </w:r>
      <w:r>
        <w:t xml:space="preserve">    (c) not bouncing back light/heat/sound...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Reality might disconcert her,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bewilder</w:t>
      </w:r>
      <w:r>
        <w:rPr>
          <w:b/>
          <w:bCs/>
        </w:rPr>
        <w:t xml:space="preserve"> </w:t>
      </w:r>
      <w:r>
        <w:rPr>
          <w:b/>
          <w:bCs/>
        </w:rPr>
        <w:t xml:space="preserve">her, hurt her, but it would not be reality.</w:t>
      </w:r>
      <w:r>
        <w:br/>
      </w:r>
      <w:r>
        <w:t xml:space="preserve">    (a) restore</w:t>
      </w:r>
      <w:r>
        <w:br/>
      </w:r>
      <w:r>
        <w:t xml:space="preserve">    (b) confuse</w:t>
      </w:r>
      <w:r>
        <w:br/>
      </w:r>
      <w:r>
        <w:t xml:space="preserve">    (c) examine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 quickly now I draw to a close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cease</w:t>
      </w:r>
      <w:r>
        <w:rPr>
          <w:b/>
          <w:bCs/>
        </w:rPr>
        <w:t xml:space="preserve"> </w:t>
      </w:r>
      <w:r>
        <w:rPr>
          <w:b/>
          <w:bCs/>
        </w:rPr>
        <w:t xml:space="preserve">my task.</w:t>
      </w:r>
      <w:r>
        <w:br/>
      </w:r>
      <w:r>
        <w:t xml:space="preserve">    (a) stop or discontinue</w:t>
      </w:r>
      <w:r>
        <w:br/>
      </w:r>
      <w:r>
        <w:t xml:space="preserve">    (b) gain advantage from</w:t>
      </w:r>
      <w:r>
        <w:br/>
      </w:r>
      <w:r>
        <w:t xml:space="preserve">    (c) influence or effect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Bad, bad trouble come when beke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meddle</w:t>
      </w:r>
      <w:r>
        <w:rPr>
          <w:b/>
          <w:bCs/>
        </w:rPr>
        <w:t xml:space="preserve"> </w:t>
      </w:r>
      <w:r>
        <w:rPr>
          <w:b/>
          <w:bCs/>
        </w:rPr>
        <w:t xml:space="preserve">with that.</w:t>
      </w:r>
      <w:r>
        <w:br/>
      </w:r>
      <w:r>
        <w:t xml:space="preserve">    (a) separate two things to prevent passage of something such as heat, cold, noise, or electricity</w:t>
      </w:r>
      <w:r>
        <w:br/>
      </w:r>
      <w:r>
        <w:t xml:space="preserve">    (b) interfere (in another's affairs or business); or handle (something that shouldn't be handled)</w:t>
      </w:r>
      <w:r>
        <w:br/>
      </w:r>
      <w:r>
        <w:t xml:space="preserve">    (c) feelings of deep respect and admiration -- sometimes with a mixture of wonder and awe or fear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never put my eyes on a man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haughty</w:t>
      </w:r>
      <w:r>
        <w:rPr>
          <w:b/>
          <w:bCs/>
        </w:rPr>
        <w:t xml:space="preserve"> </w:t>
      </w:r>
      <w:r>
        <w:rPr>
          <w:b/>
          <w:bCs/>
        </w:rPr>
        <w:t xml:space="preserve">and proud like that — he walk like he own the earth.</w:t>
      </w:r>
      <w:r>
        <w:br/>
      </w:r>
      <w:r>
        <w:t xml:space="preserve">    (a) absolute</w:t>
      </w:r>
      <w:r>
        <w:br/>
      </w:r>
      <w:r>
        <w:t xml:space="preserve">    (b) arrogant</w:t>
      </w:r>
      <w:r>
        <w:br/>
      </w:r>
      <w:r>
        <w:t xml:space="preserve">    (c) pleasing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my mother was mad and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infamous</w:t>
      </w:r>
      <w:r>
        <w:rPr>
          <w:b/>
          <w:bCs/>
        </w:rPr>
        <w:t xml:space="preserve"> </w:t>
      </w:r>
      <w:r>
        <w:rPr>
          <w:b/>
          <w:bCs/>
        </w:rPr>
        <w:t xml:space="preserve">woman and that my little brother who died was born a cretin, an idiot, and that I am a mad girl too.</w:t>
      </w:r>
      <w:r>
        <w:br/>
      </w:r>
      <w:r>
        <w:t xml:space="preserve">    (a) inconspicuousness or trustworthiness</w:t>
      </w:r>
      <w:r>
        <w:br/>
      </w:r>
      <w:r>
        <w:t xml:space="preserve">    (b) lacking a reason for doing something</w:t>
      </w:r>
      <w:r>
        <w:br/>
      </w:r>
      <w:r>
        <w:t xml:space="preserve">    (c) having an exceedingly bad reputation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'I will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forsake</w:t>
      </w:r>
      <w:r>
        <w:rPr>
          <w:b/>
          <w:bCs/>
        </w:rPr>
        <w:t xml:space="preserve"> </w:t>
      </w:r>
      <w:r>
        <w:rPr>
          <w:b/>
          <w:bCs/>
        </w:rPr>
        <w:t xml:space="preserve">her,' I said wearily.</w:t>
      </w:r>
      <w:r>
        <w:br/>
      </w:r>
      <w:r>
        <w:t xml:space="preserve">    (a) able to be translated</w:t>
      </w:r>
      <w:r>
        <w:br/>
      </w:r>
      <w:r>
        <w:t xml:space="preserve">    (b) not easily identified</w:t>
      </w:r>
      <w:r>
        <w:br/>
      </w:r>
      <w:r>
        <w:t xml:space="preserve">    (c) abandon or give up 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also told them to engage a staff of servants whom I was prepared to pay very liberally — so long as they keep their mouths shut, I thought — provided that they are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discreet</w:t>
      </w:r>
      <w:r>
        <w:rPr>
          <w:b/>
          <w:bCs/>
        </w:rPr>
        <w:t xml:space="preserve">, I wrote.</w:t>
      </w:r>
      <w:r>
        <w:br/>
      </w:r>
      <w:r>
        <w:t xml:space="preserve">    (a) related to the setting or situation in which something occurs</w:t>
      </w:r>
      <w:r>
        <w:br/>
      </w:r>
      <w:r>
        <w:t xml:space="preserve">    (b) showing a lack of respect for things respected by most people</w:t>
      </w:r>
      <w:r>
        <w:br/>
      </w:r>
      <w:r>
        <w:t xml:space="preserve">    (c) trustworthy with secrets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nodded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indifferently</w:t>
      </w:r>
      <w:r>
        <w:rPr>
          <w:b/>
          <w:bCs/>
        </w:rPr>
        <w:t xml:space="preserve">. A hundred years, a thousand all the same to...</w:t>
      </w:r>
      <w:r>
        <w:br/>
      </w:r>
      <w:r>
        <w:t xml:space="preserve">    (a) without interest</w:t>
      </w:r>
      <w:r>
        <w:br/>
      </w:r>
      <w:r>
        <w:t xml:space="preserve">    (b) in a manner that is likely to change</w:t>
      </w:r>
      <w:r>
        <w:br/>
      </w:r>
      <w:r>
        <w:t xml:space="preserve">    (c) in a manner that does not find fault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spoke politely enough, but I could feel his dislike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contempt</w:t>
      </w:r>
      <w:r>
        <w:rPr>
          <w:b/>
          <w:bCs/>
        </w:rPr>
        <w:t xml:space="preserve">.</w:t>
      </w:r>
      <w:r>
        <w:br/>
      </w:r>
      <w:r>
        <w:t xml:space="preserve">    (a) lack of respect</w:t>
      </w:r>
      <w:r>
        <w:br/>
      </w:r>
      <w:r>
        <w:t xml:space="preserve">    (b) prejudice or unfair treatment</w:t>
      </w:r>
      <w:r>
        <w:br/>
      </w:r>
      <w:r>
        <w:t xml:space="preserve">    (c) frustration at being treated unfairly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disliked their laughter and their tears, their flattery and envy,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conceit</w:t>
      </w:r>
      <w:r>
        <w:rPr>
          <w:b/>
          <w:bCs/>
        </w:rPr>
        <w:t xml:space="preserve"> </w:t>
      </w:r>
      <w:r>
        <w:rPr>
          <w:b/>
          <w:bCs/>
        </w:rPr>
        <w:t xml:space="preserve">and deceit.</w:t>
      </w:r>
      <w:r>
        <w:br/>
      </w:r>
      <w:r>
        <w:t xml:space="preserve">    (a) work or operate</w:t>
      </w:r>
      <w:r>
        <w:br/>
      </w:r>
      <w:r>
        <w:t xml:space="preserve">    (b) excessive pride</w:t>
      </w:r>
      <w:r>
        <w:br/>
      </w:r>
      <w:r>
        <w:t xml:space="preserve">    (c) help make clear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2026-07-31T18:03:56Z</dcterms:created>
  <dcterms:modified xsi:type="dcterms:W3CDTF">2026-07-31T18:03:56Z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