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f0d077c7a8e9590f3d98fe5be29df26176bfaa"/>
    <w:p>
      <w:pPr>
        <w:pStyle w:val="Heading1"/>
      </w:pPr>
      <w:r>
        <w:rPr>
          <w:b/>
          <w:bCs/>
        </w:rPr>
        <w:t xml:space="preserve">Wide Sargasso Sea</w:t>
      </w:r>
      <w:r>
        <w:br/>
      </w:r>
      <w:r>
        <w:rPr>
          <w:i/>
          <w:iCs/>
        </w:rPr>
        <w:t xml:space="preserve">Jean Rhys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Not</w:t>
      </w:r>
      <w:r>
        <w:rPr>
          <w:b/>
          <w:bCs/>
        </w:rPr>
        <w:t xml:space="preserve"> </w:t>
      </w:r>
      <w:r>
        <w:rPr>
          <w:b/>
          <w:bCs/>
          <w:u w:val="single"/>
        </w:rPr>
        <w:t xml:space="preserve">adieu</w:t>
      </w:r>
      <w:r>
        <w:rPr>
          <w:b/>
          <w:bCs/>
        </w:rPr>
        <w:t xml:space="preserve"> </w:t>
      </w:r>
      <w:r>
        <w:rPr>
          <w:b/>
          <w:bCs/>
        </w:rPr>
        <w:t xml:space="preserve">as we said it, but a dieu, which made more sense after all.</w:t>
      </w:r>
      <w:r>
        <w:br/>
      </w:r>
      <w:r>
        <w:t xml:space="preserve">    (a) goodbye</w:t>
      </w:r>
      <w:r>
        <w:br/>
      </w:r>
      <w:r>
        <w:t xml:space="preserve">    (b) hello</w:t>
      </w:r>
      <w:r>
        <w:br/>
      </w:r>
      <w:r>
        <w:t xml:space="preserve">    (c) greetings</w:t>
      </w:r>
    </w:p>
    <w:p>
      <w:pPr>
        <w:pStyle w:val="Compact"/>
        <w:numPr>
          <w:ilvl w:val="0"/>
          <w:numId w:val="1001"/>
        </w:numPr>
      </w:pPr>
      <w:r>
        <w:rPr>
          <w:b/>
          <w:bCs/>
        </w:rPr>
        <w:t xml:space="preserve">You imagine</w:t>
      </w:r>
      <w:r>
        <w:rPr>
          <w:b/>
          <w:bCs/>
        </w:rPr>
        <w:t xml:space="preserve"> </w:t>
      </w:r>
      <w:r>
        <w:rPr>
          <w:b/>
          <w:bCs/>
          <w:u w:val="single"/>
        </w:rPr>
        <w:t xml:space="preserve">enmity</w:t>
      </w:r>
      <w:r>
        <w:rPr>
          <w:b/>
          <w:bCs/>
        </w:rPr>
        <w:t xml:space="preserve"> </w:t>
      </w:r>
      <w:r>
        <w:rPr>
          <w:b/>
          <w:bCs/>
        </w:rPr>
        <w:t xml:space="preserve">which doesn't exist.</w:t>
      </w:r>
      <w:r>
        <w:br/>
      </w:r>
      <w:r>
        <w:t xml:space="preserve">    (a) battle</w:t>
      </w:r>
      <w:r>
        <w:br/>
      </w:r>
      <w:r>
        <w:t xml:space="preserve">    (b) memory</w:t>
      </w:r>
      <w:r>
        <w:br/>
      </w:r>
      <w:r>
        <w:t xml:space="preserve">    (c) hatred</w:t>
      </w:r>
    </w:p>
    <w:p>
      <w:pPr>
        <w:pStyle w:val="Compact"/>
        <w:numPr>
          <w:ilvl w:val="0"/>
          <w:numId w:val="1001"/>
        </w:numPr>
      </w:pPr>
      <w:r>
        <w:rPr>
          <w:b/>
          <w:bCs/>
        </w:rPr>
        <w:t xml:space="preserve">"...kindness to God's poor. When you insult or injure the unfortunate or the unhappy, you insult Christ Himself and He will not forget, for they are His chosen ones." This remark is made in a casual and</w:t>
      </w:r>
      <w:r>
        <w:rPr>
          <w:b/>
          <w:bCs/>
        </w:rPr>
        <w:t xml:space="preserve"> </w:t>
      </w:r>
      <w:r>
        <w:rPr>
          <w:b/>
          <w:bCs/>
          <w:u w:val="single"/>
        </w:rPr>
        <w:t xml:space="preserve">perfunctory</w:t>
      </w:r>
      <w:r>
        <w:rPr>
          <w:b/>
          <w:bCs/>
        </w:rPr>
        <w:t xml:space="preserve"> </w:t>
      </w:r>
      <w:r>
        <w:rPr>
          <w:b/>
          <w:bCs/>
        </w:rPr>
        <w:t xml:space="preserve">voice and she slides on to order and chastity,</w:t>
      </w:r>
      <w:r>
        <w:br/>
      </w:r>
      <w:r>
        <w:t xml:space="preserve">    (a) related to intelligence -- such as requiring, appealing to, or possessing intelligence</w:t>
      </w:r>
      <w:r>
        <w:br/>
      </w:r>
      <w:r>
        <w:t xml:space="preserve">    (b) done without much interest or effort</w:t>
      </w:r>
      <w:r>
        <w:br/>
      </w:r>
      <w:r>
        <w:t xml:space="preserve">    (c) (adjective) designed to stop something  OR  (noun) something that stops something else</w:t>
      </w:r>
    </w:p>
    <w:p>
      <w:pPr>
        <w:pStyle w:val="Compact"/>
        <w:numPr>
          <w:ilvl w:val="0"/>
          <w:numId w:val="1001"/>
        </w:numPr>
      </w:pPr>
      <w:r>
        <w:rPr>
          <w:b/>
          <w:bCs/>
        </w:rPr>
        <w:t xml:space="preserve">Helene and Germaine, a little disdainful,</w:t>
      </w:r>
      <w:r>
        <w:rPr>
          <w:b/>
          <w:bCs/>
        </w:rPr>
        <w:t xml:space="preserve"> </w:t>
      </w:r>
      <w:r>
        <w:rPr>
          <w:b/>
          <w:bCs/>
          <w:u w:val="single"/>
        </w:rPr>
        <w:t xml:space="preserve">aloof</w:t>
      </w:r>
      <w:r>
        <w:rPr>
          <w:b/>
          <w:bCs/>
        </w:rPr>
        <w:t xml:space="preserve"> </w:t>
      </w:r>
      <w:r>
        <w:rPr>
          <w:b/>
          <w:bCs/>
        </w:rPr>
        <w:t xml:space="preserve">perhaps, but Louise, not even that.</w:t>
      </w:r>
      <w:r>
        <w:br/>
      </w:r>
      <w:r>
        <w:t xml:space="preserve">    (a) socially distant or uninterested</w:t>
      </w:r>
      <w:r>
        <w:br/>
      </w:r>
      <w:r>
        <w:t xml:space="preserve">    (b) not clear or easily identifiable</w:t>
      </w:r>
      <w:r>
        <w:br/>
      </w:r>
      <w:r>
        <w:t xml:space="preserve">    (c) indicating approval or agreement</w:t>
      </w:r>
    </w:p>
    <w:p>
      <w:pPr>
        <w:pStyle w:val="Compact"/>
        <w:numPr>
          <w:ilvl w:val="0"/>
          <w:numId w:val="1001"/>
        </w:numPr>
      </w:pPr>
      <w:r>
        <w:rPr>
          <w:b/>
          <w:bCs/>
        </w:rPr>
        <w:t xml:space="preserve">"...or were the nuns too strict?"</w:t>
      </w:r>
      <w:r>
        <w:br/>
      </w:r>
      <w:r>
        <w:rPr>
          <w:b/>
          <w:bCs/>
        </w:rPr>
        <w:t xml:space="preserve">"They are not strict at all," I said. "The Bishop who visits them every year says they are</w:t>
      </w:r>
      <w:r>
        <w:rPr>
          <w:b/>
          <w:bCs/>
        </w:rPr>
        <w:t xml:space="preserve"> </w:t>
      </w:r>
      <w:r>
        <w:rPr>
          <w:b/>
          <w:bCs/>
          <w:u w:val="single"/>
        </w:rPr>
        <w:t xml:space="preserve">lax</w:t>
      </w:r>
      <w:r>
        <w:rPr>
          <w:b/>
          <w:bCs/>
        </w:rPr>
        <w:t xml:space="preserve">."</w:t>
      </w:r>
      <w:r>
        <w:br/>
      </w:r>
      <w:r>
        <w:t xml:space="preserve">    (a) lacking in strictness or strength</w:t>
      </w:r>
      <w:r>
        <w:br/>
      </w:r>
      <w:r>
        <w:t xml:space="preserve">    (b) the quality of not being sensible and careful</w:t>
      </w:r>
      <w:r>
        <w:br/>
      </w:r>
      <w:r>
        <w:t xml:space="preserve">    (c) the trait of being easy to meet and talk with</w:t>
      </w:r>
    </w:p>
    <w:p>
      <w:pPr>
        <w:pStyle w:val="Compact"/>
        <w:numPr>
          <w:ilvl w:val="0"/>
          <w:numId w:val="1001"/>
        </w:numPr>
      </w:pPr>
      <w:r>
        <w:rPr>
          <w:b/>
          <w:bCs/>
        </w:rPr>
        <w:t xml:space="preserve">A lovely little creature but sly, spiteful,</w:t>
      </w:r>
      <w:r>
        <w:rPr>
          <w:b/>
          <w:bCs/>
        </w:rPr>
        <w:t xml:space="preserve"> </w:t>
      </w:r>
      <w:r>
        <w:rPr>
          <w:b/>
          <w:bCs/>
          <w:u w:val="single"/>
        </w:rPr>
        <w:t xml:space="preserve">malignant</w:t>
      </w:r>
      <w:r>
        <w:rPr>
          <w:b/>
          <w:bCs/>
        </w:rPr>
        <w:t xml:space="preserve"> </w:t>
      </w:r>
      <w:r>
        <w:rPr>
          <w:b/>
          <w:bCs/>
        </w:rPr>
        <w:t xml:space="preserve">perhaps, like much else in this place.</w:t>
      </w:r>
      <w:r>
        <w:br/>
      </w:r>
      <w:r>
        <w:t xml:space="preserve">    (a) strict, firm, or hard (not giving in, not giving way, or not giving up)</w:t>
      </w:r>
      <w:r>
        <w:br/>
      </w:r>
      <w:r>
        <w:t xml:space="preserve">    (b) relating to classical music plays in which most of the dialogue is sung</w:t>
      </w:r>
      <w:r>
        <w:br/>
      </w:r>
      <w:r>
        <w:t xml:space="preserve">    (c) harmful or evil</w:t>
      </w:r>
      <w:r>
        <w:br/>
      </w:r>
      <w:r>
        <w:br/>
      </w:r>
      <w:r>
        <w:t xml:space="preserve">in medicine: harmful growth as with a cancerous tumor</w:t>
      </w:r>
    </w:p>
    <w:p>
      <w:pPr>
        <w:pStyle w:val="Compact"/>
        <w:numPr>
          <w:ilvl w:val="0"/>
          <w:numId w:val="1001"/>
        </w:numPr>
      </w:pPr>
      <w:r>
        <w:rPr>
          <w:b/>
          <w:bCs/>
        </w:rPr>
        <w:t xml:space="preserve">It had been arranged that we would leave Spanish Town immediately after the ceremony and spend some weeks in one of the</w:t>
      </w:r>
      <w:r>
        <w:rPr>
          <w:b/>
          <w:bCs/>
        </w:rPr>
        <w:t xml:space="preserve"> </w:t>
      </w:r>
      <w:r>
        <w:rPr>
          <w:b/>
          <w:bCs/>
          <w:u w:val="single"/>
        </w:rPr>
        <w:t xml:space="preserve">Windward</w:t>
      </w:r>
      <w:r>
        <w:rPr>
          <w:b/>
          <w:bCs/>
        </w:rPr>
        <w:t xml:space="preserve"> </w:t>
      </w:r>
      <w:r>
        <w:rPr>
          <w:b/>
          <w:bCs/>
        </w:rPr>
        <w:t xml:space="preserve">Islands, at a small estate which had belonged to Antoinette's mother.</w:t>
      </w:r>
      <w:r>
        <w:br/>
      </w:r>
      <w:r>
        <w:t xml:space="preserve">    (a) increasing reason or general desire to do something</w:t>
      </w:r>
      <w:r>
        <w:br/>
      </w:r>
      <w:r>
        <w:t xml:space="preserve">    (b) the state of being unaware of one's mental activity</w:t>
      </w:r>
      <w:r>
        <w:br/>
      </w:r>
      <w:r>
        <w:t xml:space="preserve">    (c) the direction or side from which the wind is coming</w:t>
      </w:r>
    </w:p>
    <w:p>
      <w:pPr>
        <w:pStyle w:val="Compact"/>
        <w:numPr>
          <w:ilvl w:val="0"/>
          <w:numId w:val="1001"/>
        </w:numPr>
      </w:pPr>
      <w:r>
        <w:rPr>
          <w:b/>
          <w:bCs/>
        </w:rPr>
        <w:t xml:space="preserve">A</w:t>
      </w:r>
      <w:r>
        <w:rPr>
          <w:b/>
          <w:bCs/>
        </w:rPr>
        <w:t xml:space="preserve"> </w:t>
      </w:r>
      <w:r>
        <w:rPr>
          <w:b/>
          <w:bCs/>
          <w:u w:val="single"/>
        </w:rPr>
        <w:t xml:space="preserve">gaudy</w:t>
      </w:r>
      <w:r>
        <w:rPr>
          <w:b/>
          <w:bCs/>
        </w:rPr>
        <w:t xml:space="preserve"> </w:t>
      </w:r>
      <w:r>
        <w:rPr>
          <w:b/>
          <w:bCs/>
        </w:rPr>
        <w:t xml:space="preserve">old creature in a brightly flowered dress, a striped head handkerchief and gold ear-rings.</w:t>
      </w:r>
      <w:r>
        <w:br/>
      </w:r>
      <w:r>
        <w:t xml:space="preserve">    (a) not demonstrating</w:t>
      </w:r>
      <w:r>
        <w:br/>
      </w:r>
      <w:r>
        <w:t xml:space="preserve">    (b) tastelessly showy</w:t>
      </w:r>
      <w:r>
        <w:br/>
      </w:r>
      <w:r>
        <w:t xml:space="preserve">    (c) able to challenge</w:t>
      </w:r>
    </w:p>
    <w:p>
      <w:pPr>
        <w:pStyle w:val="Compact"/>
        <w:numPr>
          <w:ilvl w:val="0"/>
          <w:numId w:val="1001"/>
        </w:numPr>
      </w:pPr>
      <w:r>
        <w:rPr>
          <w:b/>
          <w:bCs/>
        </w:rPr>
        <w:t xml:space="preserve">The two women stood in the doorway of the hut</w:t>
      </w:r>
      <w:r>
        <w:rPr>
          <w:b/>
          <w:bCs/>
        </w:rPr>
        <w:t xml:space="preserve"> </w:t>
      </w:r>
      <w:r>
        <w:rPr>
          <w:b/>
          <w:bCs/>
          <w:u w:val="single"/>
        </w:rPr>
        <w:t xml:space="preserve">gesticulating</w:t>
      </w:r>
      <w:r>
        <w:rPr>
          <w:b/>
          <w:bCs/>
        </w:rPr>
        <w:t xml:space="preserve">, talking not English but the debased French patois they use in this island.</w:t>
      </w:r>
      <w:r>
        <w:br/>
      </w:r>
      <w:r>
        <w:t xml:space="preserve">    (a) releasing from slavery or servitude; or (metaphorically) from social restraints</w:t>
      </w:r>
      <w:r>
        <w:br/>
      </w:r>
      <w:r>
        <w:t xml:space="preserve">    (b) surgically interrupting nerve tracts to and from the frontal lobe of the brain</w:t>
      </w:r>
      <w:r>
        <w:br/>
      </w:r>
      <w:r>
        <w:t xml:space="preserve">    (c) making gestures (hand or body movements) while speaking or to express something</w:t>
      </w:r>
    </w:p>
    <w:p>
      <w:pPr>
        <w:pStyle w:val="Compact"/>
        <w:numPr>
          <w:ilvl w:val="0"/>
          <w:numId w:val="1001"/>
        </w:numPr>
      </w:pPr>
      <w:r>
        <w:rPr>
          <w:b/>
          <w:bCs/>
        </w:rPr>
        <w:t xml:space="preserve">It was often raining when I woke during the night, a light</w:t>
      </w:r>
      <w:r>
        <w:rPr>
          <w:b/>
          <w:bCs/>
        </w:rPr>
        <w:t xml:space="preserve"> </w:t>
      </w:r>
      <w:r>
        <w:rPr>
          <w:b/>
          <w:bCs/>
          <w:u w:val="single"/>
        </w:rPr>
        <w:t xml:space="preserve">capricious</w:t>
      </w:r>
      <w:r>
        <w:rPr>
          <w:b/>
          <w:bCs/>
        </w:rPr>
        <w:t xml:space="preserve"> </w:t>
      </w:r>
      <w:r>
        <w:rPr>
          <w:b/>
          <w:bCs/>
        </w:rPr>
        <w:t xml:space="preserve">shower, dancing playful rain, or...</w:t>
      </w:r>
      <w:r>
        <w:br/>
      </w:r>
      <w:r>
        <w:t xml:space="preserve">    (a) able to meet and talk with</w:t>
      </w:r>
      <w:r>
        <w:br/>
      </w:r>
      <w:r>
        <w:t xml:space="preserve">    (b) the quality of disagreeing</w:t>
      </w:r>
      <w:r>
        <w:br/>
      </w:r>
      <w:r>
        <w:t xml:space="preserve">    (c) unpredictable</w:t>
      </w:r>
    </w:p>
    <w:p>
      <w:pPr>
        <w:pStyle w:val="Compact"/>
        <w:numPr>
          <w:ilvl w:val="0"/>
          <w:numId w:val="1001"/>
        </w:numPr>
      </w:pPr>
      <w:r>
        <w:rPr>
          <w:b/>
          <w:bCs/>
        </w:rPr>
        <w:t xml:space="preserve">It was often raining when I woke during the night, a light capricious shower, dancing playful rain, or hushed muted, growing louder, more persistent, more powerful, an</w:t>
      </w:r>
      <w:r>
        <w:rPr>
          <w:b/>
          <w:bCs/>
        </w:rPr>
        <w:t xml:space="preserve"> </w:t>
      </w:r>
      <w:r>
        <w:rPr>
          <w:b/>
          <w:bCs/>
          <w:u w:val="single"/>
        </w:rPr>
        <w:t xml:space="preserve">inexorable</w:t>
      </w:r>
      <w:r>
        <w:rPr>
          <w:b/>
          <w:bCs/>
        </w:rPr>
        <w:t xml:space="preserve"> </w:t>
      </w:r>
      <w:r>
        <w:rPr>
          <w:b/>
          <w:bCs/>
        </w:rPr>
        <w:t xml:space="preserve">sound.</w:t>
      </w:r>
      <w:r>
        <w:br/>
      </w:r>
      <w:r>
        <w:t xml:space="preserve">    (a) clear, straightforward, or to the point</w:t>
      </w:r>
      <w:r>
        <w:br/>
      </w:r>
      <w:r>
        <w:t xml:space="preserve">    (b) the quality of relating to intelligence</w:t>
      </w:r>
      <w:r>
        <w:br/>
      </w:r>
      <w:r>
        <w:t xml:space="preserve">    (c) impossible to stop, persuade, or change</w:t>
      </w:r>
    </w:p>
    <w:p>
      <w:pPr>
        <w:pStyle w:val="Compact"/>
        <w:numPr>
          <w:ilvl w:val="0"/>
          <w:numId w:val="1001"/>
        </w:numPr>
      </w:pPr>
      <w:r>
        <w:rPr>
          <w:b/>
          <w:bCs/>
        </w:rPr>
        <w:t xml:space="preserve">When I leave Jamaica I can read write and</w:t>
      </w:r>
      <w:r>
        <w:rPr>
          <w:b/>
          <w:bCs/>
        </w:rPr>
        <w:t xml:space="preserve"> </w:t>
      </w:r>
      <w:r>
        <w:rPr>
          <w:b/>
          <w:bCs/>
          <w:u w:val="single"/>
        </w:rPr>
        <w:t xml:space="preserve">cypher</w:t>
      </w:r>
      <w:r>
        <w:rPr>
          <w:b/>
          <w:bCs/>
        </w:rPr>
        <w:t xml:space="preserve"> </w:t>
      </w:r>
      <w:r>
        <w:rPr>
          <w:b/>
          <w:bCs/>
        </w:rPr>
        <w:t xml:space="preserve">a little.</w:t>
      </w:r>
      <w:r>
        <w:br/>
      </w:r>
      <w:r>
        <w:t xml:space="preserve">    (a) the act of hiding something by making it blend in with its surroundings; or hiding the truth; or something that hides or deceives</w:t>
      </w:r>
      <w:r>
        <w:br/>
      </w:r>
      <w:r>
        <w:t xml:space="preserve">    (b) to expression feelings or thoughts enthusiastically  OR  to squirt or give off (typically under pressure such as blood or leaking gas)</w:t>
      </w:r>
      <w:r>
        <w:br/>
      </w:r>
      <w:r>
        <w:t xml:space="preserve">    (c) to write a message in a secret code; or such a message; or a substitution table or other system used to encode and decode such a message</w:t>
      </w:r>
    </w:p>
    <w:p>
      <w:pPr>
        <w:pStyle w:val="Compact"/>
        <w:numPr>
          <w:ilvl w:val="0"/>
          <w:numId w:val="1001"/>
        </w:numPr>
      </w:pPr>
      <w:r>
        <w:rPr>
          <w:b/>
          <w:bCs/>
        </w:rPr>
        <w:t xml:space="preserve">If these mountains challenge me, or Baptiste's face, or Antoinette's eyes, they are mistaken,</w:t>
      </w:r>
      <w:r>
        <w:rPr>
          <w:b/>
          <w:bCs/>
        </w:rPr>
        <w:t xml:space="preserve"> </w:t>
      </w:r>
      <w:r>
        <w:rPr>
          <w:b/>
          <w:bCs/>
          <w:u w:val="single"/>
        </w:rPr>
        <w:t xml:space="preserve">melodramatic</w:t>
      </w:r>
      <w:r>
        <w:rPr>
          <w:b/>
          <w:bCs/>
        </w:rPr>
        <w:t xml:space="preserve">, unreal (England must be quite unreal and like a dream she said).</w:t>
      </w:r>
      <w:r>
        <w:br/>
      </w:r>
      <w:r>
        <w:t xml:space="preserve">    (a) a story or behavior that is overly dramatic</w:t>
      </w:r>
      <w:r>
        <w:br/>
      </w:r>
      <w:r>
        <w:t xml:space="preserve">    (b) temperature scale used in most of the world</w:t>
      </w:r>
      <w:r>
        <w:br/>
      </w:r>
      <w:r>
        <w:t xml:space="preserve">    (c) devices that convert light into electricity</w:t>
      </w:r>
    </w:p>
    <w:p>
      <w:pPr>
        <w:pStyle w:val="Compact"/>
        <w:numPr>
          <w:ilvl w:val="0"/>
          <w:numId w:val="1001"/>
        </w:numPr>
      </w:pPr>
      <w:r>
        <w:rPr>
          <w:b/>
          <w:bCs/>
        </w:rPr>
        <w:t xml:space="preserve">The white people, sometimes</w:t>
      </w:r>
      <w:r>
        <w:rPr>
          <w:b/>
          <w:bCs/>
        </w:rPr>
        <w:t xml:space="preserve"> </w:t>
      </w:r>
      <w:r>
        <w:rPr>
          <w:b/>
          <w:bCs/>
          <w:u w:val="single"/>
        </w:rPr>
        <w:t xml:space="preserve">credulous</w:t>
      </w:r>
      <w:r>
        <w:rPr>
          <w:b/>
          <w:bCs/>
        </w:rPr>
        <w:t xml:space="preserve">, pretend to dismiss the whole thing as nonsense.</w:t>
      </w:r>
      <w:r>
        <w:br/>
      </w:r>
      <w:r>
        <w:t xml:space="preserve">    (a) clear, straightforward, or to the point</w:t>
      </w:r>
      <w:r>
        <w:br/>
      </w:r>
      <w:r>
        <w:t xml:space="preserve">    (b) the state or degree of being very large</w:t>
      </w:r>
      <w:r>
        <w:br/>
      </w:r>
      <w:r>
        <w:t xml:space="preserve">    (c) gullible (being too willing to believe)</w:t>
      </w:r>
    </w:p>
    <w:p>
      <w:pPr>
        <w:pStyle w:val="Compact"/>
        <w:numPr>
          <w:ilvl w:val="0"/>
          <w:numId w:val="1001"/>
        </w:numPr>
      </w:pPr>
      <w:r>
        <w:rPr>
          <w:b/>
          <w:bCs/>
        </w:rPr>
        <w:t xml:space="preserve">He seemed surprised and</w:t>
      </w:r>
      <w:r>
        <w:rPr>
          <w:b/>
          <w:bCs/>
        </w:rPr>
        <w:t xml:space="preserve"> </w:t>
      </w:r>
      <w:r>
        <w:rPr>
          <w:b/>
          <w:bCs/>
          <w:u w:val="single"/>
        </w:rPr>
        <w:t xml:space="preserve">inquisitive</w:t>
      </w:r>
      <w:r>
        <w:rPr>
          <w:b/>
          <w:bCs/>
        </w:rPr>
        <w:t xml:space="preserve"> </w:t>
      </w:r>
      <w:r>
        <w:rPr>
          <w:b/>
          <w:bCs/>
        </w:rPr>
        <w:t xml:space="preserve">when he saw me, but he asked politely...</w:t>
      </w:r>
      <w:r>
        <w:br/>
      </w:r>
      <w:r>
        <w:t xml:space="preserve">    (a) curious and eager to understand</w:t>
      </w:r>
      <w:r>
        <w:br/>
      </w:r>
      <w:r>
        <w:t xml:space="preserve">    (b) not having the characteristic of bouncing back light/heat/sound...</w:t>
      </w:r>
      <w:r>
        <w:br/>
      </w:r>
      <w:r>
        <w:t xml:space="preserve">    (c) the quality or degree of the involvement of other people or things</w:t>
      </w:r>
    </w:p>
    <w:p>
      <w:pPr>
        <w:pStyle w:val="Compact"/>
        <w:numPr>
          <w:ilvl w:val="0"/>
          <w:numId w:val="1001"/>
        </w:numPr>
      </w:pPr>
      <w:r>
        <w:rPr>
          <w:b/>
          <w:bCs/>
        </w:rPr>
        <w:t xml:space="preserve">He was the old man's favourite and he</w:t>
      </w:r>
      <w:r>
        <w:rPr>
          <w:b/>
          <w:bCs/>
        </w:rPr>
        <w:t xml:space="preserve"> </w:t>
      </w:r>
      <w:r>
        <w:rPr>
          <w:b/>
          <w:bCs/>
          <w:u w:val="single"/>
        </w:rPr>
        <w:t xml:space="preserve">prosper</w:t>
      </w:r>
      <w:r>
        <w:rPr>
          <w:b/>
          <w:bCs/>
        </w:rPr>
        <w:t xml:space="preserve"> </w:t>
      </w:r>
      <w:r>
        <w:rPr>
          <w:b/>
          <w:bCs/>
        </w:rPr>
        <w:t xml:space="preserve">right from the start.</w:t>
      </w:r>
      <w:r>
        <w:br/>
      </w:r>
      <w:r>
        <w:t xml:space="preserve">    (a) do well</w:t>
      </w:r>
      <w:r>
        <w:br/>
      </w:r>
      <w:r>
        <w:t xml:space="preserve">    (b) restore</w:t>
      </w:r>
      <w:r>
        <w:br/>
      </w:r>
      <w:r>
        <w:t xml:space="preserve">    (c) examine</w:t>
      </w:r>
    </w:p>
    <w:p>
      <w:pPr>
        <w:pStyle w:val="Compact"/>
        <w:numPr>
          <w:ilvl w:val="0"/>
          <w:numId w:val="1001"/>
        </w:numPr>
      </w:pPr>
      <w:r>
        <w:rPr>
          <w:b/>
          <w:bCs/>
        </w:rPr>
        <w:t xml:space="preserve">Then she cursed me</w:t>
      </w:r>
      <w:r>
        <w:rPr>
          <w:b/>
          <w:bCs/>
        </w:rPr>
        <w:t xml:space="preserve"> </w:t>
      </w:r>
      <w:r>
        <w:rPr>
          <w:b/>
          <w:bCs/>
          <w:u w:val="single"/>
        </w:rPr>
        <w:t xml:space="preserve">comprehensively</w:t>
      </w:r>
      <w:r>
        <w:rPr>
          <w:b/>
          <w:bCs/>
        </w:rPr>
        <w:t xml:space="preserve">, my eyes, my mouth, every member of my body, and it was like a dream in the large unfurnished room with the candles flickering and this red-eyed wild-haired stranger who was my wife shouting obscenities at me.</w:t>
      </w:r>
      <w:r>
        <w:br/>
      </w:r>
      <w:r>
        <w:t xml:space="preserve">    (a) in a manner that is large in scope or includes everything that is important</w:t>
      </w:r>
      <w:r>
        <w:br/>
      </w:r>
      <w:r>
        <w:t xml:space="preserve">    (b) not in a straightforward manner (complicated, incidental, or unintentional)</w:t>
      </w:r>
      <w:r>
        <w:br/>
      </w:r>
      <w:r>
        <w:t xml:space="preserve">    (c) in a manner that expresses or displays detailed sexual activity or violence</w:t>
      </w:r>
    </w:p>
    <w:p>
      <w:pPr>
        <w:pStyle w:val="Compact"/>
        <w:numPr>
          <w:ilvl w:val="0"/>
          <w:numId w:val="1001"/>
        </w:numPr>
      </w:pPr>
      <w:r>
        <w:rPr>
          <w:b/>
          <w:bCs/>
        </w:rPr>
        <w:t xml:space="preserve">However much I paid Jamaican servants I would never buy</w:t>
      </w:r>
      <w:r>
        <w:rPr>
          <w:b/>
          <w:bCs/>
        </w:rPr>
        <w:t xml:space="preserve"> </w:t>
      </w:r>
      <w:r>
        <w:rPr>
          <w:b/>
          <w:bCs/>
          <w:u w:val="single"/>
        </w:rPr>
        <w:t xml:space="preserve">discretion</w:t>
      </w:r>
      <w:r>
        <w:rPr>
          <w:b/>
          <w:bCs/>
        </w:rPr>
        <w:t xml:space="preserve">.</w:t>
      </w:r>
      <w:r>
        <w:br/>
      </w:r>
      <w:r>
        <w:t xml:space="preserve">    (a) trustworthiness with secrets</w:t>
      </w:r>
      <w:r>
        <w:br/>
      </w:r>
      <w:r>
        <w:t xml:space="preserve">    (b) a drug that calms or puts to sleep; or describing something as calming</w:t>
      </w:r>
      <w:r>
        <w:br/>
      </w:r>
      <w:r>
        <w:t xml:space="preserve">    (c) the reason for doing something; or the level of desire to do something</w:t>
      </w:r>
    </w:p>
    <w:p>
      <w:pPr>
        <w:pStyle w:val="Compact"/>
        <w:numPr>
          <w:ilvl w:val="0"/>
          <w:numId w:val="1001"/>
        </w:numPr>
      </w:pPr>
      <w:r>
        <w:rPr>
          <w:b/>
          <w:bCs/>
        </w:rPr>
        <w:t xml:space="preserve">The bamboos take an easier way, they bend to the earth and lie there, creaking, groaning, crying for mercy. The contemptuous wind passes, not caring for these</w:t>
      </w:r>
      <w:r>
        <w:rPr>
          <w:b/>
          <w:bCs/>
        </w:rPr>
        <w:t xml:space="preserve"> </w:t>
      </w:r>
      <w:r>
        <w:rPr>
          <w:b/>
          <w:bCs/>
          <w:u w:val="single"/>
        </w:rPr>
        <w:t xml:space="preserve">abject</w:t>
      </w:r>
      <w:r>
        <w:rPr>
          <w:b/>
          <w:bCs/>
        </w:rPr>
        <w:t xml:space="preserve"> </w:t>
      </w:r>
      <w:r>
        <w:rPr>
          <w:b/>
          <w:bCs/>
        </w:rPr>
        <w:t xml:space="preserve">things. (Let them live.)</w:t>
      </w:r>
      <w:r>
        <w:br/>
      </w:r>
      <w:r>
        <w:t xml:space="preserve">    (a) certain</w:t>
      </w:r>
      <w:r>
        <w:br/>
      </w:r>
      <w:r>
        <w:t xml:space="preserve">    (b) extremely miserable, low and submissive</w:t>
      </w:r>
      <w:r>
        <w:br/>
      </w:r>
      <w:r>
        <w:t xml:space="preserve">    (c) outside</w:t>
      </w:r>
    </w:p>
    <w:p>
      <w:pPr>
        <w:pStyle w:val="Compact"/>
        <w:numPr>
          <w:ilvl w:val="0"/>
          <w:numId w:val="1001"/>
        </w:numPr>
      </w:pPr>
      <w:r>
        <w:rPr>
          <w:b/>
          <w:bCs/>
        </w:rPr>
        <w:t xml:space="preserve">No</w:t>
      </w:r>
      <w:r>
        <w:rPr>
          <w:b/>
          <w:bCs/>
        </w:rPr>
        <w:t xml:space="preserve"> </w:t>
      </w:r>
      <w:r>
        <w:rPr>
          <w:b/>
          <w:bCs/>
          <w:u w:val="single"/>
        </w:rPr>
        <w:t xml:space="preserve">brazen</w:t>
      </w:r>
      <w:r>
        <w:rPr>
          <w:b/>
          <w:bCs/>
        </w:rPr>
        <w:t xml:space="preserve"> </w:t>
      </w:r>
      <w:r>
        <w:rPr>
          <w:b/>
          <w:bCs/>
        </w:rPr>
        <w:t xml:space="preserve">sun.</w:t>
      </w:r>
      <w:r>
        <w:br/>
      </w:r>
      <w:r>
        <w:t xml:space="preserve">    (a) to concentrate, look at; or the act of concentration</w:t>
      </w:r>
      <w:r>
        <w:br/>
      </w:r>
      <w:r>
        <w:t xml:space="preserve">    (b) bold and unrestrained by what others consider proper</w:t>
      </w:r>
      <w:r>
        <w:br/>
      </w:r>
      <w:r>
        <w:t xml:space="preserve">    (c) make one's home in; or live in; or stay (in a place)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2026-07-31T18:03:57Z</dcterms:created>
  <dcterms:modified xsi:type="dcterms:W3CDTF">2026-07-31T18:03:57Z</dcterms:modified>
</cp:coreProperties>
</file>

<file path=docProps/custom.xml><?xml version="1.0" encoding="utf-8"?>
<Properties xmlns="http://schemas.openxmlformats.org/officeDocument/2006/custom-properties" xmlns:vt="http://schemas.openxmlformats.org/officeDocument/2006/docPropsVTypes"/>
</file>