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e7a0d4196e836ce8ea7b94fff37192d397b890"/>
    <w:p>
      <w:pPr>
        <w:pStyle w:val="Heading1"/>
      </w:pPr>
      <w:r>
        <w:rPr>
          <w:b/>
          <w:bCs/>
        </w:rPr>
        <w:t xml:space="preserve">Why I Live at the P.O.</w:t>
      </w:r>
      <w:r>
        <w:br/>
      </w:r>
      <w:r>
        <w:rPr>
          <w:i/>
          <w:iCs/>
        </w:rPr>
        <w:t xml:space="preserve">Eudora Welty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Papa-Daddy's Mama's papa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sulks</w:t>
      </w:r>
      <w:r>
        <w:rPr>
          <w:b/>
          <w:bCs/>
        </w:rPr>
        <w:t xml:space="preserve">.</w:t>
      </w:r>
      <w:r>
        <w:br/>
      </w:r>
      <w:r>
        <w:t xml:space="preserve">    (a) is overly unhappy and unsociable</w:t>
      </w:r>
      <w:r>
        <w:br/>
      </w:r>
      <w:r>
        <w:t xml:space="preserve">    (b) takes up or receives into heaven</w:t>
      </w:r>
      <w:r>
        <w:br/>
      </w:r>
      <w:r>
        <w:t xml:space="preserve">    (c) stops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said, "Sister, I don't need to tell you you got a lot of nerve and always did have and I'll thank you to make no future reference to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adopted</w:t>
      </w:r>
      <w:r>
        <w:rPr>
          <w:b/>
          <w:bCs/>
        </w:rPr>
        <w:t xml:space="preserve"> </w:t>
      </w:r>
      <w:r>
        <w:rPr>
          <w:b/>
          <w:bCs/>
        </w:rPr>
        <w:t xml:space="preserve">child whatsoever."</w:t>
      </w:r>
      <w:r>
        <w:br/>
      </w:r>
      <w:r>
        <w:t xml:space="preserve">    (a) not accepted as true</w:t>
      </w:r>
      <w:r>
        <w:br/>
      </w:r>
      <w:r>
        <w:t xml:space="preserve">    (b) began fighting again</w:t>
      </w:r>
      <w:r>
        <w:br/>
      </w:r>
      <w:r>
        <w:t xml:space="preserve">    (c) took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wasn't five minutes before Uncle Rondo suddenly appeared in the hall in one of Stella-Rondo's flesh-colored kimonos, all cut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bias</w:t>
      </w:r>
      <w:r>
        <w:rPr>
          <w:b/>
          <w:bCs/>
        </w:rPr>
        <w:t xml:space="preserve">, like something Mr. Whitaker probably thought was gorgeous.</w:t>
      </w:r>
      <w:r>
        <w:br/>
      </w:r>
      <w:r>
        <w:t xml:space="preserve">    (a) a personal preference; or any tendency to move in a particular direction</w:t>
      </w:r>
      <w:r>
        <w:br/>
      </w:r>
      <w:r>
        <w:t xml:space="preserve">    (b) a heart condition marked by chest pain due to reduced oxygen to the heart</w:t>
      </w:r>
      <w:r>
        <w:br/>
      </w:r>
      <w:r>
        <w:t xml:space="preserve">    (c) an approach to psychology that emphasizes observable measurable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he'd really done, he'd drunk another bottle of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prescription</w:t>
      </w:r>
      <w:r>
        <w:rPr>
          <w:b/>
          <w:bCs/>
        </w:rPr>
        <w:t xml:space="preserve">.</w:t>
      </w:r>
      <w:r>
        <w:br/>
      </w:r>
      <w:r>
        <w:t xml:space="preserve">    (a) lymph node -- one of many bean-sized organs that filter bacteria and other toxins from circulating white-blood-cell filled lymph fluid</w:t>
      </w:r>
      <w:r>
        <w:br/>
      </w:r>
      <w:r>
        <w:t xml:space="preserve">    (b) a recommendation or requirement  OR  (from a medical doctor) an instruction -- such as writing that a patient should take antibiotics</w:t>
      </w:r>
      <w:r>
        <w:br/>
      </w:r>
      <w:r>
        <w:t xml:space="preserve">    (c) submissiveness -- often an attitude of someone who is so submissive or eager to serve and please that they seem to lack self-respect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on the other hand</w:t>
      </w:r>
      <w:r>
        <w:rPr>
          <w:b/>
          <w:bCs/>
        </w:rPr>
        <w:t xml:space="preserve"> </w:t>
      </w:r>
      <w:r>
        <w:rPr>
          <w:b/>
          <w:bCs/>
        </w:rPr>
        <w:t xml:space="preserve">he thought Stella-Rondo had a brilliant mind and deserved credit for getting out of town.</w:t>
      </w:r>
      <w:r>
        <w:br/>
      </w:r>
      <w:r>
        <w:t xml:space="preserve">    (a) therefore (for that reason)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from another point of view; or in a way that is different (a phrase used to introduce a different perspective or idea)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very good for your Uncle Rondo in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precarious</w:t>
      </w:r>
      <w:r>
        <w:rPr>
          <w:b/>
          <w:bCs/>
        </w:rPr>
        <w:t xml:space="preserve"> </w:t>
      </w:r>
      <w:r>
        <w:rPr>
          <w:b/>
          <w:bCs/>
        </w:rPr>
        <w:t xml:space="preserve">condition, I must say.</w:t>
      </w:r>
      <w:r>
        <w:br/>
      </w:r>
      <w:r>
        <w:t xml:space="preserve">    (a) likely to change</w:t>
      </w:r>
      <w:r>
        <w:br/>
      </w:r>
      <w:r>
        <w:t xml:space="preserve">    (b) unsafe or unsure</w:t>
      </w:r>
      <w:r>
        <w:br/>
      </w:r>
      <w:r>
        <w:t xml:space="preserve">    (c) able to be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Anything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liable to</w:t>
      </w:r>
      <w:r>
        <w:rPr>
          <w:b/>
          <w:bCs/>
        </w:rPr>
        <w:t xml:space="preserve"> </w:t>
      </w:r>
      <w:r>
        <w:rPr>
          <w:b/>
          <w:bCs/>
        </w:rPr>
        <w:t xml:space="preserve">make him tear the house down if it comes at the wrong time.</w:t>
      </w:r>
      <w:r>
        <w:br/>
      </w:r>
      <w:r>
        <w:t xml:space="preserve">    (a) likely to; or maybe going to; or subject to</w:t>
      </w:r>
      <w:r>
        <w:br/>
      </w:r>
      <w:r>
        <w:t xml:space="preserve">    (b) temperature scale used in most of the world</w:t>
      </w:r>
      <w:r>
        <w:br/>
      </w:r>
      <w:r>
        <w:t xml:space="preserve">    (c) devices that convert light into electricity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I'm just terribly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susceptible</w:t>
      </w:r>
      <w:r>
        <w:rPr>
          <w:b/>
          <w:bCs/>
        </w:rPr>
        <w:t xml:space="preserve"> </w:t>
      </w:r>
      <w:r>
        <w:rPr>
          <w:b/>
          <w:bCs/>
        </w:rPr>
        <w:t xml:space="preserve">to noise of any kind, the doctor has always told me I was the most sensitive person he had ever seen in his whole life, and I was simply prostrated.</w:t>
      </w:r>
      <w:r>
        <w:br/>
      </w:r>
      <w:r>
        <w:t xml:space="preserve">    (a) an argument attributed to one's opponent that is weaker than their actual argument</w:t>
      </w:r>
      <w:r>
        <w:br/>
      </w:r>
      <w:r>
        <w:t xml:space="preserve">    (b) the quality of feeling angry or unhappy about having to accept something not liked</w:t>
      </w:r>
      <w:r>
        <w:br/>
      </w:r>
      <w:r>
        <w:t xml:space="preserve">    (c) easily influenced or harmed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capable of being treated in a particular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I'm just terribly susceptible to noise of any kind, the doctor has always told me I was the most sensitive person he had ever seen in his whole life, and I was simply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prostrated</w:t>
      </w:r>
      <w:r>
        <w:rPr>
          <w:b/>
          <w:bCs/>
        </w:rPr>
        <w:t xml:space="preserve">.</w:t>
      </w:r>
      <w:r>
        <w:br/>
      </w:r>
      <w:r>
        <w:t xml:space="preserve">    (a) showed something -- such as demonstrated, expressed, or represented</w:t>
      </w:r>
      <w:r>
        <w:br/>
      </w:r>
      <w:r>
        <w:t xml:space="preserve">    (b) lying down - typically face downward on the ground as in submission</w:t>
      </w:r>
      <w:r>
        <w:br/>
      </w:r>
      <w:r>
        <w:t xml:space="preserve">    (c) provided evidence of something -- especially oral evidence in court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stood on the step-ladder and got all my watermelon-rind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preserves</w:t>
      </w:r>
      <w:r>
        <w:rPr>
          <w:b/>
          <w:bCs/>
        </w:rPr>
        <w:t xml:space="preserve"> </w:t>
      </w:r>
      <w:r>
        <w:rPr>
          <w:b/>
          <w:bCs/>
        </w:rPr>
        <w:t xml:space="preserve">and every fruit and vegetable I'd put up, every jar.</w:t>
      </w:r>
      <w:r>
        <w:br/>
      </w:r>
      <w:r>
        <w:t xml:space="preserve">    (a) instances or results of detailed examinations</w:t>
      </w:r>
      <w:r>
        <w:br/>
      </w:r>
      <w:r>
        <w:t xml:space="preserve">    (b) documents granting permission to do something</w:t>
      </w:r>
      <w:r>
        <w:br/>
      </w:r>
      <w:r>
        <w:t xml:space="preserve">    (c) chunks of fruit cooked with sugar so they will not spoil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2026-05-20T12:27:30Z</dcterms:created>
  <dcterms:modified xsi:type="dcterms:W3CDTF">2026-05-20T12:27:30Z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