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07ff3ca9b286f479288e331bffca66e8d20cd8"/>
    <w:p>
      <w:pPr>
        <w:pStyle w:val="Heading1"/>
      </w:pPr>
      <w:r>
        <w:rPr>
          <w:b/>
          <w:bCs/>
        </w:rPr>
        <w:t xml:space="preserve">Who's Afraid of Virginia Woolf?</w:t>
      </w:r>
      <w:r>
        <w:br/>
      </w:r>
      <w:r>
        <w:rPr>
          <w:i/>
          <w:iCs/>
        </w:rPr>
        <w:t xml:space="preserve">Edward Albee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NICK: (Indicating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abstract</w:t>
      </w:r>
      <w:r>
        <w:rPr>
          <w:b/>
          <w:bCs/>
        </w:rPr>
        <w:t xml:space="preserve"> </w:t>
      </w:r>
      <w:r>
        <w:rPr>
          <w:b/>
          <w:bCs/>
        </w:rPr>
        <w:t xml:space="preserve">painting) Who . . . who did the . . . ?</w:t>
      </w:r>
      <w:r>
        <w:br/>
      </w:r>
      <w:r>
        <w:t xml:space="preserve">    (a) poor ability to make a decision</w:t>
      </w:r>
      <w:r>
        <w:br/>
      </w:r>
      <w:r>
        <w:t xml:space="preserve">    (b) non-traditional or non-standard</w:t>
      </w:r>
      <w:r>
        <w:br/>
      </w:r>
      <w:r>
        <w:t xml:space="preserve">    (c) not imitating external reality or objects of nature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MARTHA: [comparing the subject of biology to that of math] ... Biology's even better. It's less . . . abstruse.</w:t>
      </w:r>
      <w:r>
        <w:br/>
      </w:r>
      <w:r>
        <w:rPr>
          <w:b/>
          <w:bCs/>
        </w:rPr>
        <w:t xml:space="preserve">GEORGE: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Abstract</w:t>
      </w:r>
      <w:r>
        <w:rPr>
          <w:b/>
          <w:bCs/>
        </w:rPr>
        <w:t xml:space="preserve">.</w:t>
      </w:r>
      <w:r>
        <w:br/>
      </w:r>
      <w:r>
        <w:rPr>
          <w:b/>
          <w:bCs/>
        </w:rPr>
        <w:t xml:space="preserve">MARTHA: ABSTRUSE! In the sense of recondite. (Sticks her tongue out at GEORGE) Don't you tell me words.</w:t>
      </w:r>
      <w:r>
        <w:br/>
      </w:r>
      <w:r>
        <w:t xml:space="preserve">    (a) the characteristic of being excessively unhappy and unsociable</w:t>
      </w:r>
      <w:r>
        <w:br/>
      </w:r>
      <w:r>
        <w:t xml:space="preserve">    (b) of a concept or idea not associated with any specific instance</w:t>
      </w:r>
      <w:r>
        <w:br/>
      </w:r>
      <w:r>
        <w:t xml:space="preserve">    (c) having been granted the right to keep a job as long as desired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GEORGE: You just finished saying that the things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motivated</w:t>
      </w:r>
      <w:r>
        <w:rPr>
          <w:b/>
          <w:bCs/>
        </w:rPr>
        <w:t xml:space="preserve"> </w:t>
      </w:r>
      <w:r>
        <w:rPr>
          <w:b/>
          <w:bCs/>
        </w:rPr>
        <w:t xml:space="preserve">you were the same things that motivated me.</w:t>
      </w:r>
      <w:r>
        <w:br/>
      </w:r>
      <w:r>
        <w:t xml:space="preserve">    (a) provided investment funds for something -- such as a business</w:t>
      </w:r>
      <w:r>
        <w:br/>
      </w:r>
      <w:r>
        <w:t xml:space="preserve">    (b) wanting to do something; or made someone want to do something</w:t>
      </w:r>
      <w:r>
        <w:br/>
      </w:r>
      <w:r>
        <w:t xml:space="preserve">    (c) not viewed in a certain way so as to form a belief or opinion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GEORGE: Don't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condescend</w:t>
      </w:r>
      <w:r>
        <w:rPr>
          <w:b/>
          <w:bCs/>
        </w:rPr>
        <w:t xml:space="preserve"> </w:t>
      </w:r>
      <w:r>
        <w:rPr>
          <w:b/>
          <w:bCs/>
        </w:rPr>
        <w:t xml:space="preserve">to me!</w:t>
      </w:r>
      <w:r>
        <w:br/>
      </w:r>
      <w:r>
        <w:t xml:space="preserve">    (a) utter obscenities or profanities; or to speak disrespectfully of something considered sacred</w:t>
      </w:r>
      <w:r>
        <w:br/>
      </w:r>
      <w:r>
        <w:t xml:space="preserve">    (b) to treat others as inferior</w:t>
      </w:r>
      <w:r>
        <w:br/>
      </w:r>
      <w:r>
        <w:t xml:space="preserve">    (c) have a sense that something bad will happen; or act as a sign that something bad will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 (</w:t>
      </w:r>
      <w:r>
        <w:rPr>
          <w:b/>
          <w:bCs/>
          <w:u w:val="single"/>
        </w:rPr>
        <w:t xml:space="preserve">Feigned</w:t>
      </w:r>
      <w:r>
        <w:rPr>
          <w:b/>
          <w:bCs/>
        </w:rPr>
        <w:t xml:space="preserve"> </w:t>
      </w:r>
      <w:r>
        <w:rPr>
          <w:b/>
          <w:bCs/>
        </w:rPr>
        <w:t xml:space="preserve">awe): Very good!</w:t>
      </w:r>
      <w:r>
        <w:br/>
      </w:r>
      <w:r>
        <w:t xml:space="preserve">    (a) pretending to feel</w:t>
      </w:r>
      <w:r>
        <w:br/>
      </w:r>
      <w:r>
        <w:t xml:space="preserve">    (b) developed or changed gradually</w:t>
      </w:r>
      <w:r>
        <w:br/>
      </w:r>
      <w:r>
        <w:t xml:space="preserve">    (c) not hired, occupied, or booked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will become of the tax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deduction</w:t>
      </w:r>
      <w:r>
        <w:rPr>
          <w:b/>
          <w:bCs/>
        </w:rPr>
        <w:t xml:space="preserve">.</w:t>
      </w:r>
      <w:r>
        <w:br/>
      </w:r>
      <w:r>
        <w:t xml:space="preserve">    (a) amount subtracted</w:t>
      </w:r>
      <w:r>
        <w:br/>
      </w:r>
      <w:r>
        <w:t xml:space="preserve">    (b) the act of stopping a battle or fight</w:t>
      </w:r>
      <w:r>
        <w:br/>
      </w:r>
      <w:r>
        <w:t xml:space="preserve">    (c) a short part of a longer written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 (</w:t>
      </w:r>
      <w:r>
        <w:rPr>
          <w:b/>
          <w:bCs/>
          <w:u w:val="single"/>
        </w:rPr>
        <w:t xml:space="preserve">Resignedly</w:t>
      </w:r>
      <w:r>
        <w:rPr>
          <w:b/>
          <w:bCs/>
        </w:rPr>
        <w:t xml:space="preserve">): Yes, Martha.</w:t>
      </w:r>
      <w:r>
        <w:br/>
      </w:r>
      <w:r>
        <w:t xml:space="preserve">    (a) the state of being worthy of entry -- especially evidence allowable in court</w:t>
      </w:r>
      <w:r>
        <w:br/>
      </w:r>
      <w:r>
        <w:t xml:space="preserve">    (b) in a manner that uses extreme or violent methods to achieve a political goal</w:t>
      </w:r>
      <w:r>
        <w:br/>
      </w:r>
      <w:r>
        <w:t xml:space="preserve">    (c) in a manner indicating that he has accepted something undesired as unavoidable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 (</w:t>
      </w:r>
      <w:r>
        <w:rPr>
          <w:b/>
          <w:bCs/>
          <w:u w:val="single"/>
        </w:rPr>
        <w:t xml:space="preserve">Incredulous</w:t>
      </w:r>
      <w:r>
        <w:rPr>
          <w:b/>
          <w:bCs/>
        </w:rPr>
        <w:t xml:space="preserve">): You're amused?</w:t>
      </w:r>
      <w:r>
        <w:br/>
      </w:r>
      <w:r>
        <w:t xml:space="preserve">    (a) clear, easily noticed, and/or identifiable as different or separate</w:t>
      </w:r>
      <w:r>
        <w:br/>
      </w:r>
      <w:r>
        <w:t xml:space="preserve">    (b) not capable of being better understood through detailed examination</w:t>
      </w:r>
      <w:r>
        <w:br/>
      </w:r>
      <w:r>
        <w:t xml:space="preserve">    (c) unbelieving; or having difficulty accepting something so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imbalances will be corrected, sifted out ....</w:t>
      </w:r>
      <w:r>
        <w:rPr>
          <w:b/>
          <w:bCs/>
          <w:u w:val="single"/>
        </w:rPr>
        <w:t xml:space="preserve">propensity</w:t>
      </w:r>
      <w:r>
        <w:rPr>
          <w:b/>
          <w:bCs/>
        </w:rPr>
        <w:t xml:space="preserve"> </w:t>
      </w:r>
      <w:r>
        <w:rPr>
          <w:b/>
          <w:bCs/>
        </w:rPr>
        <w:t xml:space="preserve">for various diseases will be gone, longevity assured.</w:t>
      </w:r>
      <w:r>
        <w:br/>
      </w:r>
      <w:r>
        <w:t xml:space="preserve">    (a) a subtle characteristic</w:t>
      </w:r>
      <w:r>
        <w:br/>
      </w:r>
      <w:r>
        <w:t xml:space="preserve">    (b) interaction or interest</w:t>
      </w:r>
      <w:r>
        <w:br/>
      </w:r>
      <w:r>
        <w:t xml:space="preserve">    (c) tendency or inclination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MARTHA: George talks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disparagingly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 little bugger because . . . well, because he has problems.</w:t>
      </w:r>
      <w:r>
        <w:br/>
      </w:r>
      <w:r>
        <w:t xml:space="preserve">    (a) aka analytically -- in a manner that relates to a theory of psychiatry</w:t>
      </w:r>
      <w:r>
        <w:br/>
      </w:r>
      <w:r>
        <w:t xml:space="preserve">    (b) with criticism or in a manner to make the child seem less important</w:t>
      </w:r>
      <w:r>
        <w:br/>
      </w:r>
      <w:r>
        <w:t xml:space="preserve">    (c) in a manner that impacts the natural world (life, air, water, land...)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NICK (</w:t>
      </w:r>
      <w:r>
        <w:rPr>
          <w:b/>
          <w:bCs/>
          <w:u w:val="single"/>
        </w:rPr>
        <w:t xml:space="preserve">Antagonistic</w:t>
      </w:r>
      <w:r>
        <w:rPr>
          <w:b/>
          <w:bCs/>
        </w:rPr>
        <w:t xml:space="preserve">) No ....I don't.</w:t>
      </w:r>
      <w:r>
        <w:br/>
      </w:r>
      <w:r>
        <w:t xml:space="preserve">    (a) not good at making decisions</w:t>
      </w:r>
      <w:r>
        <w:br/>
      </w:r>
      <w:r>
        <w:t xml:space="preserve">    (b) without boundaries or limits</w:t>
      </w:r>
      <w:r>
        <w:br/>
      </w:r>
      <w:r>
        <w:t xml:space="preserve">    (c) with opposition or hostility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NICK (With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): I just don't see why you feel you have to subject other people to it.</w:t>
      </w:r>
      <w:r>
        <w:br/>
      </w:r>
      <w:r>
        <w:t xml:space="preserve">    (a) influence opinion</w:t>
      </w:r>
      <w:r>
        <w:br/>
      </w:r>
      <w:r>
        <w:t xml:space="preserve">    (b) differ; or change</w:t>
      </w:r>
      <w:r>
        <w:br/>
      </w:r>
      <w:r>
        <w:t xml:space="preserve">    (c) lack of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Accommodation,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malleability</w:t>
      </w:r>
      <w:r>
        <w:rPr>
          <w:b/>
          <w:bCs/>
        </w:rPr>
        <w:t xml:space="preserve">, adjustment . . . those do seem to be in the order of things, don't they?</w:t>
      </w:r>
      <w:r>
        <w:br/>
      </w:r>
      <w:r>
        <w:t xml:space="preserve">    (a) to be easily influenced to fit in with surroundings</w:t>
      </w:r>
      <w:r>
        <w:br/>
      </w:r>
      <w:r>
        <w:t xml:space="preserve">    (b) a medical condition in which there is a tendency to remain in a fixed stuporous state for long periods</w:t>
      </w:r>
      <w:r>
        <w:br/>
      </w:r>
      <w:r>
        <w:t xml:space="preserve">    (c) the quality of or ability to bounce back light (or more rarely: heat, sound, electromagnetic waves...)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(With sudden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vehemence</w:t>
      </w:r>
      <w:r>
        <w:rPr>
          <w:b/>
          <w:bCs/>
        </w:rPr>
        <w:t xml:space="preserve">) UP YOURS</w:t>
      </w:r>
      <w:r>
        <w:br/>
      </w:r>
      <w:r>
        <w:t xml:space="preserve">    (a) a chronic mental disorder that leads to violent social behavior</w:t>
      </w:r>
      <w:r>
        <w:br/>
      </w:r>
      <w:r>
        <w:t xml:space="preserve">    (b) capability of being taken, given, or otherwise transferred away</w:t>
      </w:r>
      <w:r>
        <w:br/>
      </w:r>
      <w:r>
        <w:t xml:space="preserve">    (c) marked by extreme intensity -- especially emotion such as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 </w:t>
      </w:r>
      <w:r>
        <w:rPr>
          <w:b/>
          <w:bCs/>
        </w:rPr>
        <w:t xml:space="preserve">gifts.</w:t>
      </w:r>
      <w:r>
        <w:br/>
      </w:r>
      <w:r>
        <w:t xml:space="preserve">    (a) the quality of not being sensible and careful</w:t>
      </w:r>
      <w:r>
        <w:br/>
      </w:r>
      <w:r>
        <w:t xml:space="preserve">    (b) extremely ugly, offensive, and/or frightening</w:t>
      </w:r>
      <w:r>
        <w:br/>
      </w:r>
      <w:r>
        <w:t xml:space="preserve">    (c) the characteristic of demonstrating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pragmatic</w:t>
      </w:r>
      <w:r>
        <w:rPr>
          <w:b/>
          <w:bCs/>
        </w:rPr>
        <w:t xml:space="preserve"> </w:t>
      </w:r>
      <w:r>
        <w:rPr>
          <w:b/>
          <w:bCs/>
        </w:rPr>
        <w:t xml:space="preserve">extension of the big dream</w:t>
      </w:r>
      <w:r>
        <w:br/>
      </w:r>
      <w:r>
        <w:t xml:space="preserve">    (a) describing someone as antisocial</w:t>
      </w:r>
      <w:r>
        <w:br/>
      </w:r>
      <w:r>
        <w:t xml:space="preserve">    (b) another battle with the same foe</w:t>
      </w:r>
      <w:r>
        <w:br/>
      </w:r>
      <w:r>
        <w:t xml:space="preserve">    (c) practical -- especially where results triumph over ideal theory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 (Seemingly relaxed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preoccupied</w:t>
      </w:r>
      <w:r>
        <w:rPr>
          <w:b/>
          <w:bCs/>
        </w:rPr>
        <w:t xml:space="preserve">, never looking): Oh, that's nice.</w:t>
      </w:r>
      <w:r>
        <w:br/>
      </w:r>
      <w:r>
        <w:t xml:space="preserve">    (a) mirrored back (an image)</w:t>
      </w:r>
      <w:r>
        <w:br/>
      </w:r>
      <w:r>
        <w:t xml:space="preserve">    (b) quoted (to make a point)</w:t>
      </w:r>
      <w:r>
        <w:br/>
      </w:r>
      <w:r>
        <w:t xml:space="preserve">    (c) took up the attention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GEORGE: (Swings around to face her ....says, with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loathing</w:t>
      </w:r>
      <w:r>
        <w:rPr>
          <w:b/>
          <w:bCs/>
        </w:rPr>
        <w:t xml:space="preserve">) No ....show him, Martha ....he hasn't seen it.</w:t>
      </w:r>
      <w:r>
        <w:br/>
      </w:r>
      <w:r>
        <w:t xml:space="preserve">    (a) changing through evolution</w:t>
      </w:r>
      <w:r>
        <w:br/>
      </w:r>
      <w:r>
        <w:t xml:space="preserve">    (b) stopping a battle or fight</w:t>
      </w:r>
      <w:r>
        <w:br/>
      </w:r>
      <w:r>
        <w:t xml:space="preserve">    (c) disgust or intense dislike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GEORGE (To NICK): Let her go. (MARTHA slumps to the floor in a sitting position) She'll be all right now.</w:t>
      </w:r>
      <w:r>
        <w:br/>
      </w:r>
      <w:r>
        <w:rPr>
          <w:b/>
          <w:bCs/>
        </w:rPr>
        <w:t xml:space="preserve">MARTHA (</w:t>
      </w:r>
      <w:r>
        <w:rPr>
          <w:b/>
          <w:bCs/>
          <w:u w:val="single"/>
        </w:rPr>
        <w:t xml:space="preserve">Pathetic</w:t>
      </w:r>
      <w:r>
        <w:rPr>
          <w:b/>
          <w:bCs/>
        </w:rPr>
        <w:t xml:space="preserve">): No; no, he is not dead; he is not dead.</w:t>
      </w:r>
      <w:r>
        <w:br/>
      </w:r>
      <w:r>
        <w:t xml:space="preserve">    (a) not sensible or careful</w:t>
      </w:r>
      <w:r>
        <w:br/>
      </w:r>
      <w:r>
        <w:t xml:space="preserve">    (b) unable to get closer to</w:t>
      </w:r>
      <w:r>
        <w:br/>
      </w:r>
      <w:r>
        <w:t xml:space="preserve">    (c) pitiful (arousing pity)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 . . the one thing I've tried to carry pure and unscathed through the sewer of this marriage; through the sick nights, and the pathetic, stupid days, through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derision</w:t>
      </w:r>
      <w:r>
        <w:rPr>
          <w:b/>
          <w:bCs/>
        </w:rPr>
        <w:t xml:space="preserve"> </w:t>
      </w:r>
      <w:r>
        <w:rPr>
          <w:b/>
          <w:bCs/>
        </w:rPr>
        <w:t xml:space="preserve">and the laughter . . .</w:t>
      </w:r>
      <w:r>
        <w:br/>
      </w:r>
      <w:r>
        <w:t xml:space="preserve">    (a) related to or causing dramatic change; of a supporter of the change</w:t>
      </w:r>
      <w:r>
        <w:br/>
      </w:r>
      <w:r>
        <w:t xml:space="preserve">    (b) a series of regularly spaced columns -- typically covered by a roof</w:t>
      </w:r>
      <w:r>
        <w:br/>
      </w:r>
      <w:r>
        <w:t xml:space="preserve">    (c) critical disrespect -- typically while laughing at or making fun of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2026-07-31T18:03:48Z</dcterms:created>
  <dcterms:modified xsi:type="dcterms:W3CDTF">2026-07-31T18:03:48Z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