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ad59790c9a50fa007b223b0702ac43a36b56cd"/>
    <w:p>
      <w:pPr>
        <w:pStyle w:val="Heading1"/>
      </w:pPr>
      <w:r>
        <w:rPr>
          <w:b/>
          <w:bCs/>
        </w:rPr>
        <w:t xml:space="preserve">White Fang</w:t>
      </w:r>
      <w:r>
        <w:br/>
      </w:r>
      <w:r>
        <w:rPr>
          <w:i/>
          <w:iCs/>
        </w:rPr>
        <w:t xml:space="preserve">Jack London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perpetually</w:t>
      </w:r>
      <w:r>
        <w:rPr>
          <w:b/>
          <w:bCs/>
        </w:rPr>
        <w:t xml:space="preserve"> </w:t>
      </w:r>
      <w:r>
        <w:rPr>
          <w:b/>
          <w:bCs/>
        </w:rPr>
        <w:t xml:space="preserve">departing on yard-long adventures toward the cave's entrance, and as perpetually being driven back.</w:t>
      </w:r>
      <w:r>
        <w:br/>
      </w:r>
      <w:r>
        <w:t xml:space="preserve">    (a) done in a manner that is of low quality or of lower quality than something else</w:t>
      </w:r>
      <w:r>
        <w:br/>
      </w:r>
      <w:r>
        <w:t xml:space="preserve">    (b) in a manner that relates to electricity generated by light or affected by light</w:t>
      </w:r>
      <w:r>
        <w:br/>
      </w:r>
      <w:r>
        <w:t xml:space="preserve">    (c) continuing forever without change; or occurring so frequently it seems constant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mother and fear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him to keep away from the white wall.</w:t>
      </w:r>
      <w:r>
        <w:br/>
      </w:r>
      <w:r>
        <w:t xml:space="preserve">    (a) made appropriate in size, amount, or degree</w:t>
      </w:r>
      <w:r>
        <w:br/>
      </w:r>
      <w:r>
        <w:t xml:space="preserve">    (b) to make someone feel they must do something</w:t>
      </w:r>
      <w:r>
        <w:br/>
      </w:r>
      <w:r>
        <w:t xml:space="preserve">    (c) concentrated, look at, or paid attention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cowered</w:t>
      </w:r>
      <w:r>
        <w:rPr>
          <w:b/>
          <w:bCs/>
        </w:rPr>
        <w:t xml:space="preserve"> </w:t>
      </w:r>
      <w:r>
        <w:rPr>
          <w:b/>
          <w:bCs/>
        </w:rPr>
        <w:t xml:space="preserve">down and snarled.</w:t>
      </w:r>
      <w:r>
        <w:br/>
      </w:r>
      <w:r>
        <w:t xml:space="preserve">    (a) showed fear by positioning the body as though afraid of being hit</w:t>
      </w:r>
      <w:r>
        <w:br/>
      </w:r>
      <w:r>
        <w:t xml:space="preserve">    (b) entered into a place of religious seclusion (such as a monastery)</w:t>
      </w:r>
      <w:r>
        <w:br/>
      </w:r>
      <w:r>
        <w:t xml:space="preserve">    (c) deeply involved; or intermixed with complications or difficulties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compelled</w:t>
      </w:r>
      <w:r>
        <w:rPr>
          <w:b/>
          <w:bCs/>
        </w:rPr>
        <w:t xml:space="preserve"> </w:t>
      </w:r>
      <w:r>
        <w:rPr>
          <w:b/>
          <w:bCs/>
        </w:rPr>
        <w:t xml:space="preserve">obedience from him,</w:t>
      </w:r>
      <w:r>
        <w:br/>
      </w:r>
      <w:r>
        <w:t xml:space="preserve">    (a) didn't trust or have confidence in</w:t>
      </w:r>
      <w:r>
        <w:br/>
      </w:r>
      <w:r>
        <w:t xml:space="preserve">    (b) forced</w:t>
      </w:r>
      <w:r>
        <w:br/>
      </w:r>
      <w:r>
        <w:t xml:space="preserve">    (c) fruit cooked with sugar (like jam)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experienced two great impulsions—to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and to fight.</w:t>
      </w:r>
      <w:r>
        <w:br/>
      </w:r>
      <w:r>
        <w:t xml:space="preserve">    (a) produce or give</w:t>
      </w:r>
      <w:r>
        <w:br/>
      </w:r>
      <w:r>
        <w:t xml:space="preserve">    (b) stop (something from happening)</w:t>
      </w:r>
      <w:r>
        <w:br/>
      </w:r>
      <w:r>
        <w:t xml:space="preserve">    (c) think deeply or carefully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Again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the tying of a thong around his neck by Grey Beaver, and again Beauty Smith came to claim him.</w:t>
      </w:r>
      <w:r>
        <w:br/>
      </w:r>
      <w:r>
        <w:t xml:space="preserve">    (a) embarrassed or self-conscious</w:t>
      </w:r>
      <w:r>
        <w:br/>
      </w:r>
      <w:r>
        <w:t xml:space="preserve">    (b) with rises and falls in pitch</w:t>
      </w:r>
      <w:r>
        <w:br/>
      </w:r>
      <w:r>
        <w:t xml:space="preserve">    (c) gave in, gave way, or gave 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 cub knew what it was, and with a last, long wail that had in it more of triumph than grief, he ceased his noise and waited for the coming of his mother, of his ferocious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indomitable</w:t>
      </w:r>
      <w:r>
        <w:rPr>
          <w:b/>
          <w:bCs/>
        </w:rPr>
        <w:t xml:space="preserve"> </w:t>
      </w:r>
      <w:r>
        <w:rPr>
          <w:b/>
          <w:bCs/>
        </w:rPr>
        <w:t xml:space="preserve">mother who fought and killed all things and was never afraid.</w:t>
      </w:r>
      <w:r>
        <w:br/>
      </w:r>
      <w:r>
        <w:t xml:space="preserve">    (a) impossible to defeat or discourage; or showing unshakable strength, determination, or spirit</w:t>
      </w:r>
      <w:r>
        <w:br/>
      </w:r>
      <w:r>
        <w:t xml:space="preserve">    (b) relating to the threadlike structures in the cell nucleus that carry genes in a linear order</w:t>
      </w:r>
      <w:r>
        <w:br/>
      </w:r>
      <w:r>
        <w:t xml:space="preserve">    (c) of something temporarily treated as true to advance a discussion or to further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Lip-lip had selected White Fang for his special object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persecution</w:t>
      </w:r>
      <w:r>
        <w:rPr>
          <w:b/>
          <w:bCs/>
        </w:rPr>
        <w:t xml:space="preserve">.</w:t>
      </w:r>
      <w:r>
        <w:br/>
      </w:r>
      <w:r>
        <w:t xml:space="preserve">    (a) bad, ongoing, and unfair treatment</w:t>
      </w:r>
      <w:r>
        <w:br/>
      </w:r>
      <w:r>
        <w:t xml:space="preserve">    (b) aka analysist -- psychiatrist</w:t>
      </w:r>
      <w:r>
        <w:br/>
      </w:r>
      <w:r>
        <w:t xml:space="preserve">    (c) something taken on or adopted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became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; he had idle time in which to devote himself to thoughts of trickery.</w:t>
      </w:r>
      <w:r>
        <w:br/>
      </w:r>
      <w:r>
        <w:t xml:space="preserve">    (a) related to the natural world (life, air, water, land...)</w:t>
      </w:r>
      <w:r>
        <w:br/>
      </w:r>
      <w:r>
        <w:t xml:space="preserve">    (b) clever and deceptive</w:t>
      </w:r>
      <w:r>
        <w:br/>
      </w:r>
      <w:r>
        <w:t xml:space="preserve">    (c) relating to logical examination to improve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no fool himself, and whatever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vengeance</w:t>
      </w:r>
      <w:r>
        <w:rPr>
          <w:b/>
          <w:bCs/>
        </w:rPr>
        <w:t xml:space="preserve"> </w:t>
      </w:r>
      <w:r>
        <w:rPr>
          <w:b/>
          <w:bCs/>
        </w:rPr>
        <w:t xml:space="preserve">he desired to wreak, he could wait until he caught White Fang alone.</w:t>
      </w:r>
      <w:r>
        <w:br/>
      </w:r>
      <w:r>
        <w:t xml:space="preserve">    (a) something that stands out</w:t>
      </w:r>
      <w:r>
        <w:br/>
      </w:r>
      <w:r>
        <w:t xml:space="preserve">    (b) something made from parts</w:t>
      </w:r>
      <w:r>
        <w:br/>
      </w:r>
      <w:r>
        <w:t xml:space="preserve">    (c) the act of taking revenge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oppressed the weak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 a vengeance</w:t>
      </w:r>
      <w:r>
        <w:rPr>
          <w:b/>
          <w:bCs/>
        </w:rPr>
        <w:t xml:space="preserve">.</w:t>
      </w:r>
      <w:r>
        <w:br/>
      </w:r>
      <w:r>
        <w:t xml:space="preserve">    (a) with intensity</w:t>
      </w:r>
      <w:r>
        <w:br/>
      </w:r>
      <w:r>
        <w:t xml:space="preserve">    (b) available cash</w:t>
      </w:r>
      <w:r>
        <w:br/>
      </w:r>
      <w:r>
        <w:t xml:space="preserve">    (c) very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Grey Beaver's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</w:t>
      </w:r>
      <w:r>
        <w:rPr>
          <w:b/>
          <w:bCs/>
        </w:rPr>
        <w:t xml:space="preserve"> </w:t>
      </w:r>
      <w:r>
        <w:rPr>
          <w:b/>
          <w:bCs/>
        </w:rPr>
        <w:t xml:space="preserve">was terrible; likewise was White Fang's fright.</w:t>
      </w:r>
      <w:r>
        <w:br/>
      </w:r>
      <w:r>
        <w:t xml:space="preserve">    (a) intense anger</w:t>
      </w:r>
      <w:r>
        <w:br/>
      </w:r>
      <w:r>
        <w:t xml:space="preserve">    (b) determination</w:t>
      </w:r>
      <w:r>
        <w:br/>
      </w:r>
      <w:r>
        <w:t xml:space="preserve">    (c) use of reason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 are essential traits of the wolf and the wild-dog when they have become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domesticated</w:t>
      </w:r>
      <w:r>
        <w:rPr>
          <w:b/>
          <w:bCs/>
        </w:rPr>
        <w:t xml:space="preserve">, and these traits White Fang possessed in unusual measure.</w:t>
      </w:r>
      <w:r>
        <w:br/>
      </w:r>
      <w:r>
        <w:t xml:space="preserve">    (a) stuck out, attracted more attention than desired, or imposed on others</w:t>
      </w:r>
      <w:r>
        <w:br/>
      </w:r>
      <w:r>
        <w:t xml:space="preserve">    (b) to make fit for service to humans or home life -- by breeding or taming</w:t>
      </w:r>
      <w:r>
        <w:br/>
      </w:r>
      <w:r>
        <w:t xml:space="preserve">    (c) not persuaded to want something (often sex or love) through temptation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Had he contented himself with looking fierce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ominous</w:t>
      </w:r>
      <w:r>
        <w:rPr>
          <w:b/>
          <w:bCs/>
        </w:rPr>
        <w:t xml:space="preserve">, all would have been well.</w:t>
      </w:r>
      <w:r>
        <w:br/>
      </w:r>
      <w:r>
        <w:t xml:space="preserve">    (a) huge</w:t>
      </w:r>
      <w:r>
        <w:br/>
      </w:r>
      <w:r>
        <w:t xml:space="preserve">    (b) threatening</w:t>
      </w:r>
      <w:r>
        <w:br/>
      </w:r>
      <w:r>
        <w:t xml:space="preserve">    (c) comforting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fired rapidly, six times, and six of the pack lay dead or dying--another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manifestation</w:t>
      </w:r>
      <w:r>
        <w:rPr>
          <w:b/>
          <w:bCs/>
        </w:rPr>
        <w:t xml:space="preserve"> </w:t>
      </w:r>
      <w:r>
        <w:rPr>
          <w:b/>
          <w:bCs/>
        </w:rPr>
        <w:t xml:space="preserve">of power that sank deep into White Fang's consciousness.</w:t>
      </w:r>
      <w:r>
        <w:br/>
      </w:r>
      <w:r>
        <w:t xml:space="preserve">    (a) demonstration (something made obvious or shown)</w:t>
      </w:r>
      <w:r>
        <w:br/>
      </w:r>
      <w:r>
        <w:t xml:space="preserve">    (b) the majority denomination of Islam (almost 90%)</w:t>
      </w:r>
      <w:r>
        <w:br/>
      </w:r>
      <w:r>
        <w:t xml:space="preserve">    (c) opinion of what is good and bad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White Fang could only rage futilely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</w:t>
      </w:r>
      <w:r>
        <w:rPr>
          <w:b/>
          <w:bCs/>
        </w:rPr>
        <w:t xml:space="preserve"> </w:t>
      </w:r>
      <w:r>
        <w:rPr>
          <w:b/>
          <w:bCs/>
        </w:rPr>
        <w:t xml:space="preserve">the punishment.</w:t>
      </w:r>
      <w:r>
        <w:br/>
      </w:r>
      <w:r>
        <w:t xml:space="preserve">    (a) call -- typically to come nearer by using a hand gesture or a nod</w:t>
      </w:r>
      <w:r>
        <w:br/>
      </w:r>
      <w:r>
        <w:t xml:space="preserve">    (b) suffer through</w:t>
      </w:r>
      <w:r>
        <w:br/>
      </w:r>
      <w:r>
        <w:t xml:space="preserve">    (c) communication through gestures and body movements (without words)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endured</w:t>
      </w:r>
      <w:r>
        <w:rPr>
          <w:b/>
          <w:bCs/>
        </w:rPr>
        <w:t xml:space="preserve"> </w:t>
      </w:r>
      <w:r>
        <w:rPr>
          <w:b/>
          <w:bCs/>
        </w:rPr>
        <w:t xml:space="preserve">for some time.</w:t>
      </w:r>
      <w:r>
        <w:br/>
      </w:r>
      <w:r>
        <w:t xml:space="preserve">    (a) continued</w:t>
      </w:r>
      <w:r>
        <w:br/>
      </w:r>
      <w:r>
        <w:t xml:space="preserve">    (b) took on or adopted</w:t>
      </w:r>
      <w:r>
        <w:br/>
      </w:r>
      <w:r>
        <w:t xml:space="preserve">    (c) previously created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White Fang gazed at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wistfully</w:t>
      </w:r>
      <w:r>
        <w:rPr>
          <w:b/>
          <w:bCs/>
        </w:rPr>
        <w:t xml:space="preserve">.</w:t>
      </w:r>
      <w:r>
        <w:br/>
      </w:r>
      <w:r>
        <w:t xml:space="preserve">    (a) in a manner that involves betrayal</w:t>
      </w:r>
      <w:r>
        <w:br/>
      </w:r>
      <w:r>
        <w:t xml:space="preserve">    (b) following as a result of something</w:t>
      </w:r>
      <w:r>
        <w:br/>
      </w:r>
      <w:r>
        <w:t xml:space="preserve">    (c) with longing or unfulfilled desire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most potent in his education was the cuff of the master's hand,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the master's voice.</w:t>
      </w:r>
      <w:r>
        <w:br/>
      </w:r>
      <w:r>
        <w:t xml:space="preserve">    (a) criticism</w:t>
      </w:r>
      <w:r>
        <w:br/>
      </w:r>
      <w:r>
        <w:t xml:space="preserve">    (b) find, search, or research</w:t>
      </w:r>
      <w:r>
        <w:br/>
      </w:r>
      <w:r>
        <w:t xml:space="preserve">    (c) being a boundary or limit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watched the door for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 </w:t>
      </w:r>
      <w:r>
        <w:rPr>
          <w:b/>
          <w:bCs/>
        </w:rPr>
        <w:t xml:space="preserve">to enter.</w:t>
      </w:r>
      <w:r>
        <w:br/>
      </w:r>
      <w:r>
        <w:t xml:space="preserve">    (a) someone who offers opposition or is hostile</w:t>
      </w:r>
      <w:r>
        <w:br/>
      </w:r>
      <w:r>
        <w:t xml:space="preserve">    (b) someone who changes something (upon review)</w:t>
      </w:r>
      <w:r>
        <w:br/>
      </w:r>
      <w:r>
        <w:t xml:space="preserve">    (c) someone who takes something on as their own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2026-07-31T16:26:55Z</dcterms:created>
  <dcterms:modified xsi:type="dcterms:W3CDTF">2026-07-31T16:26:55Z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