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aaad5e9925d7e2972d2bedf8fec98307b9860a4"/>
    <w:p>
      <w:pPr>
        <w:pStyle w:val="Heading1"/>
      </w:pPr>
      <w:r>
        <w:rPr>
          <w:b/>
          <w:bCs/>
        </w:rPr>
        <w:t xml:space="preserve">White Fang</w:t>
      </w:r>
      <w:r>
        <w:br/>
      </w:r>
      <w:r>
        <w:rPr>
          <w:i/>
          <w:iCs/>
        </w:rPr>
        <w:t xml:space="preserve">Jack London</w:t>
      </w:r>
      <w:r>
        <w:br/>
      </w:r>
      <w:r>
        <w:rPr>
          <w:b/>
          <w:bCs/>
        </w:rPr>
        <w:t xml:space="preserve">Extra Credit 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wolf-dogs, clustered on the far side of the fire, snarled and bickered among themselves, but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evinced</w:t>
      </w:r>
      <w:r>
        <w:rPr>
          <w:b/>
          <w:bCs/>
        </w:rPr>
        <w:t xml:space="preserve"> </w:t>
      </w:r>
      <w:r>
        <w:rPr>
          <w:b/>
          <w:bCs/>
        </w:rPr>
        <w:t xml:space="preserve">no inclination to stray off into the darkness.</w:t>
      </w:r>
      <w:r>
        <w:br/>
      </w:r>
      <w:r>
        <w:t xml:space="preserve">    (a) copied</w:t>
      </w:r>
      <w:r>
        <w:br/>
      </w:r>
      <w:r>
        <w:t xml:space="preserve">    (b) showed</w:t>
      </w:r>
      <w:r>
        <w:br/>
      </w:r>
      <w:r>
        <w:t xml:space="preserve">    (c) traded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this was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epitaph</w:t>
      </w:r>
      <w:r>
        <w:rPr>
          <w:b/>
          <w:bCs/>
        </w:rPr>
        <w:t xml:space="preserve"> </w:t>
      </w:r>
      <w:r>
        <w:rPr>
          <w:b/>
          <w:bCs/>
        </w:rPr>
        <w:t xml:space="preserve">of a dead dog on the Northland trail—less scant than the epitaph of many another dog, of many a man.</w:t>
      </w:r>
      <w:r>
        <w:br/>
      </w:r>
      <w:r>
        <w:t xml:space="preserve">    (a) worry or concern about what will happen</w:t>
      </w:r>
      <w:r>
        <w:br/>
      </w:r>
      <w:r>
        <w:t xml:space="preserve">    (b) something that causes ongoing suffering</w:t>
      </w:r>
      <w:r>
        <w:br/>
      </w:r>
      <w:r>
        <w:t xml:space="preserve">    (c) a short text in memory of a dead person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One Ear was uttering quick, eager whines, lunging at the length of his stick toward the darkness,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desisting</w:t>
      </w:r>
      <w:r>
        <w:rPr>
          <w:b/>
          <w:bCs/>
        </w:rPr>
        <w:t xml:space="preserve"> </w:t>
      </w:r>
      <w:r>
        <w:rPr>
          <w:b/>
          <w:bCs/>
        </w:rPr>
        <w:t xml:space="preserve">now and again in order to make frantic attacks on the stick with his teeth.</w:t>
      </w:r>
      <w:r>
        <w:br/>
      </w:r>
      <w:r>
        <w:t xml:space="preserve">    (a) changing</w:t>
      </w:r>
      <w:r>
        <w:br/>
      </w:r>
      <w:r>
        <w:t xml:space="preserve">    (b) stopping</w:t>
      </w:r>
      <w:r>
        <w:br/>
      </w:r>
      <w:r>
        <w:t xml:space="preserve">    (c) fighting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Bill seemed to have forgotten his forebodings of the previous night, and even waxed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facetious</w:t>
      </w:r>
      <w:r>
        <w:rPr>
          <w:b/>
          <w:bCs/>
        </w:rPr>
        <w:t xml:space="preserve"> </w:t>
      </w:r>
      <w:r>
        <w:rPr>
          <w:b/>
          <w:bCs/>
        </w:rPr>
        <w:t xml:space="preserve">with the dogs when, at midday, they overturned the sled on a bad piece of trail.</w:t>
      </w:r>
      <w:r>
        <w:br/>
      </w:r>
      <w:r>
        <w:t xml:space="preserve">    (a) without purpose, job, or natural activity</w:t>
      </w:r>
      <w:r>
        <w:br/>
      </w:r>
      <w:r>
        <w:t xml:space="preserve">    (b) unable or difficult to meet and talk with</w:t>
      </w:r>
      <w:r>
        <w:br/>
      </w:r>
      <w:r>
        <w:t xml:space="preserve">    (c) treating serious issues in a humorous way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Then it was that his lips half writhed into a snarl, and the hair of his neck and shoulders involuntarily bristled, while he half crouched for a spring, his claws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spasmodically</w:t>
      </w:r>
      <w:r>
        <w:rPr>
          <w:b/>
          <w:bCs/>
        </w:rPr>
        <w:t xml:space="preserve"> </w:t>
      </w:r>
      <w:r>
        <w:rPr>
          <w:b/>
          <w:bCs/>
        </w:rPr>
        <w:t xml:space="preserve">clutching into the snow-surface for firmer footing.</w:t>
      </w:r>
      <w:r>
        <w:br/>
      </w:r>
      <w:r>
        <w:t xml:space="preserve">    (a) happening for short periods and not in a regular pattern; or relating to muscle spasms</w:t>
      </w:r>
      <w:r>
        <w:br/>
      </w:r>
      <w:r>
        <w:t xml:space="preserve">    (b) in a way that is not appropriate in size, amount, or degree relative to something else</w:t>
      </w:r>
      <w:r>
        <w:br/>
      </w:r>
      <w:r>
        <w:t xml:space="preserve">    (c) in a manner that is so bad it is laughable or contemptible -- possibly mixed with pity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For him to resent such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reproof</w:t>
      </w:r>
      <w:r>
        <w:rPr>
          <w:b/>
          <w:bCs/>
        </w:rPr>
        <w:t xml:space="preserve"> </w:t>
      </w:r>
      <w:r>
        <w:rPr>
          <w:b/>
          <w:bCs/>
        </w:rPr>
        <w:t xml:space="preserve">was equally unexpected to her, and she sprang upon him in snarling indignation.</w:t>
      </w:r>
      <w:r>
        <w:br/>
      </w:r>
      <w:r>
        <w:t xml:space="preserve">    (a) main road</w:t>
      </w:r>
      <w:r>
        <w:br/>
      </w:r>
      <w:r>
        <w:t xml:space="preserve">    (b) hard work</w:t>
      </w:r>
      <w:r>
        <w:br/>
      </w:r>
      <w:r>
        <w:t xml:space="preserve">    (c) criticism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instinctive fear of the father of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progeny</w:t>
      </w:r>
      <w:r>
        <w:rPr>
          <w:b/>
          <w:bCs/>
        </w:rPr>
        <w:t xml:space="preserve"> </w:t>
      </w:r>
      <w:r>
        <w:rPr>
          <w:b/>
          <w:bCs/>
        </w:rPr>
        <w:t xml:space="preserve">was toning down.</w:t>
      </w:r>
      <w:r>
        <w:br/>
      </w:r>
      <w:r>
        <w:t xml:space="preserve">    (a) the belief that God created the universe, but that he doesn't interfere with how it runs</w:t>
      </w:r>
      <w:r>
        <w:br/>
      </w:r>
      <w:r>
        <w:t xml:space="preserve">    (b) a process of urging or commanding someone to do something; or a document for that purpose</w:t>
      </w:r>
      <w:r>
        <w:br/>
      </w:r>
      <w:r>
        <w:t xml:space="preserve">    (c) someone's child or children</w:t>
      </w:r>
      <w:r>
        <w:br/>
      </w:r>
      <w:r>
        <w:br/>
      </w:r>
      <w:r>
        <w:t xml:space="preserve">or less commonly: anything that develops from something else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after such classification he avoided the things that hurt, the restrictions and restraints, in order to enjoy the satisfactions and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remunerations</w:t>
      </w:r>
      <w:r>
        <w:rPr>
          <w:b/>
          <w:bCs/>
        </w:rPr>
        <w:t xml:space="preserve"> </w:t>
      </w:r>
      <w:r>
        <w:rPr>
          <w:b/>
          <w:bCs/>
        </w:rPr>
        <w:t xml:space="preserve">of life.</w:t>
      </w:r>
      <w:r>
        <w:br/>
      </w:r>
      <w:r>
        <w:t xml:space="preserve">    (a) payments</w:t>
      </w:r>
      <w:r>
        <w:br/>
      </w:r>
      <w:r>
        <w:t xml:space="preserve">    (b) thoughts</w:t>
      </w:r>
      <w:r>
        <w:br/>
      </w:r>
      <w:r>
        <w:t xml:space="preserve">    (c) restores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Then there were the pebbles and stones that turned under him when he trod upon them; and from them he came to know that the things not alive were not all in the same state of stable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equilibrium</w:t>
      </w:r>
      <w:r>
        <w:rPr>
          <w:b/>
          <w:bCs/>
        </w:rPr>
        <w:t xml:space="preserve"> </w:t>
      </w:r>
      <w:r>
        <w:rPr>
          <w:b/>
          <w:bCs/>
        </w:rPr>
        <w:t xml:space="preserve">as was his cave—also, that small things not alive were more liable than large things to fall down or turn over.</w:t>
      </w:r>
      <w:r>
        <w:br/>
      </w:r>
      <w:r>
        <w:t xml:space="preserve">    (a) balance</w:t>
      </w:r>
      <w:r>
        <w:br/>
      </w:r>
      <w:r>
        <w:t xml:space="preserve">    (b) payment</w:t>
      </w:r>
      <w:r>
        <w:br/>
      </w:r>
      <w:r>
        <w:t xml:space="preserve">    (c) thought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she thrust him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ignominiously</w:t>
      </w:r>
      <w:r>
        <w:rPr>
          <w:b/>
          <w:bCs/>
        </w:rPr>
        <w:t xml:space="preserve"> </w:t>
      </w:r>
      <w:r>
        <w:rPr>
          <w:b/>
          <w:bCs/>
        </w:rPr>
        <w:t xml:space="preserve">away and behind her.</w:t>
      </w:r>
      <w:r>
        <w:br/>
      </w:r>
      <w:r>
        <w:t xml:space="preserve">    (a) in a manner that deserves or brings disgrace or shame</w:t>
      </w:r>
      <w:r>
        <w:br/>
      </w:r>
      <w:r>
        <w:t xml:space="preserve">    (b) in a manner that is clear, so it is easily understood</w:t>
      </w:r>
      <w:r>
        <w:br/>
      </w:r>
      <w:r>
        <w:t xml:space="preserve">    (c) with exceptional or heroic courage when facing danger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no longer afraid of minor things, and much of his timidity had vanished, though the unknown never ceased to press upon him with its mysteries and terrors,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intangible</w:t>
      </w:r>
      <w:r>
        <w:rPr>
          <w:b/>
          <w:bCs/>
        </w:rPr>
        <w:t xml:space="preserve"> </w:t>
      </w:r>
      <w:r>
        <w:rPr>
          <w:b/>
          <w:bCs/>
        </w:rPr>
        <w:t xml:space="preserve">and ever-menacing.</w:t>
      </w:r>
      <w:r>
        <w:br/>
      </w:r>
      <w:r>
        <w:t xml:space="preserve">    (a) an artists performance of another artist's work that expresses the performer's feelings or ideas about the work</w:t>
      </w:r>
      <w:r>
        <w:br/>
      </w:r>
      <w:r>
        <w:t xml:space="preserve">    (b) someone who abandoned their religion or separated from others with whom they used to share firmly held beliefs</w:t>
      </w:r>
      <w:r>
        <w:br/>
      </w:r>
      <w:r>
        <w:t xml:space="preserve">    (c) unable to be physically touched (existing but not material or concrete); or something that is hard to identify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ridiculous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ungainly</w:t>
      </w:r>
      <w:r>
        <w:rPr>
          <w:b/>
          <w:bCs/>
        </w:rPr>
        <w:t xml:space="preserve">, lying there on his back with legs sprawling in the air.</w:t>
      </w:r>
      <w:r>
        <w:br/>
      </w:r>
      <w:r>
        <w:t xml:space="preserve">    (a) lacking grace in movement or appearance; or difficult to handle or manage</w:t>
      </w:r>
      <w:r>
        <w:br/>
      </w:r>
      <w:r>
        <w:t xml:space="preserve">    (b) lacking appropriate weight compared to height</w:t>
      </w:r>
      <w:r>
        <w:br/>
      </w:r>
      <w:r>
        <w:t xml:space="preserve">    (c) lacking adult height or maturity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part-grown puppy, somewhat larger and older than he, came toward him slowly, with ostentatious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belligerent</w:t>
      </w:r>
      <w:r>
        <w:rPr>
          <w:b/>
          <w:bCs/>
        </w:rPr>
        <w:t xml:space="preserve"> </w:t>
      </w:r>
      <w:r>
        <w:rPr>
          <w:b/>
          <w:bCs/>
        </w:rPr>
        <w:t xml:space="preserve">importance.</w:t>
      </w:r>
      <w:r>
        <w:br/>
      </w:r>
      <w:r>
        <w:t xml:space="preserve">    (a) (adjective) designed to stop something  OR  (noun) something that stops something else</w:t>
      </w:r>
      <w:r>
        <w:br/>
      </w:r>
      <w:r>
        <w:t xml:space="preserve">    (b) hostile (as though eager to fight)</w:t>
      </w:r>
      <w:r>
        <w:br/>
      </w:r>
      <w:r>
        <w:t xml:space="preserve">    (c) related to intelligence -- such as requiring, appealing to, or possessing intelligence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Perhaps they sensed his wild-wood breed, and instinctively felt for him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enmity</w:t>
      </w:r>
      <w:r>
        <w:rPr>
          <w:b/>
          <w:bCs/>
        </w:rPr>
        <w:t xml:space="preserve"> </w:t>
      </w:r>
      <w:r>
        <w:rPr>
          <w:b/>
          <w:bCs/>
        </w:rPr>
        <w:t xml:space="preserve">that the domestic dog feels for the wolf.</w:t>
      </w:r>
      <w:r>
        <w:br/>
      </w:r>
      <w:r>
        <w:t xml:space="preserve">    (a) battle</w:t>
      </w:r>
      <w:r>
        <w:br/>
      </w:r>
      <w:r>
        <w:t xml:space="preserve">    (b) hatred</w:t>
      </w:r>
      <w:r>
        <w:br/>
      </w:r>
      <w:r>
        <w:t xml:space="preserve">    (c) memory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always keyed up, alert for attack, wary of being attacked, with an eye for sudden and unexpected missiles, prepared to act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precipitately</w:t>
      </w:r>
      <w:r>
        <w:rPr>
          <w:b/>
          <w:bCs/>
        </w:rPr>
        <w:t xml:space="preserve"> </w:t>
      </w:r>
      <w:r>
        <w:rPr>
          <w:b/>
          <w:bCs/>
        </w:rPr>
        <w:t xml:space="preserve">and coolly, to leap in with a flash of teeth, or to leap away with a menacing snarl.</w:t>
      </w:r>
      <w:r>
        <w:br/>
      </w:r>
      <w:r>
        <w:t xml:space="preserve">    (a) with great haste</w:t>
      </w:r>
      <w:r>
        <w:br/>
      </w:r>
      <w:r>
        <w:t xml:space="preserve">    (b) done while awake</w:t>
      </w:r>
      <w:r>
        <w:br/>
      </w:r>
      <w:r>
        <w:t xml:space="preserve">    (c) done with excess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often a pause so gained lengthened out until it evolved into a complete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cessation</w:t>
      </w:r>
      <w:r>
        <w:rPr>
          <w:b/>
          <w:bCs/>
        </w:rPr>
        <w:t xml:space="preserve"> </w:t>
      </w:r>
      <w:r>
        <w:rPr>
          <w:b/>
          <w:bCs/>
        </w:rPr>
        <w:t xml:space="preserve">from the attack.</w:t>
      </w:r>
      <w:r>
        <w:br/>
      </w:r>
      <w:r>
        <w:t xml:space="preserve">    (a) a stopping</w:t>
      </w:r>
      <w:r>
        <w:br/>
      </w:r>
      <w:r>
        <w:t xml:space="preserve">    (b) difference</w:t>
      </w:r>
      <w:r>
        <w:br/>
      </w:r>
      <w:r>
        <w:t xml:space="preserve">    (c) thigh bone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Not only was such an act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sacrilegious</w:t>
      </w:r>
      <w:r>
        <w:rPr>
          <w:b/>
          <w:bCs/>
        </w:rPr>
        <w:t xml:space="preserve"> </w:t>
      </w:r>
      <w:r>
        <w:rPr>
          <w:b/>
          <w:bCs/>
        </w:rPr>
        <w:t xml:space="preserve">in its nature, but it was fraught with peril.</w:t>
      </w:r>
      <w:r>
        <w:br/>
      </w:r>
      <w:r>
        <w:t xml:space="preserve">    (a) able to be persuaded to do something by tempting with pleasure or something desired</w:t>
      </w:r>
      <w:r>
        <w:br/>
      </w:r>
      <w:r>
        <w:t xml:space="preserve">    (b) relating to one-sided information that is purposefully spread to influence opinions</w:t>
      </w:r>
      <w:r>
        <w:br/>
      </w:r>
      <w:r>
        <w:t xml:space="preserve">    (c) disrespectful of something others consider important -- especially something sacred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Not only was such an act sacrilegious in its nature, but it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fraught</w:t>
      </w:r>
      <w:r>
        <w:rPr>
          <w:b/>
          <w:bCs/>
        </w:rPr>
        <w:t xml:space="preserve"> </w:t>
      </w:r>
      <w:r>
        <w:rPr>
          <w:b/>
          <w:bCs/>
        </w:rPr>
        <w:t xml:space="preserve">with peril.</w:t>
      </w:r>
      <w:r>
        <w:br/>
      </w:r>
      <w:r>
        <w:t xml:space="preserve">    (a) the state of not being aware or concerned about something</w:t>
      </w:r>
      <w:r>
        <w:br/>
      </w:r>
      <w:r>
        <w:t xml:space="preserve">    (b) a state similar to sleep where one is unaware of anything</w:t>
      </w:r>
      <w:r>
        <w:br/>
      </w:r>
      <w:r>
        <w:t xml:space="preserve">    (c) full of negative things; or marked by or causing distress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apex</w:t>
      </w:r>
      <w:r>
        <w:rPr>
          <w:b/>
          <w:bCs/>
        </w:rPr>
        <w:t xml:space="preserve"> </w:t>
      </w:r>
      <w:r>
        <w:rPr>
          <w:b/>
          <w:bCs/>
        </w:rPr>
        <w:t xml:space="preserve">might be likened to a point.</w:t>
      </w:r>
      <w:r>
        <w:br/>
      </w:r>
      <w:r>
        <w:t xml:space="preserve">    (a) highest point</w:t>
      </w:r>
      <w:r>
        <w:br/>
      </w:r>
      <w:r>
        <w:t xml:space="preserve">    (b) determination</w:t>
      </w:r>
      <w:r>
        <w:br/>
      </w:r>
      <w:r>
        <w:t xml:space="preserve">    (c) use of reason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short, Beauty Smith was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monstrosity</w:t>
      </w:r>
      <w:r>
        <w:rPr>
          <w:b/>
          <w:bCs/>
        </w:rPr>
        <w:t xml:space="preserve">, and the blame of it lay elsewhere.</w:t>
      </w:r>
      <w:r>
        <w:br/>
      </w:r>
      <w:r>
        <w:t xml:space="preserve">    (a) a central open space in a building</w:t>
      </w:r>
      <w:r>
        <w:br/>
      </w:r>
      <w:r>
        <w:t xml:space="preserve">    (b) something that is big and terrible</w:t>
      </w:r>
      <w:r>
        <w:br/>
      </w:r>
      <w:r>
        <w:t xml:space="preserve">    (c) particles emitted by nuclear decay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2026-07-31T16:26:55Z</dcterms:created>
  <dcterms:modified xsi:type="dcterms:W3CDTF">2026-07-31T16:26:55Z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