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16ad7a61a97df5cd47522532f871125e704114"/>
    <w:p>
      <w:pPr>
        <w:pStyle w:val="Heading1"/>
      </w:pPr>
      <w:r>
        <w:rPr>
          <w:b/>
          <w:bCs/>
        </w:rPr>
        <w:t xml:space="preserve">White: The Great Pursuit</w:t>
      </w:r>
      <w:r>
        <w:br/>
      </w:r>
      <w:r>
        <w:rPr>
          <w:i/>
          <w:iCs/>
        </w:rPr>
        <w:t xml:space="preserve">Ted Dekker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man, woman, and child carried a blazing torch, ready to light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pyre</w:t>
      </w:r>
      <w:r>
        <w:rPr>
          <w:b/>
          <w:bCs/>
        </w:rPr>
        <w:t xml:space="preserve"> </w:t>
      </w:r>
      <w:r>
        <w:rPr>
          <w:b/>
          <w:bCs/>
        </w:rPr>
        <w:t xml:space="preserve">at the appropriate moment.</w:t>
      </w:r>
      <w:r>
        <w:br/>
      </w:r>
      <w:r>
        <w:t xml:space="preserve">    (a) a pile of wood or other burnable material</w:t>
      </w:r>
      <w:r>
        <w:br/>
      </w:r>
      <w:r>
        <w:t xml:space="preserve">    (b) a particular understanding or explanation</w:t>
      </w:r>
      <w:r>
        <w:br/>
      </w:r>
      <w:r>
        <w:t xml:space="preserve">    (c) meticulousness (care about small details)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would seem that Johan, of all people, having been drawn out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deception</w:t>
      </w:r>
      <w:r>
        <w:rPr>
          <w:b/>
          <w:bCs/>
        </w:rPr>
        <w:t xml:space="preserve"> </w:t>
      </w:r>
      <w:r>
        <w:rPr>
          <w:b/>
          <w:bCs/>
        </w:rPr>
        <w:t xml:space="preserve">as a member of the Horde, would stand firm on the doctrine of drowning.</w:t>
      </w:r>
      <w:r>
        <w:br/>
      </w:r>
      <w:r>
        <w:t xml:space="preserve">    (a) the act of lying to or misleading someone; or something that misleads</w:t>
      </w:r>
      <w:r>
        <w:br/>
      </w:r>
      <w:r>
        <w:t xml:space="preserve">    (b) someone bound to serve another without pay -- such as a slave or serf</w:t>
      </w:r>
      <w:r>
        <w:br/>
      </w:r>
      <w:r>
        <w:t xml:space="preserve">    (c) the degree to which something can change to fit a different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would seem that Johan, of all people, having been drawn out of deception as a member of the Horde, would stand firm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doctrine</w:t>
      </w:r>
      <w:r>
        <w:rPr>
          <w:b/>
          <w:bCs/>
        </w:rPr>
        <w:t xml:space="preserve"> </w:t>
      </w:r>
      <w:r>
        <w:rPr>
          <w:b/>
          <w:bCs/>
        </w:rPr>
        <w:t xml:space="preserve">of drowning.</w:t>
      </w:r>
      <w:r>
        <w:br/>
      </w:r>
      <w:r>
        <w:t xml:space="preserve">    (a) a belief (or system of beliefs or principles) accepted as authoritative by some group</w:t>
      </w:r>
      <w:r>
        <w:br/>
      </w:r>
      <w:r>
        <w:t xml:space="preserve">    (b) an economic system where most decisions are made through voluntary buying and selling</w:t>
      </w:r>
      <w:r>
        <w:br/>
      </w:r>
      <w:r>
        <w:t xml:space="preserve">    (c) a substance that stimulates the production of antibodies to protect against a disease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Hordes</w:t>
      </w:r>
      <w:r>
        <w:rPr>
          <w:b/>
          <w:bCs/>
        </w:rPr>
        <w:t xml:space="preserve"> </w:t>
      </w:r>
      <w:r>
        <w:rPr>
          <w:b/>
          <w:bCs/>
        </w:rPr>
        <w:t xml:space="preserve">who pursue us, what is all this nonsense?</w:t>
      </w:r>
      <w:r>
        <w:br/>
      </w:r>
      <w:r>
        <w:t xml:space="preserve">    (a) fat compounds</w:t>
      </w:r>
      <w:r>
        <w:br/>
      </w:r>
      <w:r>
        <w:t xml:space="preserve">    (b) psychiatrists</w:t>
      </w:r>
      <w:r>
        <w:br/>
      </w:r>
      <w:r>
        <w:t xml:space="preserve">    (c) large numbers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is why I've come, not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reminisce</w:t>
      </w:r>
      <w:r>
        <w:rPr>
          <w:b/>
          <w:bCs/>
        </w:rPr>
        <w:t xml:space="preserve"> </w:t>
      </w:r>
      <w:r>
        <w:rPr>
          <w:b/>
          <w:bCs/>
        </w:rPr>
        <w:t xml:space="preserve">about your dreams.</w:t>
      </w:r>
      <w:r>
        <w:br/>
      </w:r>
      <w:r>
        <w:t xml:space="preserve">    (a) a slight amount; or to contain a slight amount</w:t>
      </w:r>
      <w:r>
        <w:br/>
      </w:r>
      <w:r>
        <w:t xml:space="preserve">    (b) to talk or think fondly about past experiences</w:t>
      </w:r>
      <w:r>
        <w:br/>
      </w:r>
      <w:r>
        <w:t xml:space="preserve">    (c) something that is necessary for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now you think this Book, which is from here where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metaphors</w:t>
      </w:r>
      <w:r>
        <w:rPr>
          <w:b/>
          <w:bCs/>
        </w:rPr>
        <w:t xml:space="preserve"> </w:t>
      </w:r>
      <w:r>
        <w:rPr>
          <w:b/>
          <w:bCs/>
        </w:rPr>
        <w:t xml:space="preserve">express themselves literally, might do the same in this dream world of yours?</w:t>
      </w:r>
      <w:r>
        <w:br/>
      </w:r>
      <w:r>
        <w:t xml:space="preserve">    (a) people knowledgeable in the collection and interpretation of numerical data -- especially someone who uses statistics to calculate insurance premiums</w:t>
      </w:r>
      <w:r>
        <w:br/>
      </w:r>
      <w:r>
        <w:t xml:space="preserve">    (b) figures of speech in which a similarity between two things is highlighted by using a word to refer to something that it does not</w:t>
      </w:r>
      <w:r>
        <w:t xml:space="preserve"> </w:t>
      </w:r>
      <w:r>
        <w:rPr>
          <w:i/>
          <w:iCs/>
        </w:rPr>
        <w:t xml:space="preserve">literally</w:t>
      </w:r>
      <w:r>
        <w:t xml:space="preserve"> </w:t>
      </w:r>
      <w:r>
        <w:t xml:space="preserve">mean</w:t>
      </w:r>
      <w:r>
        <w:br/>
      </w:r>
      <w:r>
        <w:t xml:space="preserve">    (c) people of the ancient collection of city states at eastern end of the Mediterranean known for their maritime trading culture between 1550 BC to 300 BC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</w:t>
      </w:r>
      <w:r>
        <w:rPr>
          <w:b/>
          <w:bCs/>
        </w:rPr>
        <w:t xml:space="preserve"> </w:t>
      </w:r>
      <w:r>
        <w:rPr>
          <w:b/>
          <w:bCs/>
        </w:rPr>
        <w:t xml:space="preserve">in the desert with the power to heal.</w:t>
      </w:r>
      <w:r>
        <w:br/>
      </w:r>
      <w:r>
        <w:t xml:space="preserve">    (a) snake</w:t>
      </w:r>
      <w:r>
        <w:br/>
      </w:r>
      <w:r>
        <w:t xml:space="preserve">    (b) story</w:t>
      </w:r>
      <w:r>
        <w:br/>
      </w:r>
      <w:r>
        <w:t xml:space="preserve">    (c) skill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They're 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principled</w:t>
      </w:r>
      <w:r>
        <w:rPr>
          <w:b/>
          <w:bCs/>
        </w:rPr>
        <w:t xml:space="preserve">.</w:t>
      </w:r>
      <w:r>
        <w:br/>
      </w:r>
      <w:r>
        <w:t xml:space="preserve">    (a) things that are able to change</w:t>
      </w:r>
      <w:r>
        <w:br/>
      </w:r>
      <w:r>
        <w:t xml:space="preserve">    (b) with or based on basic beliefs</w:t>
      </w:r>
      <w:r>
        <w:br/>
      </w:r>
      <w:r>
        <w:t xml:space="preserve">    (c) lacking trust or confidence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Two-thirds of the world's combined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nuclear</w:t>
      </w:r>
      <w:r>
        <w:rPr>
          <w:b/>
          <w:bCs/>
        </w:rPr>
        <w:t xml:space="preserve"> </w:t>
      </w:r>
      <w:r>
        <w:rPr>
          <w:b/>
          <w:bCs/>
        </w:rPr>
        <w:t xml:space="preserve">arsenal is presently loaded on ships, steaming to our shores.</w:t>
      </w:r>
      <w:r>
        <w:br/>
      </w:r>
      <w:r>
        <w:t xml:space="preserve">    (a) the condition of being exclusive to (someone or some group)</w:t>
      </w:r>
      <w:r>
        <w:br/>
      </w:r>
      <w:r>
        <w:t xml:space="preserve">    (b) relating to the central or most important part of something</w:t>
      </w:r>
      <w:r>
        <w:br/>
      </w:r>
      <w:r>
        <w:t xml:space="preserve">    (c) the quality of inappropriateness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Thomas crouched in the forest watching the frenzied search of the house and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perimeter</w:t>
      </w:r>
      <w:r>
        <w:rPr>
          <w:b/>
          <w:bCs/>
        </w:rPr>
        <w:t xml:space="preserve">.</w:t>
      </w:r>
      <w:r>
        <w:br/>
      </w:r>
      <w:r>
        <w:t xml:space="preserve">    (a) a hoofed mamma</w:t>
      </w:r>
      <w:r>
        <w:br/>
      </w:r>
      <w:r>
        <w:t xml:space="preserve">    (b) a fat compound</w:t>
      </w:r>
      <w:r>
        <w:br/>
      </w:r>
      <w:r>
        <w:t xml:space="preserve">    (c) the outer edge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Aiding him in any way would be seen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treason</w:t>
      </w:r>
      <w:r>
        <w:rPr>
          <w:b/>
          <w:bCs/>
        </w:rPr>
        <w:t xml:space="preserve">.</w:t>
      </w:r>
      <w:r>
        <w:br/>
      </w:r>
      <w:r>
        <w:t xml:space="preserve">    (a) untied or released</w:t>
      </w:r>
      <w:r>
        <w:br/>
      </w:r>
      <w:r>
        <w:t xml:space="preserve">    (b) easily set on fire</w:t>
      </w:r>
      <w:r>
        <w:br/>
      </w:r>
      <w:r>
        <w:t xml:space="preserve">    (c) an act of betrayal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fact that she'd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complicit</w:t>
      </w:r>
      <w:r>
        <w:rPr>
          <w:b/>
          <w:bCs/>
        </w:rPr>
        <w:t xml:space="preserve"> </w:t>
      </w:r>
      <w:r>
        <w:rPr>
          <w:b/>
          <w:bCs/>
        </w:rPr>
        <w:t xml:space="preserve">in condemning Justin only made her anger toward the deception that blinded them more acute.</w:t>
      </w:r>
      <w:r>
        <w:br/>
      </w:r>
      <w:r>
        <w:t xml:space="preserve">    (a) poor ability to make a decision</w:t>
      </w:r>
      <w:r>
        <w:br/>
      </w:r>
      <w:r>
        <w:t xml:space="preserve">    (b) non-traditional or non-standard</w:t>
      </w:r>
      <w:r>
        <w:br/>
      </w:r>
      <w:r>
        <w:t xml:space="preserve">    (c) guilty of helping in wrongdoing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</w:t>
      </w:r>
      <w:r>
        <w:rPr>
          <w:b/>
          <w:bCs/>
        </w:rPr>
        <w:t xml:space="preserve"> </w:t>
      </w:r>
      <w:r>
        <w:rPr>
          <w:b/>
          <w:bCs/>
        </w:rPr>
        <w:t xml:space="preserve">to the judgment of this council.</w:t>
      </w:r>
      <w:r>
        <w:br/>
      </w:r>
      <w:r>
        <w:t xml:space="preserve">    (a) argue</w:t>
      </w:r>
      <w:r>
        <w:br/>
      </w:r>
      <w:r>
        <w:t xml:space="preserve">    (b) submit (accept its judgment as superior to my own)</w:t>
      </w:r>
      <w:r>
        <w:br/>
      </w:r>
      <w:r>
        <w:t xml:space="preserve">    (c) pretend to be ignorant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mind flashed over the last few years, searching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inconsistencies</w:t>
      </w:r>
      <w:r>
        <w:rPr>
          <w:b/>
          <w:bCs/>
        </w:rPr>
        <w:t xml:space="preserve"> </w:t>
      </w:r>
      <w:r>
        <w:rPr>
          <w:b/>
          <w:bCs/>
        </w:rPr>
        <w:t xml:space="preserve">in the man's performance.</w:t>
      </w:r>
      <w:r>
        <w:br/>
      </w:r>
      <w:r>
        <w:t xml:space="preserve">    (a) sculptures or other things made of the brownish metal with the same name -- such as third place medals</w:t>
      </w:r>
      <w:r>
        <w:br/>
      </w:r>
      <w:r>
        <w:t xml:space="preserve">    (b) not the same in different parts or at different times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not in agreement [with something else]</w:t>
      </w:r>
      <w:r>
        <w:br/>
      </w:r>
      <w:r>
        <w:t xml:space="preserve">    (c) small paper forms made to lists the amount of money and each check being deposited into a bank account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Fortier has no acceptable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for handing over the antivirus when our ships meet his in"—he glanced at his watch—"thirty-six hours now.</w:t>
      </w:r>
      <w:r>
        <w:br/>
      </w:r>
      <w:r>
        <w:t xml:space="preserve">    (a) the sacred writings of Islam</w:t>
      </w:r>
      <w:r>
        <w:br/>
      </w:r>
      <w:r>
        <w:t xml:space="preserve">    (b) small quantity or indication</w:t>
      </w:r>
      <w:r>
        <w:br/>
      </w:r>
      <w:r>
        <w:t xml:space="preserve">    (c) reason (for doing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get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bind</w:t>
      </w:r>
      <w:r>
        <w:rPr>
          <w:b/>
          <w:bCs/>
        </w:rPr>
        <w:t xml:space="preserve">, I come after you.</w:t>
      </w:r>
      <w:r>
        <w:br/>
      </w:r>
      <w:r>
        <w:t xml:space="preserve">    (a) restarting (a fire)</w:t>
      </w:r>
      <w:r>
        <w:br/>
      </w:r>
      <w:r>
        <w:t xml:space="preserve">    (b) wrong understanding</w:t>
      </w:r>
      <w:r>
        <w:br/>
      </w:r>
      <w:r>
        <w:t xml:space="preserve">    (c) difficult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warn you, we have a law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binds</w:t>
      </w:r>
      <w:r>
        <w:rPr>
          <w:b/>
          <w:bCs/>
        </w:rPr>
        <w:t xml:space="preserve"> </w:t>
      </w:r>
      <w:r>
        <w:rPr>
          <w:b/>
          <w:bCs/>
        </w:rPr>
        <w:t xml:space="preserve">us.</w:t>
      </w:r>
      <w:r>
        <w:br/>
      </w:r>
      <w:r>
        <w:t xml:space="preserve">    (a) constrains</w:t>
      </w:r>
      <w:r>
        <w:br/>
      </w:r>
      <w:r>
        <w:t xml:space="preserve">    (b) places where conditions are kept as they were to protect wildlife</w:t>
      </w:r>
      <w:r>
        <w:br/>
      </w:r>
      <w:r>
        <w:t xml:space="preserve">    (c) people, organizations, lifeforms, or things that exist separately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face collided with cold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, but he managed a hand on the general s leather breastplate.</w:t>
      </w:r>
      <w:r>
        <w:br/>
      </w:r>
      <w:r>
        <w:t xml:space="preserve">    (a) examine in detail to better understand</w:t>
      </w:r>
      <w:r>
        <w:br/>
      </w:r>
      <w:r>
        <w:t xml:space="preserve">    (b) a type of metal</w:t>
      </w:r>
      <w:r>
        <w:br/>
      </w:r>
      <w:r>
        <w:t xml:space="preserve">    (c)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 said time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</w:t>
      </w:r>
      <w:r>
        <w:rPr>
          <w:b/>
          <w:bCs/>
        </w:rPr>
        <w:t xml:space="preserve">," he said.</w:t>
      </w:r>
      <w:r>
        <w:br/>
      </w:r>
      <w:r>
        <w:t xml:space="preserve">    (a) something that is made or manufactured</w:t>
      </w:r>
      <w:r>
        <w:br/>
      </w:r>
      <w:r>
        <w:t xml:space="preserve">    (b) thing that affects a result or outcome</w:t>
      </w:r>
      <w:r>
        <w:br/>
      </w:r>
      <w:r>
        <w:t xml:space="preserve">    (c) job, reservation, booking, or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they hadn't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factored</w:t>
      </w:r>
      <w:r>
        <w:rPr>
          <w:b/>
          <w:bCs/>
        </w:rPr>
        <w:t xml:space="preserve"> </w:t>
      </w:r>
      <w:r>
        <w:rPr>
          <w:b/>
          <w:bCs/>
        </w:rPr>
        <w:t xml:space="preserve">in Thomas.</w:t>
      </w:r>
      <w:r>
        <w:br/>
      </w:r>
      <w:r>
        <w:t xml:space="preserve">    (a) moved to a worse or less prestigious situation</w:t>
      </w:r>
      <w:r>
        <w:br/>
      </w:r>
      <w:r>
        <w:t xml:space="preserve">    (b) considered (for affect on a result or outcome)</w:t>
      </w:r>
      <w:r>
        <w:br/>
      </w:r>
      <w:r>
        <w:t xml:space="preserve">    (c) held together (connected or united) or wrapped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2026-07-31T16:39:53Z</dcterms:created>
  <dcterms:modified xsi:type="dcterms:W3CDTF">2026-07-31T16:39:53Z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