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2bb6a95a15262b4f7e2b2502a4a6e249aa585b"/>
    <w:p>
      <w:pPr>
        <w:pStyle w:val="Heading1"/>
      </w:pPr>
      <w:r>
        <w:rPr>
          <w:b/>
          <w:bCs/>
        </w:rPr>
        <w:t xml:space="preserve">Where She Went</w:t>
      </w:r>
      <w:r>
        <w:br/>
      </w:r>
      <w:r>
        <w:rPr>
          <w:i/>
          <w:iCs/>
        </w:rPr>
        <w:t xml:space="preserve">Gayle Forman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Those two events are kinda like the bookends of what my life has become: making the music, which I like, and talking about making the music, which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.</w:t>
      </w:r>
      <w:r>
        <w:br/>
      </w:r>
      <w:r>
        <w:t xml:space="preserve">    (a) draw</w:t>
      </w:r>
      <w:r>
        <w:br/>
      </w:r>
      <w:r>
        <w:t xml:space="preserve">    (b) hate</w:t>
      </w:r>
      <w:r>
        <w:br/>
      </w:r>
      <w:r>
        <w:t xml:space="preserve">    (c) quit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turned this indie-pop band into a primal rock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?</w:t>
      </w:r>
      <w:r>
        <w:br/>
      </w:r>
      <w:r>
        <w:t xml:space="preserve">    (a) something important that is hard to see or sense</w:t>
      </w:r>
      <w:r>
        <w:br/>
      </w:r>
      <w:r>
        <w:t xml:space="preserve">    (b) something that exists or happened -- often of special interest</w:t>
      </w:r>
      <w:r>
        <w:br/>
      </w:r>
      <w:r>
        <w:t xml:space="preserve">    (c) something that was once small, but is getting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all her talk of writing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definitive</w:t>
      </w:r>
      <w:r>
        <w:rPr>
          <w:b/>
          <w:bCs/>
        </w:rPr>
        <w:t xml:space="preserve"> </w:t>
      </w:r>
      <w:r>
        <w:rPr>
          <w:b/>
          <w:bCs/>
        </w:rPr>
        <w:t xml:space="preserve">surveys, for all her investigative skills, she's no different from all the other hack journalists and stalker photographers, dying to be the first to deliver a big scoop, either on a birth: Is It Twins for Adam and Bryn?</w:t>
      </w:r>
      <w:r>
        <w:br/>
      </w:r>
      <w:r>
        <w:t xml:space="preserve">    (a) increasing reason or general desire to do something</w:t>
      </w:r>
      <w:r>
        <w:br/>
      </w:r>
      <w:r>
        <w:t xml:space="preserve">    (b) the state of being unaware of one's mental activity</w:t>
      </w:r>
      <w:r>
        <w:br/>
      </w:r>
      <w:r>
        <w:t xml:space="preserve">    (c) best possible, final, or definite (beyond question)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idea that nothing's sacred. Everything's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fodder</w:t>
      </w:r>
      <w:r>
        <w:rPr>
          <w:b/>
          <w:bCs/>
        </w:rPr>
        <w:t xml:space="preserve">.</w:t>
      </w:r>
      <w:r>
        <w:br/>
      </w:r>
      <w:r>
        <w:t xml:space="preserve">    (a) control in advance (how something will turn out)</w:t>
      </w:r>
      <w:r>
        <w:br/>
      </w:r>
      <w:r>
        <w:t xml:space="preserve">    (b) something useful for a particular purpose</w:t>
      </w:r>
      <w:r>
        <w:br/>
      </w:r>
      <w:r>
        <w:t xml:space="preserve">    (c) move again into position to work; or start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go on, go on ahead, I silently tell her. Get your picture taken with me and your life becomes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fodder</w:t>
      </w:r>
      <w:r>
        <w:rPr>
          <w:b/>
          <w:bCs/>
        </w:rPr>
        <w:t xml:space="preserve"> </w:t>
      </w:r>
      <w:r>
        <w:rPr>
          <w:b/>
          <w:bCs/>
        </w:rPr>
        <w:t xml:space="preserve">for the mill.</w:t>
      </w:r>
      <w:r>
        <w:br/>
      </w:r>
      <w:r>
        <w:t xml:space="preserve">    (a) persuade someone to want something (often sex or love) by tempting with something desired</w:t>
      </w:r>
      <w:r>
        <w:br/>
      </w:r>
      <w:r>
        <w:t xml:space="preserve">    (b) food (figuratively)</w:t>
      </w:r>
      <w:r>
        <w:br/>
      </w:r>
      <w:r>
        <w:t xml:space="preserve">    (c) a legal order requiring witnesses to appear, or documents related to an appeal be provided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this assumption among my family, Bryn, the rest of the band—well, at least there used to be among those guys—that I somehow deserve all this, that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</w:t>
      </w:r>
      <w:r>
        <w:rPr>
          <w:b/>
          <w:bCs/>
        </w:rPr>
        <w:t xml:space="preserve"> </w:t>
      </w:r>
      <w:r>
        <w:rPr>
          <w:b/>
          <w:bCs/>
        </w:rPr>
        <w:t xml:space="preserve">and wealth is payback.</w:t>
      </w:r>
      <w:r>
        <w:br/>
      </w:r>
      <w:r>
        <w:t xml:space="preserve">    (a) draw pictures to accompany</w:t>
      </w:r>
      <w:r>
        <w:br/>
      </w:r>
      <w:r>
        <w:t xml:space="preserve">    (b) hire again or occupy again</w:t>
      </w:r>
      <w:r>
        <w:br/>
      </w:r>
      <w:r>
        <w:t xml:space="preserve">    (c) enthusiastic public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used to wear it up like that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recitals</w:t>
      </w:r>
      <w:r>
        <w:rPr>
          <w:b/>
          <w:bCs/>
        </w:rPr>
        <w:t xml:space="preserve"> </w:t>
      </w:r>
      <w:r>
        <w:rPr>
          <w:b/>
          <w:bCs/>
        </w:rPr>
        <w:t xml:space="preserve">and chamber music concerts, but with little pieces hanging down, to soften the severity of the look.</w:t>
      </w:r>
      <w:r>
        <w:br/>
      </w:r>
      <w:r>
        <w:t xml:space="preserve">    (a) translations</w:t>
      </w:r>
      <w:r>
        <w:br/>
      </w:r>
      <w:r>
        <w:t xml:space="preserve">    (b) performances</w:t>
      </w:r>
      <w:r>
        <w:br/>
      </w:r>
      <w:r>
        <w:t xml:space="preserve">    (c) concentrates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as for me, I had Mia's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rehabilitation</w:t>
      </w:r>
      <w:r>
        <w:rPr>
          <w:b/>
          <w:bCs/>
        </w:rPr>
        <w:t xml:space="preserve"> </w:t>
      </w:r>
      <w:r>
        <w:rPr>
          <w:b/>
          <w:bCs/>
        </w:rPr>
        <w:t xml:space="preserve">to worry about, not my own.</w:t>
      </w:r>
      <w:r>
        <w:br/>
      </w:r>
      <w:r>
        <w:t xml:space="preserve">    (a) to restore someone to a state of good condition</w:t>
      </w:r>
      <w:r>
        <w:br/>
      </w:r>
      <w:r>
        <w:t xml:space="preserve">    (b) the degree to which something can be translated</w:t>
      </w:r>
      <w:r>
        <w:br/>
      </w:r>
      <w:r>
        <w:t xml:space="preserve">    (c) the state or character of agreeing or approving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gave the speech therapists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neurologists</w:t>
      </w:r>
      <w:r>
        <w:rPr>
          <w:b/>
          <w:bCs/>
        </w:rPr>
        <w:t xml:space="preserve"> </w:t>
      </w:r>
      <w:r>
        <w:rPr>
          <w:b/>
          <w:bCs/>
        </w:rPr>
        <w:t xml:space="preserve">clues as to the hopscotch way her brain had been impacted, and they tailored their therapies accordingly.</w:t>
      </w:r>
      <w:r>
        <w:br/>
      </w:r>
      <w:r>
        <w:t xml:space="preserve">    (a) rights that are naturally due because of human nature and the natural condition</w:t>
      </w:r>
      <w:r>
        <w:br/>
      </w:r>
      <w:r>
        <w:t xml:space="preserve">    (b) the branch of medicine that deals with the nervous system (including the brain)</w:t>
      </w:r>
      <w:r>
        <w:br/>
      </w:r>
      <w:r>
        <w:t xml:space="preserve">    (c) angles measuring 90 degrees (like the angle between a classroom floor and wall)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it's the most normal thing in the world for me to be at her concert and for her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me into her sanctum.</w:t>
      </w:r>
      <w:r>
        <w:br/>
      </w:r>
      <w:r>
        <w:t xml:space="preserve">    (a) called -- typically to come nearer by using a hand gesture or a nod</w:t>
      </w:r>
      <w:r>
        <w:br/>
      </w:r>
      <w:r>
        <w:t xml:space="preserve">    (b) provided evidence of something -- especially oral evidence in court</w:t>
      </w:r>
      <w:r>
        <w:br/>
      </w:r>
      <w:r>
        <w:t xml:space="preserve">    (c) showed something -- such as demonstrated, expressed, or represented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words just hang out there,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.</w:t>
      </w:r>
      <w:r>
        <w:br/>
      </w:r>
      <w:r>
        <w:t xml:space="preserve">    (a) huge</w:t>
      </w:r>
      <w:r>
        <w:br/>
      </w:r>
      <w:r>
        <w:t xml:space="preserve">    (b) threatening (suggestive of, or foreshadowing bad things to come)</w:t>
      </w:r>
      <w:r>
        <w:br/>
      </w:r>
      <w:r>
        <w:t xml:space="preserve">    (c) comforting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picture her in a booth back in our place in Oregon, waving her fork around,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critiqued</w:t>
      </w:r>
      <w:r>
        <w:rPr>
          <w:b/>
          <w:bCs/>
        </w:rPr>
        <w:t xml:space="preserve"> </w:t>
      </w:r>
      <w:r>
        <w:rPr>
          <w:b/>
          <w:bCs/>
        </w:rPr>
        <w:t xml:space="preserve">her own performance.</w:t>
      </w:r>
      <w:r>
        <w:br/>
      </w:r>
      <w:r>
        <w:t xml:space="preserve">    (a) not having taken power or responsibility</w:t>
      </w:r>
      <w:r>
        <w:br/>
      </w:r>
      <w:r>
        <w:t xml:space="preserve">    (b) compensated for a loss; or paid a reward</w:t>
      </w:r>
      <w:r>
        <w:br/>
      </w:r>
      <w:r>
        <w:t xml:space="preserve">    (c) an examination and judgment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 Mia's stomach gurgles again, reminding us that we've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waylaid</w:t>
      </w:r>
      <w:r>
        <w:rPr>
          <w:b/>
          <w:bCs/>
        </w:rPr>
        <w:t xml:space="preserve"> </w:t>
      </w:r>
      <w:r>
        <w:rPr>
          <w:b/>
          <w:bCs/>
        </w:rPr>
        <w:t xml:space="preserve">in this garden.</w:t>
      </w:r>
      <w:r>
        <w:br/>
      </w:r>
      <w:r>
        <w:t xml:space="preserve">    (a) the state or character of being absolutely sure of something</w:t>
      </w:r>
      <w:r>
        <w:br/>
      </w:r>
      <w:r>
        <w:t xml:space="preserve">    (b) to stop someone unexpectedly -- usually to attack or to talk</w:t>
      </w:r>
      <w:r>
        <w:br/>
      </w:r>
      <w:r>
        <w:t xml:space="preserve">    (c) to again think carefully and make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sound of my footsteps slapping against the pavement, I can almost hear the word,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reprieve</w:t>
      </w:r>
      <w:r>
        <w:rPr>
          <w:b/>
          <w:bCs/>
        </w:rPr>
        <w:t xml:space="preserve">, reprieve, echo through the city streets.</w:t>
      </w:r>
      <w:r>
        <w:br/>
      </w:r>
      <w:r>
        <w:t xml:space="preserve">    (a) the act of hiding something by making it blend in with its surroundings; or hiding the truth; or something that hides or deceives</w:t>
      </w:r>
      <w:r>
        <w:br/>
      </w:r>
      <w:r>
        <w:t xml:space="preserve">    (b) temporary relief from something difficult or unpleasant; can also refer to a delay in punishment -- especially the death penalty</w:t>
      </w:r>
      <w:r>
        <w:br/>
      </w:r>
      <w:r>
        <w:t xml:space="preserve">    (c) present something to treat as true in order to advance a discussion or to further investigation even though it might not be true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context</w:t>
      </w:r>
      <w:r>
        <w:rPr>
          <w:b/>
          <w:bCs/>
        </w:rPr>
        <w:t xml:space="preserve"> </w:t>
      </w:r>
      <w:r>
        <w:rPr>
          <w:b/>
          <w:bCs/>
        </w:rPr>
        <w:t xml:space="preserve">thing.</w:t>
      </w:r>
      <w:r>
        <w:br/>
      </w:r>
      <w:r>
        <w:t xml:space="preserve">    (a) the act of interacting or getting interested again</w:t>
      </w:r>
      <w:r>
        <w:br/>
      </w:r>
      <w:r>
        <w:t xml:space="preserve">    (b) an image (seen on a mirror or other shiny surface)</w:t>
      </w:r>
      <w:r>
        <w:br/>
      </w:r>
      <w:r>
        <w:t xml:space="preserve">    (c) the setting or situation in which something occurs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genius idea,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legacy</w:t>
      </w:r>
      <w:r>
        <w:rPr>
          <w:b/>
          <w:bCs/>
        </w:rPr>
        <w:t xml:space="preserve"> </w:t>
      </w:r>
      <w:r>
        <w:rPr>
          <w:b/>
          <w:bCs/>
        </w:rPr>
        <w:t xml:space="preserve">that continues to this day, is what Fitzy refers to as "The Divorce."</w:t>
      </w:r>
      <w:r>
        <w:br/>
      </w:r>
      <w:r>
        <w:t xml:space="preserve">    (a) the act of taking something on as one's own</w:t>
      </w:r>
      <w:r>
        <w:br/>
      </w:r>
      <w:r>
        <w:t xml:space="preserve">    (b) something that helps clarify or demonstrate</w:t>
      </w:r>
      <w:r>
        <w:br/>
      </w:r>
      <w:r>
        <w:t xml:space="preserve">    (c) something coming from the past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"I'm not scared of bears," Mia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disdainfully</w:t>
      </w:r>
      <w:r>
        <w:rPr>
          <w:b/>
          <w:bCs/>
        </w:rPr>
        <w:t xml:space="preserve">.</w:t>
      </w:r>
      <w:r>
        <w:br/>
      </w:r>
      <w:r>
        <w:t xml:space="preserve">    (a) in a manner that is aware or concerned about something</w:t>
      </w:r>
      <w:r>
        <w:br/>
      </w:r>
      <w:r>
        <w:t xml:space="preserve">    (b) with a lack of respect; or with a sense of superiority</w:t>
      </w:r>
      <w:r>
        <w:br/>
      </w:r>
      <w:r>
        <w:t xml:space="preserve">    (c) without concern for what others might think of oneself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let's hear another one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irrational</w:t>
      </w:r>
      <w:r>
        <w:rPr>
          <w:b/>
          <w:bCs/>
        </w:rPr>
        <w:t xml:space="preserve"> </w:t>
      </w:r>
      <w:r>
        <w:rPr>
          <w:b/>
          <w:bCs/>
        </w:rPr>
        <w:t xml:space="preserve">fears.</w:t>
      </w:r>
      <w:r>
        <w:br/>
      </w:r>
      <w:r>
        <w:t xml:space="preserve">    (a) sticking out</w:t>
      </w:r>
      <w:r>
        <w:br/>
      </w:r>
      <w:r>
        <w:t xml:space="preserve">    (b) not pleasing</w:t>
      </w:r>
      <w:r>
        <w:br/>
      </w:r>
      <w:r>
        <w:t xml:space="preserve">    (c) unreasonable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these venues, there are just so many people, and so much sound, that it's almost impossible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differentiate</w:t>
      </w:r>
      <w:r>
        <w:rPr>
          <w:b/>
          <w:bCs/>
        </w:rPr>
        <w:t xml:space="preserve"> </w:t>
      </w:r>
      <w:r>
        <w:rPr>
          <w:b/>
          <w:bCs/>
        </w:rPr>
        <w:t xml:space="preserve">a specific voice.</w:t>
      </w:r>
      <w:r>
        <w:br/>
      </w:r>
      <w:r>
        <w:t xml:space="preserve">    (a) take on as one's own</w:t>
      </w:r>
      <w:r>
        <w:br/>
      </w:r>
      <w:r>
        <w:t xml:space="preserve">    (b) begin fighting again</w:t>
      </w:r>
      <w:r>
        <w:br/>
      </w:r>
      <w:r>
        <w:t xml:space="preserve">    (c) recognize difference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expression, however, seems to offer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validation</w:t>
      </w:r>
      <w:r>
        <w:rPr>
          <w:b/>
          <w:bCs/>
        </w:rPr>
        <w:t xml:space="preserve"> </w:t>
      </w:r>
      <w:r>
        <w:rPr>
          <w:b/>
          <w:bCs/>
        </w:rPr>
        <w:t xml:space="preserve">she's after.</w:t>
      </w:r>
      <w:r>
        <w:br/>
      </w:r>
      <w:r>
        <w:t xml:space="preserve">    (a) the condition of being made by humans rather than being found in nature</w:t>
      </w:r>
      <w:r>
        <w:br/>
      </w:r>
      <w:r>
        <w:t xml:space="preserve">    (b) give evidence for the truth or value of; or declare as legally approved</w:t>
      </w:r>
      <w:r>
        <w:br/>
      </w:r>
      <w:r>
        <w:t xml:space="preserve">    (c) short for Ku Klux Klan - a white supremacist group in the United States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2026-07-31T19:48:03Z</dcterms:created>
  <dcterms:modified xsi:type="dcterms:W3CDTF">2026-07-31T19:48:03Z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