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b451b803fae8a2195df3105a04d32607fedc36"/>
    <w:p>
      <w:pPr>
        <w:pStyle w:val="Heading1"/>
      </w:pPr>
      <w:r>
        <w:rPr>
          <w:b/>
          <w:bCs/>
        </w:rPr>
        <w:t xml:space="preserve">When the Legends Die</w:t>
      </w:r>
      <w:r>
        <w:br/>
      </w:r>
      <w:r>
        <w:rPr>
          <w:i/>
          <w:iCs/>
        </w:rPr>
        <w:t xml:space="preserve">Hal Borland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Soap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alkaline</w:t>
      </w:r>
      <w:r>
        <w:rPr>
          <w:b/>
          <w:bCs/>
        </w:rPr>
        <w:t xml:space="preserve">, while lemon juice is acidic on the pH scale.</w:t>
      </w:r>
      <w:r>
        <w:br/>
      </w:r>
      <w:r>
        <w:t xml:space="preserve">    (a) very oily</w:t>
      </w:r>
      <w:r>
        <w:br/>
      </w:r>
      <w:r>
        <w:t xml:space="preserve">    (b) non-acidic</w:t>
      </w:r>
      <w:r>
        <w:br/>
      </w:r>
      <w:r>
        <w:t xml:space="preserve">    (c) very salty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frightened by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diabolical</w:t>
      </w:r>
      <w:r>
        <w:rPr>
          <w:b/>
          <w:bCs/>
        </w:rPr>
        <w:t xml:space="preserve"> </w:t>
      </w:r>
      <w:r>
        <w:rPr>
          <w:b/>
          <w:bCs/>
        </w:rPr>
        <w:t xml:space="preserve">expression on his face.</w:t>
      </w:r>
      <w:r>
        <w:br/>
      </w:r>
      <w:r>
        <w:t xml:space="preserve">    (a) evil</w:t>
      </w:r>
      <w:r>
        <w:br/>
      </w:r>
      <w:r>
        <w:t xml:space="preserve">    (b) angry</w:t>
      </w:r>
      <w:r>
        <w:br/>
      </w:r>
      <w:r>
        <w:t xml:space="preserve">    (c) crazy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field of economics, market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equilibrium</w:t>
      </w:r>
      <w:r>
        <w:rPr>
          <w:b/>
          <w:bCs/>
        </w:rPr>
        <w:t xml:space="preserve"> </w:t>
      </w:r>
      <w:r>
        <w:rPr>
          <w:b/>
          <w:bCs/>
        </w:rPr>
        <w:t xml:space="preserve">is achieved when supply meets demand, resulting in stable prices and satisfied consumers.</w:t>
      </w:r>
      <w:r>
        <w:br/>
      </w:r>
      <w:r>
        <w:t xml:space="preserve">    (a) balance</w:t>
      </w:r>
      <w:r>
        <w:br/>
      </w:r>
      <w:r>
        <w:t xml:space="preserve">    (b) conflict</w:t>
      </w:r>
      <w:r>
        <w:br/>
      </w:r>
      <w:r>
        <w:t xml:space="preserve">    (c) disparity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exulted</w:t>
      </w:r>
      <w:r>
        <w:rPr>
          <w:b/>
          <w:bCs/>
        </w:rPr>
        <w:t xml:space="preserve"> </w:t>
      </w:r>
      <w:r>
        <w:rPr>
          <w:b/>
          <w:bCs/>
        </w:rPr>
        <w:t xml:space="preserve">in the victory.</w:t>
      </w:r>
      <w:r>
        <w:br/>
      </w:r>
      <w:r>
        <w:t xml:space="preserve">    (a) finally rested</w:t>
      </w:r>
      <w:r>
        <w:br/>
      </w:r>
      <w:r>
        <w:t xml:space="preserve">    (b) felt extreme happiness</w:t>
      </w:r>
      <w:r>
        <w:br/>
      </w:r>
      <w:r>
        <w:t xml:space="preserve">    (c) sang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does a good imitation of Michael Jackson's famous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falsetto</w:t>
      </w:r>
      <w:r>
        <w:rPr>
          <w:b/>
          <w:bCs/>
        </w:rPr>
        <w:t xml:space="preserve">.</w:t>
      </w:r>
      <w:r>
        <w:br/>
      </w:r>
      <w:r>
        <w:t xml:space="preserve">    (a) high singing voice</w:t>
      </w:r>
      <w:r>
        <w:br/>
      </w:r>
      <w:r>
        <w:t xml:space="preserve">    (b) smooth dance move</w:t>
      </w:r>
      <w:r>
        <w:br/>
      </w:r>
      <w:r>
        <w:t xml:space="preserve">    (c) deep speaking tone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actor wore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gaudy</w:t>
      </w:r>
      <w:r>
        <w:rPr>
          <w:b/>
          <w:bCs/>
        </w:rPr>
        <w:t xml:space="preserve"> </w:t>
      </w:r>
      <w:r>
        <w:rPr>
          <w:b/>
          <w:bCs/>
        </w:rPr>
        <w:t xml:space="preserve">jacket covered with bright sequins and gold trim.</w:t>
      </w:r>
      <w:r>
        <w:br/>
      </w:r>
      <w:r>
        <w:t xml:space="preserve">    (a) tastelessly showy</w:t>
      </w:r>
      <w:r>
        <w:br/>
      </w:r>
      <w:r>
        <w:t xml:space="preserve">    (b) old and worn</w:t>
      </w:r>
      <w:r>
        <w:br/>
      </w:r>
      <w:r>
        <w:t xml:space="preserve">    (c) plain and modest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journalist’s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incisive</w:t>
      </w:r>
      <w:r>
        <w:rPr>
          <w:b/>
          <w:bCs/>
        </w:rPr>
        <w:t xml:space="preserve"> </w:t>
      </w:r>
      <w:r>
        <w:rPr>
          <w:b/>
          <w:bCs/>
        </w:rPr>
        <w:t xml:space="preserve">writing made complex political issues easy to understand.</w:t>
      </w:r>
      <w:r>
        <w:br/>
      </w:r>
      <w:r>
        <w:t xml:space="preserve">    (a) a solution that is simpler (and often more comprehensive) than most would anticipate</w:t>
      </w:r>
      <w:r>
        <w:br/>
      </w:r>
      <w:r>
        <w:t xml:space="preserve">    (b) clear and sharp</w:t>
      </w:r>
      <w:r>
        <w:br/>
      </w:r>
      <w:r>
        <w:t xml:space="preserve">    (c) the state of not representing or imitating external reality or the objects of nature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coroner's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inquest</w:t>
      </w:r>
      <w:r>
        <w:rPr>
          <w:b/>
          <w:bCs/>
        </w:rPr>
        <w:t xml:space="preserve"> </w:t>
      </w:r>
      <w:r>
        <w:rPr>
          <w:b/>
          <w:bCs/>
        </w:rPr>
        <w:t xml:space="preserve">determined that the death was from natural causes.</w:t>
      </w:r>
      <w:r>
        <w:br/>
      </w:r>
      <w:r>
        <w:t xml:space="preserve">    (a) formal investigation</w:t>
      </w:r>
      <w:r>
        <w:br/>
      </w:r>
      <w:r>
        <w:t xml:space="preserve">    (b) vote</w:t>
      </w:r>
      <w:r>
        <w:br/>
      </w:r>
      <w:r>
        <w:t xml:space="preserve">    (c) assistant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restaurant received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mediocre</w:t>
      </w:r>
      <w:r>
        <w:rPr>
          <w:b/>
          <w:bCs/>
        </w:rPr>
        <w:t xml:space="preserve"> </w:t>
      </w:r>
      <w:r>
        <w:rPr>
          <w:b/>
          <w:bCs/>
        </w:rPr>
        <w:t xml:space="preserve">reviews, so we chose another place.</w:t>
      </w:r>
      <w:r>
        <w:br/>
      </w:r>
      <w:r>
        <w:t xml:space="preserve">    (a) clearly terrible</w:t>
      </w:r>
      <w:r>
        <w:br/>
      </w:r>
      <w:r>
        <w:t xml:space="preserve">    (b) only average</w:t>
      </w:r>
      <w:r>
        <w:br/>
      </w:r>
      <w:r>
        <w:t xml:space="preserve">    (c) truly excellent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caught up in the resulting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melee</w:t>
      </w:r>
      <w:r>
        <w:rPr>
          <w:b/>
          <w:bCs/>
        </w:rPr>
        <w:t xml:space="preserve">.</w:t>
      </w:r>
      <w:r>
        <w:br/>
      </w:r>
      <w:r>
        <w:t xml:space="preserve">    (a) mob</w:t>
      </w:r>
      <w:r>
        <w:br/>
      </w:r>
      <w:r>
        <w:t xml:space="preserve">    (b) arrest</w:t>
      </w:r>
      <w:r>
        <w:br/>
      </w:r>
      <w:r>
        <w:t xml:space="preserve">    (c) report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bacon smells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rancid</w:t>
      </w:r>
      <w:r>
        <w:rPr>
          <w:b/>
          <w:bCs/>
        </w:rPr>
        <w:t xml:space="preserve">.</w:t>
      </w:r>
      <w:r>
        <w:br/>
      </w:r>
      <w:r>
        <w:t xml:space="preserve">    (a) delicious</w:t>
      </w:r>
      <w:r>
        <w:br/>
      </w:r>
      <w:r>
        <w:t xml:space="preserve">    (b) tempting</w:t>
      </w:r>
      <w:r>
        <w:br/>
      </w:r>
      <w:r>
        <w:t xml:space="preserve">    (c) spoiled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Howard Hughes became an eccentric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recluse</w:t>
      </w:r>
      <w:r>
        <w:rPr>
          <w:b/>
          <w:bCs/>
        </w:rPr>
        <w:t xml:space="preserve">.</w:t>
      </w:r>
      <w:r>
        <w:br/>
      </w:r>
      <w:r>
        <w:t xml:space="preserve">    (a) loaner</w:t>
      </w:r>
      <w:r>
        <w:br/>
      </w:r>
      <w:r>
        <w:t xml:space="preserve">    (b) collector</w:t>
      </w:r>
      <w:r>
        <w:br/>
      </w:r>
      <w:r>
        <w:t xml:space="preserve">    (c) millionaire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Relapses</w:t>
      </w:r>
      <w:r>
        <w:rPr>
          <w:b/>
          <w:bCs/>
        </w:rPr>
        <w:t xml:space="preserve"> </w:t>
      </w:r>
      <w:r>
        <w:rPr>
          <w:b/>
          <w:bCs/>
        </w:rPr>
        <w:t xml:space="preserve">are common with major depressive disorder.</w:t>
      </w:r>
      <w:r>
        <w:br/>
      </w:r>
      <w:r>
        <w:t xml:space="preserve">    (a) returns to illness</w:t>
      </w:r>
      <w:r>
        <w:br/>
      </w:r>
      <w:r>
        <w:t xml:space="preserve">    (b) crying spells</w:t>
      </w:r>
      <w:r>
        <w:br/>
      </w:r>
      <w:r>
        <w:t xml:space="preserve">    (c) lost work days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Although she learned the historical dates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rote</w:t>
      </w:r>
      <w:r>
        <w:rPr>
          <w:b/>
          <w:bCs/>
        </w:rPr>
        <w:t xml:space="preserve">, she couldn’t explain why those events mattered.</w:t>
      </w:r>
      <w:r>
        <w:br/>
      </w:r>
      <w:r>
        <w:t xml:space="preserve">    (a) group discussion</w:t>
      </w:r>
      <w:r>
        <w:br/>
      </w:r>
      <w:r>
        <w:t xml:space="preserve">    (b) personal reflection</w:t>
      </w:r>
      <w:r>
        <w:br/>
      </w:r>
      <w:r>
        <w:t xml:space="preserve">    (c) memorization by repetition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 the most intolerable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scoundrel</w:t>
      </w:r>
      <w:r>
        <w:rPr>
          <w:b/>
          <w:bCs/>
        </w:rPr>
        <w:t xml:space="preserve"> </w:t>
      </w:r>
      <w:r>
        <w:rPr>
          <w:b/>
          <w:bCs/>
        </w:rPr>
        <w:t xml:space="preserve">on the face of the earth.</w:t>
      </w:r>
      <w:r>
        <w:br/>
      </w:r>
      <w:r>
        <w:t xml:space="preserve">    (a) person without moral principles</w:t>
      </w:r>
      <w:r>
        <w:br/>
      </w:r>
      <w:r>
        <w:t xml:space="preserve">    (b) without pattern or planning</w:t>
      </w:r>
      <w:r>
        <w:br/>
      </w:r>
      <w:r>
        <w:t xml:space="preserve">    (c) apparently reasonable, but unproven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 few jurisdictions,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squatters</w:t>
      </w:r>
      <w:r>
        <w:rPr>
          <w:b/>
          <w:bCs/>
        </w:rPr>
        <w:t xml:space="preserve"> </w:t>
      </w:r>
      <w:r>
        <w:rPr>
          <w:b/>
          <w:bCs/>
        </w:rPr>
        <w:t xml:space="preserve">can gain legal title to property if they meet a series of requirements for a long enough period of time.</w:t>
      </w:r>
      <w:r>
        <w:br/>
      </w:r>
      <w:r>
        <w:t xml:space="preserve">    (a) illegal tenants</w:t>
      </w:r>
      <w:r>
        <w:br/>
      </w:r>
      <w:r>
        <w:t xml:space="preserve">    (b) thieves</w:t>
      </w:r>
      <w:r>
        <w:br/>
      </w:r>
      <w:r>
        <w:t xml:space="preserve">    (c) needy people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 bit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taciturn</w:t>
      </w:r>
      <w:r>
        <w:rPr>
          <w:b/>
          <w:bCs/>
        </w:rPr>
        <w:t xml:space="preserve"> </w:t>
      </w:r>
      <w:r>
        <w:rPr>
          <w:b/>
          <w:bCs/>
        </w:rPr>
        <w:t xml:space="preserve">by nature, but before breakfast you'd think she is deaf and mute.</w:t>
      </w:r>
      <w:r>
        <w:br/>
      </w:r>
      <w:r>
        <w:t xml:space="preserve">    (a) low-energy</w:t>
      </w:r>
      <w:r>
        <w:br/>
      </w:r>
      <w:r>
        <w:t xml:space="preserve">    (b) outgoing</w:t>
      </w:r>
      <w:r>
        <w:br/>
      </w:r>
      <w:r>
        <w:t xml:space="preserve">    (c) reserved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previews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tantalizing</w:t>
      </w:r>
      <w:r>
        <w:rPr>
          <w:b/>
          <w:bCs/>
        </w:rPr>
        <w:t xml:space="preserve">.</w:t>
      </w:r>
      <w:r>
        <w:br/>
      </w:r>
      <w:r>
        <w:t xml:space="preserve">    (a) causing disappointment</w:t>
      </w:r>
      <w:r>
        <w:br/>
      </w:r>
      <w:r>
        <w:t xml:space="preserve">    (b) arousing interest</w:t>
      </w:r>
      <w:r>
        <w:br/>
      </w:r>
      <w:r>
        <w:t xml:space="preserve">    (c) misleading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truculent</w:t>
      </w:r>
      <w:r>
        <w:rPr>
          <w:b/>
          <w:bCs/>
        </w:rPr>
        <w:t xml:space="preserve"> </w:t>
      </w:r>
      <w:r>
        <w:rPr>
          <w:b/>
          <w:bCs/>
        </w:rPr>
        <w:t xml:space="preserve">dog barked and growled at anyone who came near.</w:t>
      </w:r>
      <w:r>
        <w:br/>
      </w:r>
      <w:r>
        <w:t xml:space="preserve">    (a) exceedingly unhappy</w:t>
      </w:r>
      <w:r>
        <w:br/>
      </w:r>
      <w:r>
        <w:t xml:space="preserve">    (b) very frightening</w:t>
      </w:r>
      <w:r>
        <w:br/>
      </w:r>
      <w:r>
        <w:t xml:space="preserve">    (c) defiantly aggressive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legend,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vengeful</w:t>
      </w:r>
      <w:r>
        <w:rPr>
          <w:b/>
          <w:bCs/>
        </w:rPr>
        <w:t xml:space="preserve"> </w:t>
      </w:r>
      <w:r>
        <w:rPr>
          <w:b/>
          <w:bCs/>
        </w:rPr>
        <w:t xml:space="preserve">queen curses those who betrayed her.</w:t>
      </w:r>
      <w:r>
        <w:br/>
      </w:r>
      <w:r>
        <w:t xml:space="preserve">    (a) wanting revenge for a wrong</w:t>
      </w:r>
      <w:r>
        <w:br/>
      </w:r>
      <w:r>
        <w:t xml:space="preserve">    (b) filled with quiet pride</w:t>
      </w:r>
      <w:r>
        <w:br/>
      </w:r>
      <w:r>
        <w:t xml:space="preserve">    (c) feeling sorrow at a loss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2026-07-31T18:21:37Z</dcterms:created>
  <dcterms:modified xsi:type="dcterms:W3CDTF">2026-07-31T18:21:37Z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