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b935f6169a55d26041608edef3bd8e9fe4bc6e"/>
    <w:p>
      <w:pPr>
        <w:pStyle w:val="Heading1"/>
      </w:pPr>
      <w:r>
        <w:rPr>
          <w:b/>
          <w:bCs/>
        </w:rPr>
        <w:t xml:space="preserve">When the Legends Die</w:t>
      </w:r>
      <w:r>
        <w:br/>
      </w:r>
      <w:r>
        <w:rPr>
          <w:i/>
          <w:iCs/>
        </w:rPr>
        <w:t xml:space="preserve">Hal Borland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was in her eyes.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at him,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.</w:t>
      </w:r>
      <w:r>
        <w:br/>
      </w:r>
      <w:r>
        <w:t xml:space="preserve">    (a) restored</w:t>
      </w:r>
      <w:r>
        <w:br/>
      </w:r>
      <w:r>
        <w:t xml:space="preserve">    (b) confused</w:t>
      </w:r>
      <w:r>
        <w:br/>
      </w:r>
      <w:r>
        <w:t xml:space="preserve">    (c) collided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his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accustomed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to the dimness, Blue Elk remembered his own boyhood and his grandmother's lodge.</w:t>
      </w:r>
      <w:r>
        <w:br/>
      </w:r>
      <w:r>
        <w:t xml:space="preserve">    (a) supported by providing money or other economic aid</w:t>
      </w:r>
      <w:r>
        <w:br/>
      </w:r>
      <w:r>
        <w:t xml:space="preserve">    (b) prepared food in a way that keeps it from spoiling</w:t>
      </w:r>
      <w:r>
        <w:br/>
      </w:r>
      <w:r>
        <w:t xml:space="preserve">    (c) used to (adapted to something, so it seems normal)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Blue Elk says this boy's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baptismal</w:t>
      </w:r>
      <w:r>
        <w:rPr>
          <w:b/>
          <w:bCs/>
        </w:rPr>
        <w:t xml:space="preserve"> </w:t>
      </w:r>
      <w:r>
        <w:rPr>
          <w:b/>
          <w:bCs/>
        </w:rPr>
        <w:t xml:space="preserve">name is Thomas Black Bull, so he is probably George Black Bull's son.</w:t>
      </w:r>
      <w:r>
        <w:br/>
      </w:r>
      <w:r>
        <w:t xml:space="preserve">    (a) relating to practice or belief that is long-established or was previously long-established  OR  relating to stories passed down through generations</w:t>
      </w:r>
      <w:r>
        <w:br/>
      </w:r>
      <w:r>
        <w:t xml:space="preserve">    (b) related to an economic system based on government ownership or control of all important companies -- with the ideal of equal benefits to all people</w:t>
      </w:r>
      <w:r>
        <w:br/>
      </w:r>
      <w:r>
        <w:t xml:space="preserve">    (c) relating to a Christian ceremony signifying spiritual cleansing and rebirth  OR  relating to a challenging experience that initiates or purifies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swung into the saddle on the sorrel,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conventional</w:t>
      </w:r>
      <w:r>
        <w:rPr>
          <w:b/>
          <w:bCs/>
        </w:rPr>
        <w:t xml:space="preserve"> </w:t>
      </w:r>
      <w:r>
        <w:rPr>
          <w:b/>
          <w:bCs/>
        </w:rPr>
        <w:t xml:space="preserve">saddle with a horn.</w:t>
      </w:r>
      <w:r>
        <w:br/>
      </w:r>
      <w:r>
        <w:t xml:space="preserve">    (a) able to challenge</w:t>
      </w:r>
      <w:r>
        <w:br/>
      </w:r>
      <w:r>
        <w:t xml:space="preserve">    (b) normal or typical</w:t>
      </w:r>
      <w:r>
        <w:br/>
      </w:r>
      <w:r>
        <w:t xml:space="preserve">    (c) complete or total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legs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quivering</w:t>
      </w:r>
      <w:r>
        <w:rPr>
          <w:b/>
          <w:bCs/>
        </w:rPr>
        <w:t xml:space="preserve">, his belly was drum-tight, his head was ringing, but he led it back to the chute.</w:t>
      </w:r>
      <w:r>
        <w:br/>
      </w:r>
      <w:r>
        <w:t xml:space="preserve">    (a) to shake or tremble slightly</w:t>
      </w:r>
      <w:r>
        <w:br/>
      </w:r>
      <w:r>
        <w:t xml:space="preserve">    (b) not working or not operating</w:t>
      </w:r>
      <w:r>
        <w:br/>
      </w:r>
      <w:r>
        <w:t xml:space="preserve">    (c) calculates or judges too 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Tom kept the rein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, rode without trouble for several seconds.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pulled or drawn tight;</w:t>
      </w:r>
      <w:r>
        <w:br/>
      </w:r>
      <w:r>
        <w:t xml:space="preserve">or: subjected to great tension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they had eaten, 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appropriated</w:t>
      </w:r>
      <w:r>
        <w:rPr>
          <w:b/>
          <w:bCs/>
        </w:rPr>
        <w:t xml:space="preserve"> </w:t>
      </w:r>
      <w:r>
        <w:rPr>
          <w:b/>
          <w:bCs/>
        </w:rPr>
        <w:t xml:space="preserve">the herder's hat,</w:t>
      </w:r>
      <w:r>
        <w:br/>
      </w:r>
      <w:r>
        <w:t xml:space="preserve">    (a) threw away</w:t>
      </w:r>
      <w:r>
        <w:br/>
      </w:r>
      <w:r>
        <w:t xml:space="preserve">    (b) took</w:t>
      </w:r>
      <w:r>
        <w:br/>
      </w:r>
      <w:r>
        <w:t xml:space="preserve">    (c) looked 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preacher, a tired little pinched-face man in a shabby black suit, said the service by rote and read a short,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impersonal</w:t>
      </w:r>
      <w:r>
        <w:rPr>
          <w:b/>
          <w:bCs/>
        </w:rPr>
        <w:t xml:space="preserve"> </w:t>
      </w:r>
      <w:r>
        <w:rPr>
          <w:b/>
          <w:bCs/>
        </w:rPr>
        <w:t xml:space="preserve">prayer.</w:t>
      </w:r>
      <w:r>
        <w:br/>
      </w:r>
      <w:r>
        <w:t xml:space="preserve">    (a) lacking warmth or personal connection</w:t>
      </w:r>
      <w:r>
        <w:br/>
      </w:r>
      <w:r>
        <w:t xml:space="preserve">    (b) difficult to truly understand</w:t>
      </w:r>
      <w:r>
        <w:br/>
      </w:r>
      <w:r>
        <w:t xml:space="preserve">    (c) highly efficient and organized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smiled,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wryly</w:t>
      </w:r>
      <w:r>
        <w:rPr>
          <w:b/>
          <w:bCs/>
        </w:rPr>
        <w:t xml:space="preserve">.</w:t>
      </w:r>
      <w:r>
        <w:br/>
      </w:r>
      <w:r>
        <w:t xml:space="preserve">    (a) humor -- often understated, sarcastic, or ironic -- often expressed by twisting the face</w:t>
      </w:r>
      <w:r>
        <w:br/>
      </w:r>
      <w:r>
        <w:t xml:space="preserve">    (b) adequately (in a manner that provides enough -- often without being more than is needed)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doctor looked at him,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speculating</w:t>
      </w:r>
      <w:r>
        <w:rPr>
          <w:b/>
          <w:bCs/>
        </w:rPr>
        <w:t xml:space="preserve">. "I'd think you'd want to settle down."</w:t>
      </w:r>
      <w:r>
        <w:br/>
      </w:r>
      <w:r>
        <w:t xml:space="preserve">    (a) making a decision or voicing an opinion by formal group vote</w:t>
      </w:r>
      <w:r>
        <w:br/>
      </w:r>
      <w:r>
        <w:t xml:space="preserve">    (b) aka analyzing -- analyzing based upon a theory of psychiatry</w:t>
      </w:r>
      <w:r>
        <w:br/>
      </w:r>
      <w:r>
        <w:t xml:space="preserve">    (c) guessing (thinking aloud)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was known as a hostile, silent man at the chutes, on the street, in the hotel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lobbies</w:t>
      </w:r>
      <w:r>
        <w:rPr>
          <w:b/>
          <w:bCs/>
        </w:rPr>
        <w:t xml:space="preserve">.</w:t>
      </w:r>
      <w:r>
        <w:br/>
      </w:r>
      <w:r>
        <w:t xml:space="preserve">    (a) someone who is paid to influence legislation through persuasion of public officials</w:t>
      </w:r>
      <w:r>
        <w:br/>
      </w:r>
      <w:r>
        <w:t xml:space="preserve">    (b) dies or suffers due to upholding principle; or people who have suffered such a fate</w:t>
      </w:r>
      <w:r>
        <w:br/>
      </w:r>
      <w:r>
        <w:t xml:space="preserve">    (c) pauses to change how something is done -- often while reducing the use of resources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first-year man,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brash</w:t>
      </w:r>
      <w:r>
        <w:rPr>
          <w:b/>
          <w:bCs/>
        </w:rPr>
        <w:t xml:space="preserve"> </w:t>
      </w:r>
      <w:r>
        <w:rPr>
          <w:b/>
          <w:bCs/>
        </w:rPr>
        <w:t xml:space="preserve">in his ignorance, might ask, "What year did Black win the championship?"</w:t>
      </w:r>
      <w:r>
        <w:br/>
      </w:r>
      <w:r>
        <w:t xml:space="preserve">    (a) the quality or degree of straightness, or absence of anything in between</w:t>
      </w:r>
      <w:r>
        <w:br/>
      </w:r>
      <w:r>
        <w:t xml:space="preserve">    (b) bold or self-confident in a manner that seems disrespectful or tasteless</w:t>
      </w:r>
      <w:r>
        <w:br/>
      </w:r>
      <w:r>
        <w:t xml:space="preserve">    (c) made by humans -- often to replace something that can be found in nature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the most skillful of the nurses,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solicitous</w:t>
      </w:r>
      <w:r>
        <w:rPr>
          <w:b/>
          <w:bCs/>
        </w:rPr>
        <w:t xml:space="preserve"> </w:t>
      </w:r>
      <w:r>
        <w:rPr>
          <w:b/>
          <w:bCs/>
        </w:rPr>
        <w:t xml:space="preserve">and helpful, the most friendly.</w:t>
      </w:r>
      <w:r>
        <w:br/>
      </w:r>
      <w:r>
        <w:t xml:space="preserve">    (a) in a manner that takes on or adopts</w:t>
      </w:r>
      <w:r>
        <w:br/>
      </w:r>
      <w:r>
        <w:t xml:space="preserve">    (b) full of strong desire for something</w:t>
      </w:r>
      <w:r>
        <w:br/>
      </w:r>
      <w:r>
        <w:t xml:space="preserve">    (c) showing care or concern for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reined</w:t>
      </w:r>
      <w:r>
        <w:rPr>
          <w:b/>
          <w:bCs/>
        </w:rPr>
        <w:t xml:space="preserve"> </w:t>
      </w:r>
      <w:r>
        <w:rPr>
          <w:b/>
          <w:bCs/>
        </w:rPr>
        <w:t xml:space="preserve">the horse around</w:t>
      </w:r>
      <w:r>
        <w:br/>
      </w:r>
      <w:r>
        <w:t xml:space="preserve">    (a) forced (the horse) in a direction by pulling on straps that are attached to the bit in its mouth</w:t>
      </w:r>
      <w:r>
        <w:br/>
      </w:r>
      <w:r>
        <w:t xml:space="preserve">    (b) mirrored back (an image)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mountains stood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deceptive</w:t>
      </w:r>
      <w:r>
        <w:rPr>
          <w:b/>
          <w:bCs/>
        </w:rPr>
        <w:t xml:space="preserve"> </w:t>
      </w:r>
      <w:r>
        <w:rPr>
          <w:b/>
          <w:bCs/>
        </w:rPr>
        <w:t xml:space="preserve">ranks, scattered but looking like successive ranges, each with its own degree of shadow and distance.</w:t>
      </w:r>
      <w:r>
        <w:br/>
      </w:r>
      <w:r>
        <w:t xml:space="preserve">    (a) changeable</w:t>
      </w:r>
      <w:r>
        <w:br/>
      </w:r>
      <w:r>
        <w:t xml:space="preserve">    (b) misleading</w:t>
      </w:r>
      <w:r>
        <w:br/>
      </w:r>
      <w:r>
        <w:t xml:space="preserve">    (c)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Tom wakened,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by his own voice and the howling, and after a moment he knew he had been dreaming.</w:t>
      </w:r>
      <w:r>
        <w:br/>
      </w:r>
      <w:r>
        <w:t xml:space="preserve">    (a) beyond the permitted boundary or limit</w:t>
      </w:r>
      <w:r>
        <w:br/>
      </w:r>
      <w:r>
        <w:t xml:space="preserve">    (b) explains something in a particular way</w:t>
      </w:r>
      <w:r>
        <w:br/>
      </w:r>
      <w:r>
        <w:t xml:space="preserve">    (c) to awaken, make more active, or excite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laughed at that, a snorting laugh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derision</w:t>
      </w:r>
      <w:r>
        <w:rPr>
          <w:b/>
          <w:bCs/>
        </w:rPr>
        <w:t xml:space="preserve">.</w:t>
      </w:r>
      <w:r>
        <w:br/>
      </w:r>
      <w:r>
        <w:t xml:space="preserve">    (a) treatment as inferior and unworthy of respect</w:t>
      </w:r>
      <w:r>
        <w:br/>
      </w:r>
      <w:r>
        <w:t xml:space="preserve">    (b) related to or causing dramatic change; of a supporter of the change</w:t>
      </w:r>
      <w:r>
        <w:br/>
      </w:r>
      <w:r>
        <w:t xml:space="preserve">    (c) a series of regularly spaced columns -- typically covered by a roof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 see Meo's garden patch, weedy but still with the mark of Meo's hand upon it,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withering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searing heat.</w:t>
      </w:r>
      <w:r>
        <w:br/>
      </w:r>
      <w:r>
        <w:t xml:space="preserve">    (a) unwrapping</w:t>
      </w:r>
      <w:r>
        <w:br/>
      </w:r>
      <w:r>
        <w:t xml:space="preserve">    (b) connecting</w:t>
      </w:r>
      <w:r>
        <w:br/>
      </w:r>
      <w:r>
        <w:t xml:space="preserve">    (c) drying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sewed to the end of the sinew and drew another strand from his mouth, remembering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penance</w:t>
      </w:r>
      <w:r>
        <w:rPr>
          <w:b/>
          <w:bCs/>
        </w:rPr>
        <w:t xml:space="preserve"> </w:t>
      </w:r>
      <w:r>
        <w:rPr>
          <w:b/>
          <w:bCs/>
        </w:rPr>
        <w:t xml:space="preserve">trip up the mountain.</w:t>
      </w:r>
      <w:r>
        <w:br/>
      </w:r>
      <w:r>
        <w:t xml:space="preserve">    (a) to expression feelings or thoughts enthusiastically  OR  to squirt or give off (typically under pressure such as blood or leaking gas)</w:t>
      </w:r>
      <w:r>
        <w:br/>
      </w:r>
      <w:r>
        <w:t xml:space="preserve">    (b) the act of hiding something by making it blend in with its surroundings; or hiding the truth; or something that hides or deceives</w:t>
      </w:r>
      <w:r>
        <w:br/>
      </w:r>
      <w:r>
        <w:t xml:space="preserve">    (c) an act that shows sorrow for wrongdoing -- such as expressing regret, asking for forgiveness, or trying to make up for the harm done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2026-07-31T18:21:37Z</dcterms:created>
  <dcterms:modified xsi:type="dcterms:W3CDTF">2026-07-31T18:21:37Z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