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b04a8cda6a667951823afc42e83128fbb0d168"/>
    <w:p>
      <w:pPr>
        <w:pStyle w:val="Heading1"/>
      </w:pPr>
      <w:r>
        <w:rPr>
          <w:b/>
          <w:bCs/>
        </w:rPr>
        <w:t xml:space="preserve">When the Legends Die</w:t>
      </w:r>
      <w:r>
        <w:br/>
      </w:r>
      <w:r>
        <w:rPr>
          <w:i/>
          <w:iCs/>
        </w:rPr>
        <w:t xml:space="preserve">Hal Borland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Why, 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!</w:t>
      </w:r>
      <w:r>
        <w:br/>
      </w:r>
      <w:r>
        <w:t xml:space="preserve">    (a) important, serious, or dangerous</w:t>
      </w:r>
      <w:r>
        <w:br/>
      </w:r>
      <w:r>
        <w:t xml:space="preserve">    (b) someone without moral principles</w:t>
      </w:r>
      <w:r>
        <w:br/>
      </w:r>
      <w:r>
        <w:t xml:space="preserve">    (c) the condition of being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wasn't even a witness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.</w:t>
      </w:r>
      <w:r>
        <w:br/>
      </w:r>
      <w:r>
        <w:t xml:space="preserve">    (a) formal investigation</w:t>
      </w:r>
      <w:r>
        <w:br/>
      </w:r>
      <w:r>
        <w:t xml:space="preserve">    (b) the act of forgiving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made the cut-off sign, sharply,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incisively</w:t>
      </w:r>
      <w:r>
        <w:rPr>
          <w:b/>
          <w:bCs/>
        </w:rPr>
        <w:t xml:space="preserve">.</w:t>
      </w:r>
      <w:r>
        <w:br/>
      </w:r>
      <w:r>
        <w:t xml:space="preserve">    (a) clearly or sharply</w:t>
      </w:r>
      <w:r>
        <w:br/>
      </w:r>
      <w:r>
        <w:t xml:space="preserve">    (b) in a manner that is not sensible and careful</w:t>
      </w:r>
      <w:r>
        <w:br/>
      </w:r>
      <w:r>
        <w:t xml:space="preserve">    (c) in a manner that is capable of being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boy near Thomas said,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, "My name is Bear Meat," and without a word Thomas turned on him, picked up a wooden mallet from the nearest bench and flung it.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 male voice with artificially high tones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open country smelled clean, even when the wind blew and the dust rose with its acrid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alkaline</w:t>
      </w:r>
      <w:r>
        <w:rPr>
          <w:b/>
          <w:bCs/>
        </w:rPr>
        <w:t xml:space="preserve"> </w:t>
      </w:r>
      <w:r>
        <w:rPr>
          <w:b/>
          <w:bCs/>
        </w:rPr>
        <w:t xml:space="preserve">smell.</w:t>
      </w:r>
      <w:r>
        <w:br/>
      </w:r>
      <w:r>
        <w:t xml:space="preserve">    (a) having a pH greater than 7 (this is the opposite of acidic); or having a greater pH than something else</w:t>
      </w:r>
      <w:r>
        <w:br/>
      </w:r>
      <w:r>
        <w:t xml:space="preserve">    (b) infectious disease characterized by inflammation of the tissues that surround the brain or spinal cord</w:t>
      </w:r>
      <w:r>
        <w:br/>
      </w:r>
      <w:r>
        <w:t xml:space="preserve">    (c) able to adjust readily to different conditions  OR  (less commonly) susceptible to being led or directed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Albert Left Hand was a short, fat man who smelled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rancid</w:t>
      </w:r>
      <w:r>
        <w:rPr>
          <w:b/>
          <w:bCs/>
        </w:rPr>
        <w:t xml:space="preserve"> </w:t>
      </w:r>
      <w:r>
        <w:rPr>
          <w:b/>
          <w:bCs/>
        </w:rPr>
        <w:t xml:space="preserve">mutton tallow.</w:t>
      </w:r>
      <w:r>
        <w:br/>
      </w:r>
      <w:r>
        <w:t xml:space="preserve">    (a) rotting (smelling bad)</w:t>
      </w:r>
      <w:r>
        <w:br/>
      </w:r>
      <w:r>
        <w:t xml:space="preserve">    (b) a connection where measuring one particle instantly affects another, regardless of distance</w:t>
      </w:r>
      <w:r>
        <w:br/>
      </w:r>
      <w:r>
        <w:t xml:space="preserve">    (c) a potentially life-threatening eating disorder that prevents people from eating enough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relapsed</w:t>
      </w:r>
      <w:r>
        <w:rPr>
          <w:b/>
          <w:bCs/>
        </w:rPr>
        <w:t xml:space="preserve"> </w:t>
      </w:r>
      <w:r>
        <w:rPr>
          <w:b/>
          <w:bCs/>
        </w:rPr>
        <w:t xml:space="preserve">into his usual silence except when he was berating Thomas for being lazy.</w:t>
      </w:r>
      <w:r>
        <w:br/>
      </w:r>
      <w:r>
        <w:t xml:space="preserve">    (a) returned to an undesirable previous condition</w:t>
      </w:r>
      <w:r>
        <w:br/>
      </w:r>
      <w:r>
        <w:t xml:space="preserve">    (b) caused to happen or occurred as a consequence</w:t>
      </w:r>
      <w:r>
        <w:br/>
      </w:r>
      <w:r>
        <w:t xml:space="preserve">    (c) donated a portion of one's income to a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held to the saddle until he had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, then took off his bedroll, put it on the ground and loosened the latigos.</w:t>
      </w:r>
      <w:r>
        <w:br/>
      </w:r>
      <w:r>
        <w:t xml:space="preserve">    (a) payment</w:t>
      </w:r>
      <w:r>
        <w:br/>
      </w:r>
      <w:r>
        <w:t xml:space="preserve">    (b) balance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after that one afternoon of talk, Meo was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self again, saying little, keeping his thoughts to himself.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with a tendency to be reserved and not to talk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contestants, even the local amateurs, wore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shirts, bright neckerchiefs and fancy-stitched boots.</w:t>
      </w:r>
      <w:r>
        <w:br/>
      </w:r>
      <w:r>
        <w:t xml:space="preserve">    (a) not demonstrating</w:t>
      </w:r>
      <w:r>
        <w:br/>
      </w:r>
      <w:r>
        <w:t xml:space="preserve">    (b) able to challenge</w:t>
      </w:r>
      <w:r>
        <w:br/>
      </w:r>
      <w:r>
        <w:t xml:space="preserve">    (c) tastelessly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"Where have you been?" he demanded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truculently</w:t>
      </w:r>
      <w:r>
        <w:rPr>
          <w:b/>
          <w:bCs/>
        </w:rPr>
        <w:t xml:space="preserve">.</w:t>
      </w:r>
      <w:r>
        <w:br/>
      </w:r>
      <w:r>
        <w:t xml:space="preserve">    (a) in a wasteful manner</w:t>
      </w:r>
      <w:r>
        <w:br/>
      </w:r>
      <w:r>
        <w:t xml:space="preserve">    (b) with great annoyance</w:t>
      </w:r>
      <w:r>
        <w:br/>
      </w:r>
      <w:r>
        <w:t xml:space="preserve">    (c) defiantly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squatter</w:t>
      </w:r>
      <w:r>
        <w:rPr>
          <w:b/>
          <w:bCs/>
        </w:rPr>
        <w:t xml:space="preserve">.</w:t>
      </w:r>
      <w:r>
        <w:br/>
      </w:r>
      <w:r>
        <w:t xml:space="preserve">    (a) to constrain in some way -- such as tie up, require, or obligate</w:t>
      </w:r>
      <w:r>
        <w:br/>
      </w:r>
      <w:r>
        <w:t xml:space="preserve">    (b) a group formed to discuss or offer insight on a particular topic</w:t>
      </w:r>
      <w:r>
        <w:br/>
      </w:r>
      <w:r>
        <w:t xml:space="preserve">    (c) someone who lives in an unoccupied place without the legal 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preacher, a tired little pinched-face man in a shabby black suit, said the service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rote</w:t>
      </w:r>
      <w:r>
        <w:rPr>
          <w:b/>
          <w:bCs/>
        </w:rPr>
        <w:t xml:space="preserve"> </w:t>
      </w:r>
      <w:r>
        <w:rPr>
          <w:b/>
          <w:bCs/>
        </w:rPr>
        <w:t xml:space="preserve">and read a short, impersonal prayer.</w:t>
      </w:r>
      <w:r>
        <w:br/>
      </w:r>
      <w:r>
        <w:t xml:space="preserve">    (a) memorization by repetition; or repeated behavior done automatically without thought</w:t>
      </w:r>
      <w:r>
        <w:br/>
      </w:r>
      <w:r>
        <w:t xml:space="preserve">    (b) Nathaniel Hawthorne's famous novel of hidden guilt and societal condemnation (1850)</w:t>
      </w:r>
      <w:r>
        <w:br/>
      </w:r>
      <w:r>
        <w:t xml:space="preserve">    (c) Rome from the founding of the city until the formation of the Republic (753-509 BC)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Tom recovered and finished the ride clean, but as he walked back to the chutes he knew 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ride.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average or a bit below average in quality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kind of elemental force, a primitive scourge and a raw challenge that summoned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</w:t>
      </w:r>
      <w:r>
        <w:rPr>
          <w:b/>
          <w:bCs/>
        </w:rPr>
        <w:t xml:space="preserve"> </w:t>
      </w:r>
      <w:r>
        <w:rPr>
          <w:b/>
          <w:bCs/>
        </w:rPr>
        <w:t xml:space="preserve">violence from every horse he rode.</w:t>
      </w:r>
      <w:r>
        <w:br/>
      </w:r>
      <w:r>
        <w:t xml:space="preserve">    (a) devilish</w:t>
      </w:r>
      <w:r>
        <w:br/>
      </w:r>
      <w:r>
        <w:t xml:space="preserve">    (b) relating to a surface rather than to anything deep or penetrating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melee</w:t>
      </w:r>
      <w:r>
        <w:rPr>
          <w:b/>
          <w:bCs/>
        </w:rPr>
        <w:t xml:space="preserve"> </w:t>
      </w:r>
      <w:r>
        <w:rPr>
          <w:b/>
          <w:bCs/>
        </w:rPr>
        <w:t xml:space="preserve">of men and horses, one horse broke a leg and had to be destroyed, and Tom's left shoulder was smashed by a flailing hoof.</w:t>
      </w:r>
      <w:r>
        <w:br/>
      </w:r>
      <w:r>
        <w:t xml:space="preserve">    (a) disorganized mass of people</w:t>
      </w:r>
      <w:r>
        <w:br/>
      </w:r>
      <w:r>
        <w:t xml:space="preserve">    (b) result or predictable value</w:t>
      </w:r>
      <w:r>
        <w:br/>
      </w:r>
      <w:r>
        <w:t xml:space="preserve">    (c) the highest-ranking manager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stopped drinking, became more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 </w:t>
      </w:r>
      <w:r>
        <w:rPr>
          <w:b/>
          <w:bCs/>
        </w:rPr>
        <w:t xml:space="preserve">than ever, and rode with cold and ruthless fury.</w:t>
      </w:r>
      <w:r>
        <w:br/>
      </w:r>
      <w:r>
        <w:t xml:space="preserve">    (a) a place where conditions are kept as they were to protect wildlife</w:t>
      </w:r>
      <w:r>
        <w:br/>
      </w:r>
      <w:r>
        <w:t xml:space="preserve">    (b) someone withdrawn from society (living alone and avoiding contact)</w:t>
      </w:r>
      <w:r>
        <w:br/>
      </w:r>
      <w:r>
        <w:t xml:space="preserve">    (c) someone who believes that all knowledge is derived from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bled the doe clean, then butchered out one loin and took it back to his camp,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exulting</w:t>
      </w:r>
      <w:r>
        <w:rPr>
          <w:b/>
          <w:bCs/>
        </w:rPr>
        <w:t xml:space="preserve">.</w:t>
      </w:r>
      <w:r>
        <w:br/>
      </w:r>
      <w:r>
        <w:t xml:space="preserve">    (a) feeling or expressing extreme happiness or elation</w:t>
      </w:r>
      <w:r>
        <w:br/>
      </w:r>
      <w:r>
        <w:t xml:space="preserve">    (b) canceling or annulling a formal ruling or contract</w:t>
      </w:r>
      <w:r>
        <w:br/>
      </w:r>
      <w:r>
        <w:t xml:space="preserve">    (c) moving out of an interacting position; or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venison cooked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tantalizing</w:t>
      </w:r>
      <w:r>
        <w:rPr>
          <w:b/>
          <w:bCs/>
        </w:rPr>
        <w:t xml:space="preserve"> </w:t>
      </w:r>
      <w:r>
        <w:rPr>
          <w:b/>
          <w:bCs/>
        </w:rPr>
        <w:t xml:space="preserve">odor.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making someone excited about getting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killed Tom Black,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vengeful</w:t>
      </w:r>
      <w:r>
        <w:rPr>
          <w:b/>
          <w:bCs/>
        </w:rPr>
        <w:t xml:space="preserve"> </w:t>
      </w:r>
      <w:r>
        <w:rPr>
          <w:b/>
          <w:bCs/>
        </w:rPr>
        <w:t xml:space="preserve">demon who rode horses to death.</w:t>
      </w:r>
      <w:r>
        <w:br/>
      </w:r>
      <w:r>
        <w:t xml:space="preserve">    (a) mental activity of which one is self-aware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wanting to punish someone for causing harm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2026-07-31T18:21:38Z</dcterms:created>
  <dcterms:modified xsi:type="dcterms:W3CDTF">2026-07-31T18:21:38Z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