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0c4939841e26283ef9a76541eac89411dee1de3"/>
    <w:p>
      <w:pPr>
        <w:pStyle w:val="Heading1"/>
      </w:pPr>
      <w:r>
        <w:rPr>
          <w:b/>
          <w:bCs/>
        </w:rPr>
        <w:t xml:space="preserve">When the Emperor Was Divine</w:t>
      </w:r>
      <w:r>
        <w:br/>
      </w:r>
      <w:r>
        <w:rPr>
          <w:i/>
          <w:iCs/>
        </w:rPr>
        <w:t xml:space="preserve">Julie Otsuka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 the back of every envelope was stamped "</w:t>
      </w:r>
      <w:r>
        <w:rPr>
          <w:b/>
          <w:bCs/>
          <w:u w:val="single"/>
        </w:rPr>
        <w:t xml:space="preserve">Censored</w:t>
      </w:r>
      <w:r>
        <w:rPr>
          <w:b/>
          <w:bCs/>
        </w:rPr>
        <w:t xml:space="preserve">, War Department," or "Detained Alien Enemy Mail."</w:t>
      </w:r>
      <w:r>
        <w:br/>
      </w:r>
      <w:r>
        <w:t xml:space="preserve">    (a) not having a relationship whereby a change in one thing helps predict a change in another</w:t>
      </w:r>
      <w:r>
        <w:br/>
      </w:r>
      <w:r>
        <w:t xml:space="preserve">    (b) without a personal preference; or without any tendency to move in a particular direction</w:t>
      </w:r>
      <w:r>
        <w:br/>
      </w:r>
      <w:r>
        <w:t xml:space="preserve">    (c) removed or suppressed something considered obscene, immoral, or politically unacceptable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stood up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traced</w:t>
      </w:r>
      <w:r>
        <w:rPr>
          <w:b/>
          <w:bCs/>
        </w:rPr>
        <w:t xml:space="preserve"> </w:t>
      </w:r>
      <w:r>
        <w:rPr>
          <w:b/>
          <w:bCs/>
        </w:rPr>
        <w:t xml:space="preserve">around its edges with her finger and began to laugh—quietly at first, but soon her shoulders were heaving and she was gasping for breath.</w:t>
      </w:r>
      <w:r>
        <w:br/>
      </w:r>
      <w:r>
        <w:t xml:space="preserve">    (a) differed</w:t>
      </w:r>
      <w:r>
        <w:br/>
      </w:r>
      <w:r>
        <w:t xml:space="preserve">    (b) followed</w:t>
      </w:r>
      <w:r>
        <w:br/>
      </w:r>
      <w:r>
        <w:t xml:space="preserve">    (c) collided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traced</w:t>
      </w:r>
      <w:r>
        <w:rPr>
          <w:b/>
          <w:bCs/>
        </w:rPr>
        <w:t xml:space="preserve"> </w:t>
      </w:r>
      <w:r>
        <w:rPr>
          <w:b/>
          <w:bCs/>
        </w:rPr>
        <w:t xml:space="preserve">out an SOS in huge letters across the firebreak but before anyone could read what he had written he wiped the letters away.</w:t>
      </w:r>
      <w:r>
        <w:br/>
      </w:r>
      <w:r>
        <w:t xml:space="preserve">    (a) paid</w:t>
      </w:r>
      <w:r>
        <w:br/>
      </w:r>
      <w:r>
        <w:t xml:space="preserve">    (b) quit</w:t>
      </w:r>
      <w:r>
        <w:br/>
      </w:r>
      <w:r>
        <w:t xml:space="preserve">    (c) drew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had never seen the desert before and although she had been a good but not outstanding student who had learned the meanings of many words she had yet to learn the meaning of the word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intermittent</w:t>
      </w:r>
      <w:r>
        <w:rPr>
          <w:b/>
          <w:bCs/>
        </w:rPr>
        <w:t xml:space="preserve">.</w:t>
      </w:r>
      <w:r>
        <w:br/>
      </w:r>
      <w:r>
        <w:t xml:space="preserve">    (a) stopping and starting at irregular intervals</w:t>
      </w:r>
      <w:r>
        <w:br/>
      </w:r>
      <w:r>
        <w:t xml:space="preserve">    (b) occurring at regular and predictable times</w:t>
      </w:r>
      <w:r>
        <w:br/>
      </w:r>
      <w:r>
        <w:t xml:space="preserve">    (c) happening constantly and without pause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imagined a cowboy snapping his fingers and a horse, a wild white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stallion</w:t>
      </w:r>
      <w:r>
        <w:rPr>
          <w:b/>
          <w:bCs/>
        </w:rPr>
        <w:t xml:space="preserve">, galloping up to him in a cloud of hot swirling dust.</w:t>
      </w:r>
      <w:r>
        <w:br/>
      </w:r>
      <w:r>
        <w:t xml:space="preserve">    (a) a large, elongated gland located behind the stomach that secretes digestive enzymes and insulin</w:t>
      </w:r>
      <w:r>
        <w:br/>
      </w:r>
      <w:r>
        <w:t xml:space="preserve">    (b) of the philosophical &amp; religious system based on the teachings of Laozi (also spelled Taoist)</w:t>
      </w:r>
      <w:r>
        <w:br/>
      </w:r>
      <w:r>
        <w:t xml:space="preserve">    (c) a male horse that has not been castrated (gelded) -- especially one used for breeding purposes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took the orange and began to peel it slowly in one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continuous</w:t>
      </w:r>
      <w:r>
        <w:rPr>
          <w:b/>
          <w:bCs/>
        </w:rPr>
        <w:t xml:space="preserve"> </w:t>
      </w:r>
      <w:r>
        <w:rPr>
          <w:b/>
          <w:bCs/>
        </w:rPr>
        <w:t xml:space="preserve">motion.</w:t>
      </w:r>
      <w:r>
        <w:br/>
      </w:r>
      <w:r>
        <w:t xml:space="preserve">    (a) pertaining to the working together of different religious groups</w:t>
      </w:r>
      <w:r>
        <w:br/>
      </w:r>
      <w:r>
        <w:t xml:space="preserve">    (b) the state of being capable of thought, self-reflection, and will</w:t>
      </w:r>
      <w:r>
        <w:br/>
      </w:r>
      <w:r>
        <w:t xml:space="preserve">    (c) continuing in time or space without interruption or irregularity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Tanforan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partitions</w:t>
      </w:r>
      <w:r>
        <w:rPr>
          <w:b/>
          <w:bCs/>
        </w:rPr>
        <w:t xml:space="preserve"> </w:t>
      </w:r>
      <w:r>
        <w:rPr>
          <w:b/>
          <w:bCs/>
        </w:rPr>
        <w:t xml:space="preserve">between the stalls did not reach all the way up to the ceiling and it was impossible to sleep.</w:t>
      </w:r>
      <w:r>
        <w:br/>
      </w:r>
      <w:r>
        <w:t xml:space="preserve">    (a) to divide something into parts; or a divider itself, or one of the sections created</w:t>
      </w:r>
      <w:r>
        <w:br/>
      </w:r>
      <w:r>
        <w:t xml:space="preserve">    (b) dies or suffers due to upholding principle; or people who have suffered such a fate</w:t>
      </w:r>
      <w:r>
        <w:br/>
      </w:r>
      <w:r>
        <w:t xml:space="preserve">    (c) pauses to change how something is done -- often while reducing the use of resources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city of tar-paper barracks behind a barbed-wire fence on a dusty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alkaline</w:t>
      </w:r>
      <w:r>
        <w:rPr>
          <w:b/>
          <w:bCs/>
        </w:rPr>
        <w:t xml:space="preserve"> </w:t>
      </w:r>
      <w:r>
        <w:rPr>
          <w:b/>
          <w:bCs/>
        </w:rPr>
        <w:t xml:space="preserve">plain high up in the desert.</w:t>
      </w:r>
      <w:r>
        <w:br/>
      </w:r>
      <w:r>
        <w:t xml:space="preserve">    (a) infectious disease characterized by inflammation of the tissues that surround the brain or spinal cord</w:t>
      </w:r>
      <w:r>
        <w:br/>
      </w:r>
      <w:r>
        <w:t xml:space="preserve">    (b) able to adjust readily to different conditions  OR  (less commonly) susceptible to being led or directed</w:t>
      </w:r>
      <w:r>
        <w:br/>
      </w:r>
      <w:r>
        <w:t xml:space="preserve">    (c) having a pH greater than 7 (this is the opposite of acidic); or having a greater pH than something else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waitress had worked as a live-in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domestic</w:t>
      </w:r>
      <w:r>
        <w:rPr>
          <w:b/>
          <w:bCs/>
        </w:rPr>
        <w:t xml:space="preserve"> </w:t>
      </w:r>
      <w:r>
        <w:rPr>
          <w:b/>
          <w:bCs/>
        </w:rPr>
        <w:t xml:space="preserve">for a wealthy family in Atherton.</w:t>
      </w:r>
      <w:r>
        <w:br/>
      </w:r>
      <w:r>
        <w:t xml:space="preserve">    (a) small quantity or indication</w:t>
      </w:r>
      <w:r>
        <w:br/>
      </w:r>
      <w:r>
        <w:t xml:space="preserve">    (b) reason (for doing something)</w:t>
      </w:r>
      <w:r>
        <w:br/>
      </w:r>
      <w:r>
        <w:t xml:space="preserve">    (c) someone working in someone else's home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Will you swear unqualified allegiance to the United Stated of America and faithfully defend the United States from any or all attack by foreign 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domestic</w:t>
      </w:r>
      <w:r>
        <w:rPr>
          <w:b/>
          <w:bCs/>
        </w:rPr>
        <w:t xml:space="preserve"> </w:t>
      </w:r>
      <w:r>
        <w:rPr>
          <w:b/>
          <w:bCs/>
        </w:rPr>
        <w:t xml:space="preserve">forces, and forswear any form of allegiance or obedience to the Japanese Emperor, or any other foreign government, power or organization?</w:t>
      </w:r>
      <w:r>
        <w:br/>
      </w:r>
      <w:r>
        <w:t xml:space="preserve">    (a) related to expressing personal artistic ideas or feelings while performing (or performing to) someone else's work</w:t>
      </w:r>
      <w:r>
        <w:br/>
      </w:r>
      <w:r>
        <w:t xml:space="preserve">    (b) relating to a home country</w:t>
      </w:r>
      <w:r>
        <w:br/>
      </w:r>
      <w:r>
        <w:t xml:space="preserve">    (c) partially sensible and clear; or partially describing parts as fitting together in a consistent or pleasing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man standing in front of the latrines shouting out, "Hallelujah, Hallelujah," had been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vagrant</w:t>
      </w:r>
      <w:r>
        <w:rPr>
          <w:b/>
          <w:bCs/>
        </w:rPr>
        <w:t xml:space="preserve"> </w:t>
      </w:r>
      <w:r>
        <w:rPr>
          <w:b/>
          <w:bCs/>
        </w:rPr>
        <w:t xml:space="preserve">on the streets of Oakland.</w:t>
      </w:r>
      <w:r>
        <w:br/>
      </w:r>
      <w:r>
        <w:t xml:space="preserve">    (a) someone who is poor and has no regular home or job</w:t>
      </w:r>
      <w:r>
        <w:br/>
      </w:r>
      <w:r>
        <w:t xml:space="preserve">    (b) the quality or degree of not being straightforward</w:t>
      </w:r>
      <w:r>
        <w:br/>
      </w:r>
      <w:r>
        <w:t xml:space="preserve">    (c) deserving no respect (worthless or of bad quality)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Every morning, at Mountain View Elementary, he placed his hand over his heart and recited the pledge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allegiance</w:t>
      </w:r>
      <w:r>
        <w:rPr>
          <w:b/>
          <w:bCs/>
        </w:rPr>
        <w:t xml:space="preserve">.</w:t>
      </w:r>
      <w:r>
        <w:br/>
      </w:r>
      <w:r>
        <w:t xml:space="preserve">    (a) thought</w:t>
      </w:r>
      <w:r>
        <w:br/>
      </w:r>
      <w:r>
        <w:t xml:space="preserve">    (b) payment</w:t>
      </w:r>
      <w:r>
        <w:br/>
      </w:r>
      <w:r>
        <w:t xml:space="preserve">    (c) loyalty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had long black tails and dark flowing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manes</w:t>
      </w:r>
      <w:r>
        <w:rPr>
          <w:b/>
          <w:bCs/>
        </w:rPr>
        <w:t xml:space="preserve"> </w:t>
      </w:r>
      <w:r>
        <w:rPr>
          <w:b/>
          <w:bCs/>
        </w:rPr>
        <w:t xml:space="preserve">and he had watched them galloping in the moonlight across the flat dusty plain and then for three nights in a row he had dreamed of them.</w:t>
      </w:r>
      <w:r>
        <w:br/>
      </w:r>
      <w:r>
        <w:t xml:space="preserve">    (a) portrays or creates something in a particular way  OR  interprets, translates, or extracts from</w:t>
      </w:r>
      <w:r>
        <w:br/>
      </w:r>
      <w:r>
        <w:t xml:space="preserve">    (b) long coarse hair such as that which grows around a lion's head or on the back of a horse's neck</w:t>
      </w:r>
      <w:r>
        <w:br/>
      </w:r>
      <w:r>
        <w:t xml:space="preserve">    (c) develops or evolves from a latent or potential state  OR  (more rarely) determines by reasoning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Will you swear unqualified allegiance to the United Stated of America and faithfully defend the United States from any or all attack by foreign or domestic forces,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forswear</w:t>
      </w:r>
      <w:r>
        <w:rPr>
          <w:b/>
          <w:bCs/>
        </w:rPr>
        <w:t xml:space="preserve"> </w:t>
      </w:r>
      <w:r>
        <w:rPr>
          <w:b/>
          <w:bCs/>
        </w:rPr>
        <w:t xml:space="preserve">any form of allegiance or obedience to the Japanese Emperor, or any other foreign government, power or organization?</w:t>
      </w:r>
      <w:r>
        <w:br/>
      </w:r>
      <w:r>
        <w:t xml:space="preserve">    (a) renounce (abandon)</w:t>
      </w:r>
      <w:r>
        <w:br/>
      </w:r>
      <w:r>
        <w:t xml:space="preserve">    (b) the reason for doing something; or the level of desire to do something</w:t>
      </w:r>
      <w:r>
        <w:br/>
      </w:r>
      <w:r>
        <w:t xml:space="preserve">    (c) a drug that calms or puts to sleep; or describing something as calming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Empty boxes were scattered across the floor, and on top of the windowsill, lined up in a neat row, stood the remnants of some long-ago game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Monopoly</w:t>
      </w:r>
      <w:r>
        <w:rPr>
          <w:b/>
          <w:bCs/>
        </w:rPr>
        <w:t xml:space="preserve">: a pair of white dice, a tiny red hotel, the smallest green wooden house in the world.</w:t>
      </w:r>
      <w:r>
        <w:br/>
      </w:r>
      <w:r>
        <w:t xml:space="preserve">    (a) in a manner that tries to obtain a result through gentle and careful effort -- often gently persuading</w:t>
      </w:r>
      <w:r>
        <w:br/>
      </w:r>
      <w:r>
        <w:t xml:space="preserve">    (b) complete control over a product, service, or resource -- usually by a single person, company, or group</w:t>
      </w:r>
      <w:r>
        <w:br/>
      </w:r>
      <w:r>
        <w:t xml:space="preserve">    (c) in the manner of someone who consumes more than they should -- especially eating and drinking too much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wrote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compositions</w:t>
      </w:r>
      <w:r>
        <w:rPr>
          <w:b/>
          <w:bCs/>
        </w:rPr>
        <w:t xml:space="preserve">.</w:t>
      </w:r>
      <w:r>
        <w:br/>
      </w:r>
      <w:r>
        <w:t xml:space="preserve">    (a) things that are different than others of their type (synonyms could include: adaptations, versions, alternate forms)</w:t>
      </w:r>
      <w:r>
        <w:br/>
      </w:r>
      <w:r>
        <w:t xml:space="preserve">    (b) people who believe behavior should be guided by high ideals or standards -- often implying that they are unrealistic</w:t>
      </w:r>
      <w:r>
        <w:br/>
      </w:r>
      <w:r>
        <w:t xml:space="preserve">    (c) essays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company that had employed him before the war had been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liquidated</w:t>
      </w:r>
      <w:r>
        <w:rPr>
          <w:b/>
          <w:bCs/>
        </w:rPr>
        <w:t xml:space="preserve"> </w:t>
      </w:r>
      <w:r>
        <w:rPr>
          <w:b/>
          <w:bCs/>
        </w:rPr>
        <w:t xml:space="preserve">right after Pearl Harbor and there was no job for him to return to.</w:t>
      </w:r>
      <w:r>
        <w:br/>
      </w:r>
      <w:r>
        <w:t xml:space="preserve">    (a) eliminated</w:t>
      </w:r>
      <w:r>
        <w:br/>
      </w:r>
      <w:r>
        <w:t xml:space="preserve">    (b) atoned (demonstrated sorrow for a wrong either by doing something good in return for the wrong, or by accepting punishment)</w:t>
      </w:r>
      <w:r>
        <w:br/>
      </w:r>
      <w:r>
        <w:t xml:space="preserve">    (c) (verb) showed, demonstrated, proved, or caused acceptance  OR  (adjective) proven, known, accepted/trusted/successful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crept into your house while you were away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sullied</w:t>
      </w:r>
      <w:r>
        <w:rPr>
          <w:b/>
          <w:bCs/>
        </w:rPr>
        <w:t xml:space="preserve"> </w:t>
      </w:r>
      <w:r>
        <w:rPr>
          <w:b/>
          <w:bCs/>
        </w:rPr>
        <w:t xml:space="preserve">your wife.</w:t>
      </w:r>
      <w:r>
        <w:br/>
      </w:r>
      <w:r>
        <w:t xml:space="preserve">    (a) tension from opposing ideas or feelings</w:t>
      </w:r>
      <w:r>
        <w:br/>
      </w:r>
      <w:r>
        <w:t xml:space="preserve">    (b) spoiled or cast doubt upon a reputation</w:t>
      </w:r>
      <w:r>
        <w:br/>
      </w:r>
      <w:r>
        <w:t xml:space="preserve">    (c) examined in detail to better understand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treacherous</w:t>
      </w:r>
      <w:r>
        <w:rPr>
          <w:b/>
          <w:bCs/>
        </w:rPr>
        <w:t xml:space="preserve"> </w:t>
      </w:r>
      <w:r>
        <w:rPr>
          <w:b/>
          <w:bCs/>
        </w:rPr>
        <w:t xml:space="preserve">and cunning, is ruthless, is cruel.</w:t>
      </w:r>
      <w:r>
        <w:br/>
      </w:r>
      <w:r>
        <w:t xml:space="preserve">    (a) disbelief</w:t>
      </w:r>
      <w:r>
        <w:br/>
      </w:r>
      <w:r>
        <w:t xml:space="preserve">    (b) untrustworthy</w:t>
      </w:r>
      <w:r>
        <w:br/>
      </w:r>
      <w:r>
        <w:t xml:space="preserve">    (c) not human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Is treacherous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cunning</w:t>
      </w:r>
      <w:r>
        <w:rPr>
          <w:b/>
          <w:bCs/>
        </w:rPr>
        <w:t xml:space="preserve">, is ruthless, is cruel.</w:t>
      </w:r>
      <w:r>
        <w:br/>
      </w:r>
      <w:r>
        <w:t xml:space="preserve">    (a) relating to logical examination to improve understanding</w:t>
      </w:r>
      <w:r>
        <w:br/>
      </w:r>
      <w:r>
        <w:t xml:space="preserve">    (b) related to the natural world (life, air, water, land...)</w:t>
      </w:r>
      <w:r>
        <w:br/>
      </w:r>
      <w:r>
        <w:t xml:space="preserve">    (c) good at achieving goals through cleverness and deception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2026-07-31T20:15:59Z</dcterms:created>
  <dcterms:modified xsi:type="dcterms:W3CDTF">2026-07-31T20:15:59Z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