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de47e95d4e033383ea8f63a56cf344b2e1947b"/>
    <w:p>
      <w:pPr>
        <w:pStyle w:val="Heading1"/>
      </w:pPr>
      <w:r>
        <w:rPr>
          <w:b/>
          <w:bCs/>
        </w:rPr>
        <w:t xml:space="preserve">When You Reach Me</w:t>
      </w:r>
      <w:r>
        <w:br/>
      </w:r>
      <w:r>
        <w:rPr>
          <w:i/>
          <w:iCs/>
        </w:rPr>
        <w:t xml:space="preserve">Rebecca Stead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Mom wonders if that's a good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omen</w:t>
      </w:r>
      <w:r>
        <w:rPr>
          <w:b/>
          <w:bCs/>
        </w:rPr>
        <w:t xml:space="preserve">.</w:t>
      </w:r>
      <w:r>
        <w:br/>
      </w:r>
      <w:r>
        <w:t xml:space="preserve">    (a) walk in an awkward, shuffling way</w:t>
      </w:r>
      <w:r>
        <w:br/>
      </w:r>
      <w:r>
        <w:t xml:space="preserve">    (b) make someone want to do something</w:t>
      </w:r>
      <w:r>
        <w:br/>
      </w:r>
      <w:r>
        <w:t xml:space="preserve">    (c) sign of something about to happen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left my keys at school and waited two and a half hours at Belle's Market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Amsterdam</w:t>
      </w:r>
      <w:r>
        <w:rPr>
          <w:b/>
          <w:bCs/>
        </w:rPr>
        <w:t xml:space="preserve"> </w:t>
      </w:r>
      <w:r>
        <w:rPr>
          <w:b/>
          <w:bCs/>
        </w:rPr>
        <w:t xml:space="preserve">Avenue for Mom to get home from work.</w:t>
      </w:r>
      <w:r>
        <w:br/>
      </w:r>
      <w:r>
        <w:t xml:space="preserve">    (a) largest city of the Netherlands</w:t>
      </w:r>
      <w:r>
        <w:br/>
      </w:r>
      <w:r>
        <w:t xml:space="preserve">    (b) fundamentalist Islamic militia</w:t>
      </w:r>
      <w:r>
        <w:br/>
      </w:r>
      <w:r>
        <w:t xml:space="preserve">    (c) measures of general intelligence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she finally got there, Mom hugged Belle and told her, "I owe you," like I was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repulsive</w:t>
      </w:r>
      <w:r>
        <w:rPr>
          <w:b/>
          <w:bCs/>
        </w:rPr>
        <w:t xml:space="preserve"> </w:t>
      </w:r>
      <w:r>
        <w:rPr>
          <w:b/>
          <w:bCs/>
        </w:rPr>
        <w:t xml:space="preserve">burden instead of the person who had very helpfully unpacked three boxes of green bananas and scoured the refrigerated section for expired dairy items.</w:t>
      </w:r>
      <w:r>
        <w:br/>
      </w:r>
      <w:r>
        <w:t xml:space="preserve">    (a) relating to surrounding conditions</w:t>
      </w:r>
      <w:r>
        <w:br/>
      </w:r>
      <w:r>
        <w:t xml:space="preserve">    (b) a tendency to think back on things</w:t>
      </w:r>
      <w:r>
        <w:br/>
      </w:r>
      <w:r>
        <w:t xml:space="preserve">    (c) very unpleasant or causing disgust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Miranda warnings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essential</w:t>
      </w:r>
      <w:r>
        <w:rPr>
          <w:b/>
          <w:bCs/>
        </w:rPr>
        <w:t xml:space="preserve">, you know.</w:t>
      </w:r>
      <w:r>
        <w:br/>
      </w:r>
      <w:r>
        <w:t xml:space="preserve">    (a) clear, easily noticed, and/or identifiable as different or separate</w:t>
      </w:r>
      <w:r>
        <w:br/>
      </w:r>
      <w:r>
        <w:t xml:space="preserve">    (b) not capable of being better understood through detailed examination</w:t>
      </w:r>
      <w:r>
        <w:br/>
      </w:r>
      <w:r>
        <w:t xml:space="preserve">    (c) necessary or important or relating to the basic nature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—and then there's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Shakespeare</w:t>
      </w:r>
      <w:r>
        <w:rPr>
          <w:b/>
          <w:bCs/>
        </w:rPr>
        <w:t xml:space="preserve">.</w:t>
      </w:r>
      <w:r>
        <w:br/>
      </w:r>
      <w:r>
        <w:t xml:space="preserve">    (a) relating to a discipline and school of thought discussing the mystical aspect of Judaism and hidden meanings in Hebrew scripture</w:t>
      </w:r>
      <w:r>
        <w:br/>
      </w:r>
      <w:r>
        <w:t xml:space="preserve">    (b) previously called Calcutta; influential city in East India; known for severe poverty, political activism, and cultural influence</w:t>
      </w:r>
      <w:r>
        <w:br/>
      </w:r>
      <w:r>
        <w:t xml:space="preserve">    (c) author widely regarded as the greatest in the English language and whose works include</w:t>
      </w:r>
      <w:r>
        <w:t xml:space="preserve"> </w:t>
      </w:r>
      <w:r>
        <w:rPr>
          <w:i/>
          <w:iCs/>
        </w:rPr>
        <w:t xml:space="preserve">Romeo and Juliet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Hamlet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invented the name Miranda, you know, for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Tempest</w:t>
      </w:r>
      <w:r>
        <w:rPr>
          <w:b/>
          <w:bCs/>
        </w:rPr>
        <w:t xml:space="preserve">.</w:t>
      </w:r>
      <w:r>
        <w:br/>
      </w:r>
      <w:r>
        <w:t xml:space="preserve">    (a) a long and determined effort for a cause that is passionately believed to be important</w:t>
      </w:r>
      <w:r>
        <w:br/>
      </w:r>
      <w:r>
        <w:t xml:space="preserve">    (b) a violent commotion or disturbance -- especially a violent storm or emotional outburst</w:t>
      </w:r>
      <w:r>
        <w:br/>
      </w:r>
      <w:r>
        <w:t xml:space="preserve">    (c) to dominate harshly and unfairly  OR  to deny equal rights to others or make them suffer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of the categories are harder to figure out, like "things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recite</w:t>
      </w:r>
      <w:r>
        <w:rPr>
          <w:b/>
          <w:bCs/>
        </w:rPr>
        <w:t xml:space="preserve">" (poetry, the Pledge of Allegiance) or "things you squeeze" (a tube of toothpaste, someone's hand).</w:t>
      </w:r>
      <w:r>
        <w:br/>
      </w:r>
      <w:r>
        <w:t xml:space="preserve">    (a) recommend or require what should be done  OR  (of a medical doctor) give medical instructions -- such as writing that a patient should take antibiotics</w:t>
      </w:r>
      <w:r>
        <w:br/>
      </w:r>
      <w:r>
        <w:t xml:space="preserve">    (b) fear, or anticipate with worry (commonly only seen in the forms "apprehensive" and "apprehension," but seen in this form in classic literature)</w:t>
      </w:r>
      <w:r>
        <w:br/>
      </w:r>
      <w:r>
        <w:t xml:space="preserve">    (c) to say or read something aloud -- especially something previously memorized such as a poem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to say in detail -- especially a list of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of the categories are harder to figure out, like "things you recite" (poetry, the Pledge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Allegiance</w:t>
      </w:r>
      <w:r>
        <w:rPr>
          <w:b/>
          <w:bCs/>
        </w:rPr>
        <w:t xml:space="preserve">) or "things you squeeze" (a tube of toothpaste, someone's hand).</w:t>
      </w:r>
      <w:r>
        <w:br/>
      </w:r>
      <w:r>
        <w:t xml:space="preserve">    (a) loyalty</w:t>
      </w:r>
      <w:r>
        <w:br/>
      </w:r>
      <w:r>
        <w:t xml:space="preserve">    (b) payment</w:t>
      </w:r>
      <w:r>
        <w:br/>
      </w:r>
      <w:r>
        <w:t xml:space="preserve">    (c) thought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is more like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physics</w:t>
      </w:r>
      <w:r>
        <w:rPr>
          <w:b/>
          <w:bCs/>
        </w:rPr>
        <w:t xml:space="preserve">.</w:t>
      </w:r>
      <w:r>
        <w:br/>
      </w:r>
      <w:r>
        <w:t xml:space="preserve">    (a) referring to any rocky mountains</w:t>
      </w:r>
      <w:r>
        <w:br/>
      </w:r>
      <w:r>
        <w:t xml:space="preserve">    (b) the science of matter and energy</w:t>
      </w:r>
      <w:r>
        <w:br/>
      </w:r>
      <w:r>
        <w:t xml:space="preserve">    (c) lacking things most people enjoy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sat next to Alice Evans, who never complained about anything, and Annemarie sat next to Jay Stringer, who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oblivious</w:t>
      </w:r>
      <w:r>
        <w:rPr>
          <w:b/>
          <w:bCs/>
        </w:rPr>
        <w:t xml:space="preserve"> </w:t>
      </w:r>
      <w:r>
        <w:rPr>
          <w:b/>
          <w:bCs/>
        </w:rPr>
        <w:t xml:space="preserve">to the world when he was reading, but Colin sat next to Julia.</w:t>
      </w:r>
      <w:r>
        <w:br/>
      </w:r>
      <w:r>
        <w:t xml:space="preserve">    (a) very large</w:t>
      </w:r>
      <w:r>
        <w:br/>
      </w:r>
      <w:r>
        <w:t xml:space="preserve">    (b) unaware of</w:t>
      </w:r>
      <w:r>
        <w:br/>
      </w:r>
      <w:r>
        <w:t xml:space="preserve">    (c) related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despise</w:t>
      </w:r>
      <w:r>
        <w:rPr>
          <w:b/>
          <w:bCs/>
        </w:rPr>
        <w:t xml:space="preserve"> </w:t>
      </w:r>
      <w:r>
        <w:rPr>
          <w:b/>
          <w:bCs/>
        </w:rPr>
        <w:t xml:space="preserve">the smell of pickles.</w:t>
      </w:r>
      <w:r>
        <w:br/>
      </w:r>
      <w:r>
        <w:t xml:space="preserve">    (a) technical:  center or concentration</w:t>
      </w:r>
      <w:r>
        <w:br/>
      </w:r>
      <w:r>
        <w:t xml:space="preserve">    (b) to be overly unhappy and unsociable</w:t>
      </w:r>
      <w:r>
        <w:br/>
      </w:r>
      <w:r>
        <w:t xml:space="preserve">    (c) dislike strongly and look down upon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Annemarie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gestured</w:t>
      </w:r>
      <w:r>
        <w:rPr>
          <w:b/>
          <w:bCs/>
        </w:rPr>
        <w:t xml:space="preserve"> </w:t>
      </w:r>
      <w:r>
        <w:rPr>
          <w:b/>
          <w:bCs/>
        </w:rPr>
        <w:t xml:space="preserve">me over.</w:t>
      </w:r>
      <w:r>
        <w:br/>
      </w:r>
      <w:r>
        <w:t xml:space="preserve">    (a) rock which has been created from layers of sediment laying on top of one another</w:t>
      </w:r>
      <w:r>
        <w:br/>
      </w:r>
      <w:r>
        <w:t xml:space="preserve">    (b) change a letter from lower to upper case -- especially the first letter of words</w:t>
      </w:r>
      <w:r>
        <w:br/>
      </w:r>
      <w:r>
        <w:t xml:space="preserve">    (c) a movement or signal of the body used to communicate; or to make such a movement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Jimmy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swaggered</w:t>
      </w:r>
      <w:r>
        <w:rPr>
          <w:b/>
          <w:bCs/>
        </w:rPr>
        <w:t xml:space="preserve"> </w:t>
      </w:r>
      <w:r>
        <w:rPr>
          <w:b/>
          <w:bCs/>
        </w:rPr>
        <w:t xml:space="preserve">over to the phone with a huge smile on his face.</w:t>
      </w:r>
      <w:r>
        <w:br/>
      </w:r>
      <w:r>
        <w:t xml:space="preserve">    (a) walked or behaved in a highly confident manner</w:t>
      </w:r>
      <w:r>
        <w:br/>
      </w:r>
      <w:r>
        <w:t xml:space="preserve">    (b) considered (for affect on a result or outcome)</w:t>
      </w:r>
      <w:r>
        <w:br/>
      </w:r>
      <w:r>
        <w:t xml:space="preserve">    (c) held together (connected or united) or wrapped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Somehow we became so completely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hysterical</w:t>
      </w:r>
      <w:r>
        <w:rPr>
          <w:b/>
          <w:bCs/>
        </w:rPr>
        <w:t xml:space="preserve"> </w:t>
      </w:r>
      <w:r>
        <w:rPr>
          <w:b/>
          <w:bCs/>
        </w:rPr>
        <w:t xml:space="preserve">that we were still having what Mom calls fits of helpless laughter when we got to school.</w:t>
      </w:r>
      <w:r>
        <w:br/>
      </w:r>
      <w:r>
        <w:t xml:space="preserve">    (a) exceedingly funny (resulting in uncontrollable laughter); or exhibiting excessive, uncontrollable emotion</w:t>
      </w:r>
      <w:r>
        <w:br/>
      </w:r>
      <w:r>
        <w:t xml:space="preserve">    (b) when what happens is very different than what might be expected; or when things seem incongruous together</w:t>
      </w:r>
      <w:r>
        <w:br/>
      </w:r>
      <w:r>
        <w:t xml:space="preserve">    (c) marked by a colonnade (series of regularly spaced columns) surrounding a building or enclosing a courtyard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we went into Gold's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Stationery</w:t>
      </w:r>
      <w:r>
        <w:rPr>
          <w:b/>
          <w:bCs/>
        </w:rPr>
        <w:t xml:space="preserve"> </w:t>
      </w:r>
      <w:r>
        <w:rPr>
          <w:b/>
          <w:bCs/>
        </w:rPr>
        <w:t xml:space="preserve">and bought Jimmy a greeting card.</w:t>
      </w:r>
      <w:r>
        <w:br/>
      </w:r>
      <w:r>
        <w:t xml:space="preserve">    (a) expresses strong hatred or loathing for</w:t>
      </w:r>
      <w:r>
        <w:br/>
      </w:r>
      <w:r>
        <w:t xml:space="preserve">    (b) paper and envelopes for writing letters</w:t>
      </w:r>
      <w:r>
        <w:br/>
      </w:r>
      <w:r>
        <w:t xml:space="preserve">    (c) expressed strong hatred or loathing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Torment</w:t>
      </w:r>
      <w:r>
        <w:rPr>
          <w:b/>
          <w:bCs/>
        </w:rPr>
        <w:t xml:space="preserve">, yes.</w:t>
      </w:r>
      <w:r>
        <w:br/>
      </w:r>
      <w:r>
        <w:t xml:space="preserve">    (a) to cause or to experience great mental or physical suffering</w:t>
      </w:r>
      <w:r>
        <w:br/>
      </w:r>
      <w:r>
        <w:t xml:space="preserve">    (b) provide investment funds for something -- such as a business</w:t>
      </w:r>
      <w:r>
        <w:br/>
      </w:r>
      <w:r>
        <w:t xml:space="preserve">    (c) point to differences between; or compare to show differences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Louisa thought that McDonald's was a giant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conspiracy</w:t>
      </w:r>
      <w:r>
        <w:rPr>
          <w:b/>
          <w:bCs/>
        </w:rPr>
        <w:t xml:space="preserve"> </w:t>
      </w:r>
      <w:r>
        <w:rPr>
          <w:b/>
          <w:bCs/>
        </w:rPr>
        <w:t xml:space="preserve">against the health of all Americans.</w:t>
      </w:r>
      <w:r>
        <w:br/>
      </w:r>
      <w:r>
        <w:t xml:space="preserve">    (a) a secret agreement or plot</w:t>
      </w:r>
      <w:r>
        <w:br/>
      </w:r>
      <w:r>
        <w:t xml:space="preserve">    (b) harsh and unfair treatment</w:t>
      </w:r>
      <w:r>
        <w:br/>
      </w:r>
      <w:r>
        <w:t xml:space="preserve">    (c) the best or most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Remember the morning you waited for him in the lobby until you were absolutely,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positively</w:t>
      </w:r>
      <w:r>
        <w:rPr>
          <w:b/>
          <w:bCs/>
        </w:rPr>
        <w:t xml:space="preserve"> </w:t>
      </w:r>
      <w:r>
        <w:rPr>
          <w:b/>
          <w:bCs/>
        </w:rPr>
        <w:t xml:space="preserve">going to be late, and then you rang his doorbell, and it turned out he'd gone to school without you?</w:t>
      </w:r>
      <w:r>
        <w:br/>
      </w:r>
      <w:r>
        <w:t xml:space="preserve">    (a) with hard work</w:t>
      </w:r>
      <w:r>
        <w:br/>
      </w:r>
      <w:r>
        <w:t xml:space="preserve">    (b) without regret</w:t>
      </w:r>
      <w:r>
        <w:br/>
      </w:r>
      <w:r>
        <w:t xml:space="preserve">    (c) with certainty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can use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principal</w:t>
      </w:r>
      <w:r>
        <w:rPr>
          <w:b/>
          <w:bCs/>
        </w:rPr>
        <w:t xml:space="preserve">'s office for a few minutes so that you can brief me about whatever allegations have been made.</w:t>
      </w:r>
      <w:r>
        <w:br/>
      </w:r>
      <w:r>
        <w:t xml:space="preserve">    (a) the state or degree of criticism or disagreement</w:t>
      </w:r>
      <w:r>
        <w:br/>
      </w:r>
      <w:r>
        <w:t xml:space="preserve">    (b) serving to help explain or demonstrate something</w:t>
      </w:r>
      <w:r>
        <w:br/>
      </w:r>
      <w:r>
        <w:t xml:space="preserve">    (c) most important; or person that is most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of course you can't speak with Mr. Heilbroner himself until his parents have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notified</w:t>
      </w:r>
      <w:r>
        <w:rPr>
          <w:b/>
          <w:bCs/>
        </w:rPr>
        <w:t xml:space="preserve">.</w:t>
      </w:r>
      <w:r>
        <w:br/>
      </w:r>
      <w:r>
        <w:t xml:space="preserve">    (a) not judged in a negative way</w:t>
      </w:r>
      <w:r>
        <w:br/>
      </w:r>
      <w:r>
        <w:t xml:space="preserve">    (b) found, sought, or researched</w:t>
      </w:r>
      <w:r>
        <w:br/>
      </w:r>
      <w:r>
        <w:t xml:space="preserve">    (c) told someone about something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2026-05-20T14:43:34Z</dcterms:created>
  <dcterms:modified xsi:type="dcterms:W3CDTF">2026-05-20T14:43:34Z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