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43d2d611486dde7151c02f2bdbc12447013d58"/>
    <w:p>
      <w:pPr>
        <w:pStyle w:val="Heading1"/>
      </w:pPr>
      <w:r>
        <w:rPr>
          <w:b/>
          <w:bCs/>
        </w:rPr>
        <w:t xml:space="preserve">Westside Story</w:t>
      </w:r>
      <w:r>
        <w:br/>
      </w:r>
      <w:r>
        <w:rPr>
          <w:i/>
          <w:iCs/>
        </w:rPr>
        <w:t xml:space="preserve">Arthur Laurents and Stephen Sondheim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primarily</w:t>
      </w:r>
      <w:r>
        <w:rPr>
          <w:b/>
          <w:bCs/>
        </w:rPr>
        <w:t xml:space="preserve"> </w:t>
      </w:r>
      <w:r>
        <w:rPr>
          <w:b/>
          <w:bCs/>
        </w:rPr>
        <w:t xml:space="preserve">a condensation of the growing rivalry between two teen-age gangs, the Jets and the Sharks, each of which has its own prideful uniform.</w:t>
      </w:r>
      <w:r>
        <w:br/>
      </w:r>
      <w:r>
        <w:t xml:space="preserve">    (a) really</w:t>
      </w:r>
      <w:r>
        <w:br/>
      </w:r>
      <w:r>
        <w:t xml:space="preserve">    (b) mainly</w:t>
      </w:r>
      <w:r>
        <w:br/>
      </w:r>
      <w:r>
        <w:t xml:space="preserve">    (c) wisely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Below, Riff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haranguing</w:t>
      </w:r>
      <w:r>
        <w:rPr>
          <w:b/>
          <w:bCs/>
        </w:rPr>
        <w:t xml:space="preserve">.</w:t>
      </w:r>
      <w:r>
        <w:br/>
      </w:r>
      <w:r>
        <w:t xml:space="preserve">    (a) surgically interrupting nerve tracts to and from the frontal lobe of the brain</w:t>
      </w:r>
      <w:r>
        <w:br/>
      </w:r>
      <w:r>
        <w:t xml:space="preserve">    (b) trying to persuade, or criticizing, or sharing a tirade in an impassioned and often annoying manner</w:t>
      </w:r>
      <w:r>
        <w:br/>
      </w:r>
      <w:r>
        <w:t xml:space="preserve">    (c) avoiding or trying to avoid either a responsibility or telling the whole truth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ANITA MARIA [</w:t>
      </w:r>
      <w:r>
        <w:rPr>
          <w:b/>
          <w:bCs/>
          <w:u w:val="single"/>
        </w:rPr>
        <w:t xml:space="preserve">exasperated</w:t>
      </w:r>
      <w:r>
        <w:rPr>
          <w:b/>
          <w:bCs/>
        </w:rPr>
        <w:t xml:space="preserve">] Anita, it is now to be a dress of dancing, no longer for kneeling in front of an altar.</w:t>
      </w:r>
      <w:r>
        <w:br/>
      </w:r>
      <w:r>
        <w:t xml:space="preserve">    (a) said indirectly</w:t>
      </w:r>
      <w:r>
        <w:br/>
      </w:r>
      <w:r>
        <w:t xml:space="preserve">    (b) greatly annoyed</w:t>
      </w:r>
      <w:r>
        <w:br/>
      </w:r>
      <w:r>
        <w:t xml:space="preserve">    (c) came or arrived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Both gangs are jitterbugging wildly with their bodies, but their faces, although they are enjoying themselves, remain cool, almost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detached</w:t>
      </w:r>
      <w:r>
        <w:rPr>
          <w:b/>
          <w:bCs/>
        </w:rPr>
        <w:t xml:space="preserve">.</w:t>
      </w:r>
      <w:r>
        <w:br/>
      </w:r>
      <w:r>
        <w:t xml:space="preserve">    (a) legally ordered to provide documents, or to appear as a witness</w:t>
      </w:r>
      <w:r>
        <w:br/>
      </w:r>
      <w:r>
        <w:t xml:space="preserve">    (b) pointed to differences between; or compared to show differences</w:t>
      </w:r>
      <w:r>
        <w:br/>
      </w:r>
      <w:r>
        <w:t xml:space="preserve">    (c) emotionally uninvolved (separated from their feelings)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Riff steps forward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beckons</w:t>
      </w:r>
      <w:r>
        <w:rPr>
          <w:b/>
          <w:bCs/>
        </w:rPr>
        <w:t xml:space="preserve"> </w:t>
      </w:r>
      <w:r>
        <w:rPr>
          <w:b/>
          <w:bCs/>
        </w:rPr>
        <w:t xml:space="preserve">to his girl, Velma.</w:t>
      </w:r>
      <w:r>
        <w:br/>
      </w:r>
      <w:r>
        <w:t xml:space="preserve">    (a) surprises -- often so much that one doesn't know what to say or do</w:t>
      </w:r>
      <w:r>
        <w:br/>
      </w:r>
      <w:r>
        <w:t xml:space="preserve">    (b) calls (to come nearer by using a hand gesture or a nod)</w:t>
      </w:r>
      <w:r>
        <w:br/>
      </w:r>
      <w:r>
        <w:t xml:space="preserve">    (c) spends time with; or the people with whom someone spends much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have been cheering on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respective</w:t>
      </w:r>
      <w:r>
        <w:rPr>
          <w:b/>
          <w:bCs/>
        </w:rPr>
        <w:t xml:space="preserve"> </w:t>
      </w:r>
      <w:r>
        <w:rPr>
          <w:b/>
          <w:bCs/>
        </w:rPr>
        <w:t xml:space="preserve">friends, clapping in rhythm.</w:t>
      </w:r>
      <w:r>
        <w:br/>
      </w:r>
      <w:r>
        <w:t xml:space="preserve">    (a) lacking emission of a stream of particles in nuclear decay</w:t>
      </w:r>
      <w:r>
        <w:br/>
      </w:r>
      <w:r>
        <w:t xml:space="preserve">    (b) in a manner of accepting something as true (without proof)</w:t>
      </w:r>
      <w:r>
        <w:br/>
      </w:r>
      <w:r>
        <w:t xml:space="preserve">    (c) relating separately to the people or things just mentioned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TONY [He is unaware that Bernardo is crossing toward him, but Riff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intercepts</w:t>
      </w:r>
      <w:r>
        <w:rPr>
          <w:b/>
          <w:bCs/>
        </w:rPr>
        <w:t xml:space="preserve">.]</w:t>
      </w:r>
      <w:r>
        <w:br/>
      </w:r>
      <w:r>
        <w:t xml:space="preserve">    (a) stops him in route</w:t>
      </w:r>
      <w:r>
        <w:br/>
      </w:r>
      <w:r>
        <w:t xml:space="preserve">    (b) provides evidence of something -- especially oral evidence in court</w:t>
      </w:r>
      <w:r>
        <w:br/>
      </w:r>
      <w:r>
        <w:t xml:space="preserve">    (c) (noun) causes of dissatisfaction  OR  (verb) causes dissatisfaction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[She sings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nostalgically</w:t>
      </w:r>
      <w:r>
        <w:rPr>
          <w:b/>
          <w:bCs/>
        </w:rPr>
        <w:t xml:space="preserve">:]</w:t>
      </w:r>
      <w:r>
        <w:br/>
      </w:r>
      <w:r>
        <w:t xml:space="preserve">    (a) in the manner of an investigation</w:t>
      </w:r>
      <w:r>
        <w:br/>
      </w:r>
      <w:r>
        <w:t xml:space="preserve">    (b) separately in the specified order</w:t>
      </w:r>
      <w:r>
        <w:br/>
      </w:r>
      <w:r>
        <w:t xml:space="preserve">    (c) with a longing for something past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immigrant</w:t>
      </w:r>
      <w:r>
        <w:rPr>
          <w:b/>
          <w:bCs/>
        </w:rPr>
        <w:t xml:space="preserve"> </w:t>
      </w:r>
      <w:r>
        <w:rPr>
          <w:b/>
          <w:bCs/>
        </w:rPr>
        <w:t xml:space="preserve">goes to America</w:t>
      </w:r>
      <w:r>
        <w:br/>
      </w:r>
      <w:r>
        <w:t xml:space="preserve">    (a) relating to properties of sound or hearing</w:t>
      </w:r>
      <w:r>
        <w:br/>
      </w:r>
      <w:r>
        <w:t xml:space="preserve">    (b) person who comes to live in a new country</w:t>
      </w:r>
      <w:r>
        <w:br/>
      </w:r>
      <w:r>
        <w:t xml:space="preserve">    (c) something accepted as true (without proof)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DOC What're you gonna be when you grow up?</w:t>
      </w:r>
      <w:r>
        <w:br/>
      </w:r>
      <w:r>
        <w:rPr>
          <w:b/>
          <w:bCs/>
        </w:rPr>
        <w:t xml:space="preserve">ANYBODYS [</w:t>
      </w:r>
      <w:r>
        <w:rPr>
          <w:b/>
          <w:bCs/>
          <w:u w:val="single"/>
        </w:rPr>
        <w:t xml:space="preserve">wistfully</w:t>
      </w:r>
      <w:r>
        <w:rPr>
          <w:b/>
          <w:bCs/>
        </w:rPr>
        <w:t xml:space="preserve">.] A telephone call girl!</w:t>
      </w:r>
      <w:r>
        <w:br/>
      </w:r>
      <w:r>
        <w:t xml:space="preserve">    (a) in a manner that involves betrayal</w:t>
      </w:r>
      <w:r>
        <w:br/>
      </w:r>
      <w:r>
        <w:t xml:space="preserve">    (b) following as a result of something</w:t>
      </w:r>
      <w:r>
        <w:br/>
      </w:r>
      <w:r>
        <w:t xml:space="preserve">    (c) with longing or unfulfilled desire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Instantly, they shift positions so they are mixed up,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segregation</w:t>
      </w:r>
      <w:r>
        <w:rPr>
          <w:b/>
          <w:bCs/>
        </w:rPr>
        <w:t xml:space="preserve">.</w:t>
      </w:r>
      <w:r>
        <w:br/>
      </w:r>
      <w:r>
        <w:t xml:space="preserve">    (a) an eating disorder in which overeating is followed by guilt and unhealthy attempts at correction -- especially self-induced vomiting</w:t>
      </w:r>
      <w:r>
        <w:br/>
      </w:r>
      <w:r>
        <w:t xml:space="preserve">    (b) removing something that was caught by something else; or separating or smoothing things that were twisted together in a confusing mass</w:t>
      </w:r>
      <w:r>
        <w:br/>
      </w:r>
      <w:r>
        <w:t xml:space="preserve">    (c) keeping people separate based on ethnicity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jockey for position,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feinting</w:t>
      </w:r>
      <w:r>
        <w:rPr>
          <w:b/>
          <w:bCs/>
        </w:rPr>
        <w:t xml:space="preserve">, dueling; the two gangs shift position, now and again temporarily obscuring the fighters.</w:t>
      </w:r>
      <w:r>
        <w:br/>
      </w:r>
      <w:r>
        <w:t xml:space="preserve">    (a) overwhelming with a large number  OR  flooding (overwhelming with water)</w:t>
      </w:r>
      <w:r>
        <w:br/>
      </w:r>
      <w:r>
        <w:t xml:space="preserve">    (b) making deceptive motions (as when pretending to attack to try to get the opponent off balance)</w:t>
      </w:r>
      <w:r>
        <w:br/>
      </w:r>
      <w:r>
        <w:t xml:space="preserve">    (c) suffering through (or putting up with) something difficult or unpleasant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jockey for position, feinting, dueling; the two gangs shift position, now and again temporarily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obscuring</w:t>
      </w:r>
      <w:r>
        <w:rPr>
          <w:b/>
          <w:bCs/>
        </w:rPr>
        <w:t xml:space="preserve"> </w:t>
      </w:r>
      <w:r>
        <w:rPr>
          <w:b/>
          <w:bCs/>
        </w:rPr>
        <w:t xml:space="preserve">the fighters.</w:t>
      </w:r>
      <w:r>
        <w:br/>
      </w:r>
      <w:r>
        <w:t xml:space="preserve">    (a) hiding (blocking the view of, or partially blocking the view of)</w:t>
      </w:r>
      <w:r>
        <w:br/>
      </w:r>
      <w:r>
        <w:t xml:space="preserve">    (b) changing to fit a different situation</w:t>
      </w:r>
      <w:r>
        <w:br/>
      </w:r>
      <w:r>
        <w:t xml:space="preserve">    (c) strongly desiring; or a strong desire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kids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waver</w:t>
      </w:r>
      <w:r>
        <w:rPr>
          <w:b/>
          <w:bCs/>
        </w:rPr>
        <w:t xml:space="preserve">, run one way, another, in panic, confusion.</w:t>
      </w:r>
      <w:r>
        <w:br/>
      </w:r>
      <w:r>
        <w:t xml:space="preserve">    (a) to release from slavery or servitude; or (metaphorically) from social restraints</w:t>
      </w:r>
      <w:r>
        <w:br/>
      </w:r>
      <w:r>
        <w:t xml:space="preserve">    (b) portray or create in a particular way  OR  interpret, translate, or extract from</w:t>
      </w:r>
      <w:r>
        <w:br/>
      </w:r>
      <w:r>
        <w:t xml:space="preserve">    (c) are unsure and movie back and forth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Miss America can just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</w:t>
      </w:r>
      <w:r>
        <w:rPr>
          <w:b/>
          <w:bCs/>
        </w:rPr>
        <w:t xml:space="preserve">!</w:t>
      </w:r>
      <w:r>
        <w:br/>
      </w:r>
      <w:r>
        <w:t xml:space="preserve">    (a) draw</w:t>
      </w:r>
      <w:r>
        <w:br/>
      </w:r>
      <w:r>
        <w:t xml:space="preserve">    (b) rule</w:t>
      </w:r>
      <w:r>
        <w:br/>
      </w:r>
      <w:r>
        <w:t xml:space="preserve">    (c) quit (from her position)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Elaborately</w:t>
      </w:r>
      <w:r>
        <w:rPr>
          <w:b/>
          <w:bCs/>
        </w:rPr>
        <w:t xml:space="preserve"> </w:t>
      </w:r>
      <w:r>
        <w:rPr>
          <w:b/>
          <w:bCs/>
        </w:rPr>
        <w:t xml:space="preserve">casual, they start sauntering off as Krupke appears.</w:t>
      </w:r>
      <w:r>
        <w:br/>
      </w:r>
      <w:r>
        <w:t xml:space="preserve">    (a) in an understated manner</w:t>
      </w:r>
      <w:r>
        <w:br/>
      </w:r>
      <w:r>
        <w:t xml:space="preserve">    (b) in an exaggerated manner</w:t>
      </w:r>
      <w:r>
        <w:br/>
      </w:r>
      <w:r>
        <w:t xml:space="preserve">    (c) in a manner that changes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keeps 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deprived</w:t>
      </w:r>
      <w:r>
        <w:rPr>
          <w:b/>
          <w:bCs/>
        </w:rPr>
        <w:t xml:space="preserve"> </w:t>
      </w:r>
      <w:r>
        <w:rPr>
          <w:b/>
          <w:bCs/>
        </w:rPr>
        <w:t xml:space="preserve">kids off the foul streets.</w:t>
      </w:r>
      <w:r>
        <w:br/>
      </w:r>
      <w:r>
        <w:t xml:space="preserve">    (a) of the Netherlands or its people</w:t>
      </w:r>
      <w:r>
        <w:br/>
      </w:r>
      <w:r>
        <w:t xml:space="preserve">    (b) referring to any rocky mountains</w:t>
      </w:r>
      <w:r>
        <w:br/>
      </w:r>
      <w:r>
        <w:t xml:space="preserve">    (c) lacking things most people enjoy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just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neurosis</w:t>
      </w:r>
      <w:r>
        <w:rPr>
          <w:b/>
          <w:bCs/>
        </w:rPr>
        <w:t xml:space="preserve"> </w:t>
      </w:r>
      <w:r>
        <w:rPr>
          <w:b/>
          <w:bCs/>
        </w:rPr>
        <w:t xml:space="preserve">that oughta be curbed.</w:t>
      </w:r>
      <w:r>
        <w:br/>
      </w:r>
      <w:r>
        <w:t xml:space="preserve">    (a) supporters of Oliver Cromwell and his side in the English Civil War</w:t>
      </w:r>
      <w:r>
        <w:br/>
      </w:r>
      <w:r>
        <w:t xml:space="preserve">    (b) people of the second most populous denomination of Islam (over 10%)</w:t>
      </w:r>
      <w:r>
        <w:br/>
      </w:r>
      <w:r>
        <w:t xml:space="preserve">    (c) a mild mental disorder -- usually worrying too much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Hey, I'm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depraved</w:t>
      </w:r>
      <w:r>
        <w:rPr>
          <w:b/>
          <w:bCs/>
        </w:rPr>
        <w:t xml:space="preserve"> </w:t>
      </w:r>
      <w:r>
        <w:rPr>
          <w:b/>
          <w:bCs/>
        </w:rPr>
        <w:t xml:space="preserve">on account I'm deprived!</w:t>
      </w:r>
      <w:r>
        <w:br/>
      </w:r>
      <w:r>
        <w:t xml:space="preserve">    (a) not examined in an attempt to improve understanding</w:t>
      </w:r>
      <w:r>
        <w:br/>
      </w:r>
      <w:r>
        <w:t xml:space="preserve">    (b) moved again into position to work; or started again</w:t>
      </w:r>
      <w:r>
        <w:br/>
      </w:r>
      <w:r>
        <w:t xml:space="preserve">    (c) immoral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taunting</w:t>
      </w:r>
      <w:r>
        <w:rPr>
          <w:b/>
          <w:bCs/>
        </w:rPr>
        <w:t xml:space="preserve"> </w:t>
      </w:r>
      <w:r>
        <w:rPr>
          <w:b/>
          <w:bCs/>
        </w:rPr>
        <w:t xml:space="preserve">breaks out into a wild, savage dance, with epithets hurled at Anita,</w:t>
      </w:r>
      <w:r>
        <w:br/>
      </w:r>
      <w:r>
        <w:t xml:space="preserve">    (a) intentionally angering, challenging, or upsetting someone</w:t>
      </w:r>
      <w:r>
        <w:br/>
      </w:r>
      <w:r>
        <w:t xml:space="preserve">    (b) giving an opinion of what is wrong with something</w:t>
      </w:r>
      <w:r>
        <w:br/>
      </w:r>
      <w:r>
        <w:t xml:space="preserve">    (c) keeping people and goods from reaching a location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2026-07-31T16:27:40Z</dcterms:created>
  <dcterms:modified xsi:type="dcterms:W3CDTF">2026-07-31T16:27:40Z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