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3ca4c619566a97158b71cb1125b6aff1e0152c4"/>
    <w:p>
      <w:pPr>
        <w:pStyle w:val="Heading1"/>
      </w:pPr>
      <w:r>
        <w:rPr>
          <w:b/>
          <w:bCs/>
        </w:rPr>
        <w:t xml:space="preserve">We Shall Overcome</w:t>
      </w:r>
      <w:r>
        <w:br/>
      </w:r>
      <w:r>
        <w:rPr>
          <w:i/>
          <w:iCs/>
        </w:rPr>
        <w:t xml:space="preserve">Lyndon B. Johnson</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I speak tonight for the dignity of man and the destiny of</w:t>
      </w:r>
      <w:r>
        <w:rPr>
          <w:b/>
          <w:bCs/>
        </w:rPr>
        <w:t xml:space="preserve"> </w:t>
      </w:r>
      <w:r>
        <w:rPr>
          <w:b/>
          <w:bCs/>
          <w:u w:val="single"/>
        </w:rPr>
        <w:t xml:space="preserve">Democracy</w:t>
      </w:r>
      <w:r>
        <w:rPr>
          <w:b/>
          <w:bCs/>
        </w:rPr>
        <w:t xml:space="preserve">.</w:t>
      </w:r>
      <w:r>
        <w:br/>
      </w:r>
      <w:r>
        <w:t xml:space="preserve">    (a) relating to logical examination of something to better understand it</w:t>
      </w:r>
      <w:r>
        <w:br/>
      </w:r>
      <w:r>
        <w:t xml:space="preserve">    (b) a system of government in which citizens have power with equal votes</w:t>
      </w:r>
      <w:r>
        <w:br/>
      </w:r>
      <w:r>
        <w:t xml:space="preserve">    (c) lack of interest; or the process of stopping interaction or interest</w:t>
      </w:r>
    </w:p>
    <w:p>
      <w:pPr>
        <w:pStyle w:val="Compact"/>
        <w:numPr>
          <w:ilvl w:val="0"/>
          <w:numId w:val="1001"/>
        </w:numPr>
      </w:pPr>
      <w:r>
        <w:rPr>
          <w:b/>
          <w:bCs/>
        </w:rPr>
        <w:t xml:space="preserve">Rarely are we met with a challenge, not to our growth or</w:t>
      </w:r>
      <w:r>
        <w:rPr>
          <w:b/>
          <w:bCs/>
        </w:rPr>
        <w:t xml:space="preserve"> </w:t>
      </w:r>
      <w:r>
        <w:rPr>
          <w:b/>
          <w:bCs/>
          <w:u w:val="single"/>
        </w:rPr>
        <w:t xml:space="preserve">abundance</w:t>
      </w:r>
      <w:r>
        <w:rPr>
          <w:b/>
          <w:bCs/>
        </w:rPr>
        <w:t xml:space="preserve">, or our welfare or our security, but rather to the values and the purposes and the meaning of our beloved nation.</w:t>
      </w:r>
      <w:r>
        <w:br/>
      </w:r>
      <w:r>
        <w:t xml:space="preserve">    (a) large amount or quantity</w:t>
      </w:r>
      <w:r>
        <w:br/>
      </w:r>
      <w:r>
        <w:t xml:space="preserve">    (b) conflict or disagreement</w:t>
      </w:r>
      <w:r>
        <w:br/>
      </w:r>
      <w:r>
        <w:t xml:space="preserve">    (c) sharpness or intenseness</w:t>
      </w:r>
    </w:p>
    <w:p>
      <w:pPr>
        <w:pStyle w:val="Compact"/>
        <w:numPr>
          <w:ilvl w:val="0"/>
          <w:numId w:val="1001"/>
        </w:numPr>
      </w:pPr>
      <w:r>
        <w:rPr>
          <w:b/>
          <w:bCs/>
        </w:rPr>
        <w:t xml:space="preserve">Every device of which human</w:t>
      </w:r>
      <w:r>
        <w:rPr>
          <w:b/>
          <w:bCs/>
        </w:rPr>
        <w:t xml:space="preserve"> </w:t>
      </w:r>
      <w:r>
        <w:rPr>
          <w:b/>
          <w:bCs/>
          <w:u w:val="single"/>
        </w:rPr>
        <w:t xml:space="preserve">ingenuity</w:t>
      </w:r>
      <w:r>
        <w:rPr>
          <w:b/>
          <w:bCs/>
        </w:rPr>
        <w:t xml:space="preserve"> </w:t>
      </w:r>
      <w:r>
        <w:rPr>
          <w:b/>
          <w:bCs/>
        </w:rPr>
        <w:t xml:space="preserve">is capable, has been used to deny this right.</w:t>
      </w:r>
      <w:r>
        <w:br/>
      </w:r>
      <w:r>
        <w:t xml:space="preserve">    (a) the act, process, or instance of telling a story</w:t>
      </w:r>
      <w:r>
        <w:br/>
      </w:r>
      <w:r>
        <w:t xml:space="preserve">    (b) ability to solve problems in smart creative ways</w:t>
      </w:r>
      <w:r>
        <w:br/>
      </w:r>
      <w:r>
        <w:t xml:space="preserve">    (c) a general feeling of not being as good as others</w:t>
      </w:r>
    </w:p>
    <w:p>
      <w:pPr>
        <w:pStyle w:val="Compact"/>
        <w:numPr>
          <w:ilvl w:val="0"/>
          <w:numId w:val="1001"/>
        </w:numPr>
      </w:pPr>
      <w:r>
        <w:rPr>
          <w:b/>
          <w:bCs/>
        </w:rPr>
        <w:t xml:space="preserve">And if he</w:t>
      </w:r>
      <w:r>
        <w:rPr>
          <w:b/>
          <w:bCs/>
        </w:rPr>
        <w:t xml:space="preserve"> </w:t>
      </w:r>
      <w:r>
        <w:rPr>
          <w:b/>
          <w:bCs/>
          <w:u w:val="single"/>
        </w:rPr>
        <w:t xml:space="preserve">persists</w:t>
      </w:r>
      <w:r>
        <w:rPr>
          <w:b/>
          <w:bCs/>
        </w:rPr>
        <w:t xml:space="preserve"> </w:t>
      </w:r>
      <w:r>
        <w:rPr>
          <w:b/>
          <w:bCs/>
        </w:rPr>
        <w:t xml:space="preserve">and, if he manages to present himself to the registrar, he may be disqualified because he did not spell out his middle name, or because he abbreviated a word on the application.</w:t>
      </w:r>
      <w:r>
        <w:br/>
      </w:r>
      <w:r>
        <w:t xml:space="preserve">    (a) disagrees</w:t>
      </w:r>
      <w:r>
        <w:br/>
      </w:r>
      <w:r>
        <w:t xml:space="preserve">    (b) subtracts</w:t>
      </w:r>
      <w:r>
        <w:br/>
      </w:r>
      <w:r>
        <w:t xml:space="preserve">    (c) continues</w:t>
      </w:r>
    </w:p>
    <w:p>
      <w:pPr>
        <w:pStyle w:val="Compact"/>
        <w:numPr>
          <w:ilvl w:val="0"/>
          <w:numId w:val="1001"/>
        </w:numPr>
      </w:pPr>
      <w:r>
        <w:rPr>
          <w:b/>
          <w:bCs/>
        </w:rPr>
        <w:t xml:space="preserve">Experience has clearly shown that the existing process of law cannot overcome systematic and</w:t>
      </w:r>
      <w:r>
        <w:rPr>
          <w:b/>
          <w:bCs/>
        </w:rPr>
        <w:t xml:space="preserve"> </w:t>
      </w:r>
      <w:r>
        <w:rPr>
          <w:b/>
          <w:bCs/>
          <w:u w:val="single"/>
        </w:rPr>
        <w:t xml:space="preserve">ingenious</w:t>
      </w:r>
      <w:r>
        <w:rPr>
          <w:b/>
          <w:bCs/>
        </w:rPr>
        <w:t xml:space="preserve"> </w:t>
      </w:r>
      <w:r>
        <w:rPr>
          <w:b/>
          <w:bCs/>
        </w:rPr>
        <w:t xml:space="preserve">discrimination.</w:t>
      </w:r>
      <w:r>
        <w:br/>
      </w:r>
      <w:r>
        <w:t xml:space="preserve">    (a) showing cleverness and originality</w:t>
      </w:r>
      <w:r>
        <w:br/>
      </w:r>
      <w:r>
        <w:t xml:space="preserve">    (b) a tendency to think back on things</w:t>
      </w:r>
      <w:r>
        <w:br/>
      </w:r>
      <w:r>
        <w:t xml:space="preserve">    (c) aware or concerned about something</w:t>
      </w:r>
    </w:p>
    <w:p>
      <w:pPr>
        <w:pStyle w:val="Compact"/>
        <w:numPr>
          <w:ilvl w:val="0"/>
          <w:numId w:val="1001"/>
        </w:numPr>
      </w:pPr>
      <w:r>
        <w:rPr>
          <w:b/>
          <w:bCs/>
        </w:rPr>
        <w:t xml:space="preserve">The broad</w:t>
      </w:r>
      <w:r>
        <w:rPr>
          <w:b/>
          <w:bCs/>
        </w:rPr>
        <w:t xml:space="preserve"> </w:t>
      </w:r>
      <w:r>
        <w:rPr>
          <w:b/>
          <w:bCs/>
          <w:u w:val="single"/>
        </w:rPr>
        <w:t xml:space="preserve">principles</w:t>
      </w:r>
      <w:r>
        <w:rPr>
          <w:b/>
          <w:bCs/>
        </w:rPr>
        <w:t xml:space="preserve"> </w:t>
      </w:r>
      <w:r>
        <w:rPr>
          <w:b/>
          <w:bCs/>
        </w:rPr>
        <w:t xml:space="preserve">of that bill will be in the hands of the Democratic and Republican leaders tomorrow.</w:t>
      </w:r>
      <w:r>
        <w:br/>
      </w:r>
      <w:r>
        <w:t xml:space="preserve">    (a) basic rules or beliefs</w:t>
      </w:r>
      <w:r>
        <w:br/>
      </w:r>
      <w:r>
        <w:t xml:space="preserve">    (b) long eventful journeys</w:t>
      </w:r>
      <w:r>
        <w:br/>
      </w:r>
      <w:r>
        <w:t xml:space="preserve">    (c) subtle characteristics</w:t>
      </w:r>
    </w:p>
    <w:p>
      <w:pPr>
        <w:pStyle w:val="Compact"/>
        <w:numPr>
          <w:ilvl w:val="0"/>
          <w:numId w:val="1001"/>
        </w:numPr>
      </w:pPr>
      <w:r>
        <w:rPr>
          <w:b/>
          <w:bCs/>
        </w:rPr>
        <w:t xml:space="preserve">The broad principles of that bill will be in the hands of the Democratic and</w:t>
      </w:r>
      <w:r>
        <w:rPr>
          <w:b/>
          <w:bCs/>
        </w:rPr>
        <w:t xml:space="preserve"> </w:t>
      </w:r>
      <w:r>
        <w:rPr>
          <w:b/>
          <w:bCs/>
          <w:u w:val="single"/>
        </w:rPr>
        <w:t xml:space="preserve">Republican</w:t>
      </w:r>
      <w:r>
        <w:rPr>
          <w:b/>
          <w:bCs/>
        </w:rPr>
        <w:t xml:space="preserve"> </w:t>
      </w:r>
      <w:r>
        <w:rPr>
          <w:b/>
          <w:bCs/>
        </w:rPr>
        <w:t xml:space="preserve">leaders tomorrow.</w:t>
      </w:r>
      <w:r>
        <w:br/>
      </w:r>
      <w:r>
        <w:t xml:space="preserve">    (a) relating to a Christian ceremony signifying spiritual cleansing and rebirth  OR  relating to a challenging experience that initiates or purifies</w:t>
      </w:r>
      <w:r>
        <w:br/>
      </w:r>
      <w:r>
        <w:t xml:space="preserve">    (b) of a system of government in which a majority of citizens elect representatives to make laws; or someone in favor of such a form of government</w:t>
      </w:r>
      <w:r>
        <w:br/>
      </w:r>
      <w:r>
        <w:t xml:space="preserve">    (c) of an organism in the early stages of development prior to birth, hatching, or sprouting  OR  of anything in an early stage of development</w:t>
      </w:r>
    </w:p>
    <w:p>
      <w:pPr>
        <w:pStyle w:val="Compact"/>
        <w:numPr>
          <w:ilvl w:val="0"/>
          <w:numId w:val="1001"/>
        </w:numPr>
      </w:pPr>
      <w:r>
        <w:rPr>
          <w:b/>
          <w:bCs/>
        </w:rPr>
        <w:t xml:space="preserve">I am grateful for this opportunity to come here tonight at the invitation of the leadership to reason with my friends, to give them my views and to visit with my former</w:t>
      </w:r>
      <w:r>
        <w:rPr>
          <w:b/>
          <w:bCs/>
        </w:rPr>
        <w:t xml:space="preserve"> </w:t>
      </w:r>
      <w:r>
        <w:rPr>
          <w:b/>
          <w:bCs/>
          <w:u w:val="single"/>
        </w:rPr>
        <w:t xml:space="preserve">colleagues</w:t>
      </w:r>
      <w:r>
        <w:rPr>
          <w:b/>
          <w:bCs/>
        </w:rPr>
        <w:t xml:space="preserve">.</w:t>
      </w:r>
      <w:r>
        <w:br/>
      </w:r>
      <w:r>
        <w:t xml:space="preserve">    (a) mammals of a specific type that seldom move and are typically very slow when they do move</w:t>
      </w:r>
      <w:r>
        <w:br/>
      </w:r>
      <w:r>
        <w:t xml:space="preserve">    (b) scales where each step is a multiple of the prior step rather than a fixed addition to it</w:t>
      </w:r>
      <w:r>
        <w:br/>
      </w:r>
      <w:r>
        <w:t xml:space="preserve">    (c) fellow workers -- especially in a respected profession such as teaching, medicine, or law</w:t>
      </w:r>
    </w:p>
    <w:p>
      <w:pPr>
        <w:pStyle w:val="Compact"/>
        <w:numPr>
          <w:ilvl w:val="0"/>
          <w:numId w:val="1001"/>
        </w:numPr>
      </w:pPr>
      <w:r>
        <w:rPr>
          <w:b/>
          <w:bCs/>
        </w:rPr>
        <w:t xml:space="preserve">I have had prepared a more</w:t>
      </w:r>
      <w:r>
        <w:rPr>
          <w:b/>
          <w:bCs/>
        </w:rPr>
        <w:t xml:space="preserve"> </w:t>
      </w:r>
      <w:r>
        <w:rPr>
          <w:b/>
          <w:bCs/>
          <w:u w:val="single"/>
        </w:rPr>
        <w:t xml:space="preserve">comprehensive</w:t>
      </w:r>
      <w:r>
        <w:rPr>
          <w:b/>
          <w:bCs/>
        </w:rPr>
        <w:t xml:space="preserve"> </w:t>
      </w:r>
      <w:r>
        <w:rPr>
          <w:b/>
          <w:bCs/>
        </w:rPr>
        <w:t xml:space="preserve">analysis of the legislation which I had intended to transmit to the clerk tomorrow, but which I will submit to the clerks tonight.</w:t>
      </w:r>
      <w:r>
        <w:br/>
      </w:r>
      <w:r>
        <w:t xml:space="preserve">    (a) capable of being better understood through detailed examination</w:t>
      </w:r>
      <w:r>
        <w:br/>
      </w:r>
      <w:r>
        <w:t xml:space="preserve">    (b) the degree to which something is able to change or is different</w:t>
      </w:r>
      <w:r>
        <w:br/>
      </w:r>
      <w:r>
        <w:t xml:space="preserve">    (c) large in scope; or including everything or everything important</w:t>
      </w:r>
    </w:p>
    <w:p>
      <w:pPr>
        <w:pStyle w:val="Compact"/>
        <w:numPr>
          <w:ilvl w:val="0"/>
          <w:numId w:val="1001"/>
        </w:numPr>
      </w:pPr>
      <w:r>
        <w:rPr>
          <w:b/>
          <w:bCs/>
        </w:rPr>
        <w:t xml:space="preserve">It will eliminate</w:t>
      </w:r>
      <w:r>
        <w:rPr>
          <w:b/>
          <w:bCs/>
        </w:rPr>
        <w:t xml:space="preserve"> </w:t>
      </w:r>
      <w:r>
        <w:rPr>
          <w:b/>
          <w:bCs/>
          <w:u w:val="single"/>
        </w:rPr>
        <w:t xml:space="preserve">tedious</w:t>
      </w:r>
      <w:r>
        <w:rPr>
          <w:b/>
          <w:bCs/>
        </w:rPr>
        <w:t xml:space="preserve">, unnecessary lawsuits which delay the right to vote.</w:t>
      </w:r>
      <w:r>
        <w:br/>
      </w:r>
      <w:r>
        <w:t xml:space="preserve">    (a) boring or monotonous</w:t>
      </w:r>
      <w:r>
        <w:br/>
      </w:r>
      <w:r>
        <w:t xml:space="preserve">    (b) not demonstrative of</w:t>
      </w:r>
      <w:r>
        <w:br/>
      </w:r>
      <w:r>
        <w:t xml:space="preserve">    (c) sensible and careful</w:t>
      </w:r>
    </w:p>
    <w:p>
      <w:pPr>
        <w:pStyle w:val="Compact"/>
        <w:numPr>
          <w:ilvl w:val="0"/>
          <w:numId w:val="1001"/>
        </w:numPr>
      </w:pPr>
      <w:r>
        <w:rPr>
          <w:b/>
          <w:bCs/>
        </w:rPr>
        <w:t xml:space="preserve">Because it's not just Negroes, but really it's all of us, who must overcome the crippling</w:t>
      </w:r>
      <w:r>
        <w:rPr>
          <w:b/>
          <w:bCs/>
        </w:rPr>
        <w:t xml:space="preserve"> </w:t>
      </w:r>
      <w:r>
        <w:rPr>
          <w:b/>
          <w:bCs/>
          <w:u w:val="single"/>
        </w:rPr>
        <w:t xml:space="preserve">legacy</w:t>
      </w:r>
      <w:r>
        <w:rPr>
          <w:b/>
          <w:bCs/>
        </w:rPr>
        <w:t xml:space="preserve"> </w:t>
      </w:r>
      <w:r>
        <w:rPr>
          <w:b/>
          <w:bCs/>
        </w:rPr>
        <w:t xml:space="preserve">of bigotry and injustice.</w:t>
      </w:r>
      <w:r>
        <w:br/>
      </w:r>
      <w:r>
        <w:t xml:space="preserve">    (a) the act of taking something on as one's own</w:t>
      </w:r>
      <w:r>
        <w:br/>
      </w:r>
      <w:r>
        <w:t xml:space="preserve">    (b) something that helps clarify or demonstrate</w:t>
      </w:r>
      <w:r>
        <w:br/>
      </w:r>
      <w:r>
        <w:t xml:space="preserve">    (c) something coming from the past</w:t>
      </w:r>
    </w:p>
    <w:p>
      <w:pPr>
        <w:pStyle w:val="Compact"/>
        <w:numPr>
          <w:ilvl w:val="0"/>
          <w:numId w:val="1001"/>
        </w:numPr>
      </w:pPr>
      <w:r>
        <w:rPr>
          <w:b/>
          <w:bCs/>
        </w:rPr>
        <w:t xml:space="preserve">Because it's not just Negroes, but really it's all of us, who must overcome the crippling legacy of</w:t>
      </w:r>
      <w:r>
        <w:rPr>
          <w:b/>
          <w:bCs/>
        </w:rPr>
        <w:t xml:space="preserve"> </w:t>
      </w:r>
      <w:r>
        <w:rPr>
          <w:b/>
          <w:bCs/>
          <w:u w:val="single"/>
        </w:rPr>
        <w:t xml:space="preserve">bigotry</w:t>
      </w:r>
      <w:r>
        <w:rPr>
          <w:b/>
          <w:bCs/>
        </w:rPr>
        <w:t xml:space="preserve"> </w:t>
      </w:r>
      <w:r>
        <w:rPr>
          <w:b/>
          <w:bCs/>
        </w:rPr>
        <w:t xml:space="preserve">and injustice.</w:t>
      </w:r>
      <w:r>
        <w:br/>
      </w:r>
      <w:r>
        <w:t xml:space="preserve">    (a) not tending to find fault</w:t>
      </w:r>
      <w:r>
        <w:br/>
      </w:r>
      <w:r>
        <w:t xml:space="preserve">    (b) intolerance and prejudice</w:t>
      </w:r>
      <w:r>
        <w:br/>
      </w:r>
      <w:r>
        <w:t xml:space="preserve">    (c) not able to be translated</w:t>
      </w:r>
    </w:p>
    <w:p>
      <w:pPr>
        <w:pStyle w:val="Compact"/>
        <w:numPr>
          <w:ilvl w:val="0"/>
          <w:numId w:val="1001"/>
        </w:numPr>
      </w:pPr>
      <w:r>
        <w:rPr>
          <w:b/>
          <w:bCs/>
        </w:rPr>
        <w:t xml:space="preserve">But</w:t>
      </w:r>
      <w:r>
        <w:rPr>
          <w:b/>
          <w:bCs/>
        </w:rPr>
        <w:t xml:space="preserve"> </w:t>
      </w:r>
      <w:r>
        <w:rPr>
          <w:b/>
          <w:bCs/>
          <w:u w:val="single"/>
        </w:rPr>
        <w:t xml:space="preserve">emancipation</w:t>
      </w:r>
      <w:r>
        <w:rPr>
          <w:b/>
          <w:bCs/>
        </w:rPr>
        <w:t xml:space="preserve"> </w:t>
      </w:r>
      <w:r>
        <w:rPr>
          <w:b/>
          <w:bCs/>
        </w:rPr>
        <w:t xml:space="preserve">is a proclamation and not a fact.</w:t>
      </w:r>
      <w:r>
        <w:br/>
      </w:r>
      <w:r>
        <w:t xml:space="preserve">    (a) the act of being released from slavery or servitude; or (metaphorically) from social restraints</w:t>
      </w:r>
      <w:r>
        <w:br/>
      </w:r>
      <w:r>
        <w:t xml:space="preserve">    (b) a sexually transmitted disease that, if treated early, can be completely cured with antibiotics</w:t>
      </w:r>
      <w:r>
        <w:br/>
      </w:r>
      <w:r>
        <w:t xml:space="preserve">    (c) "spiritually renew" in a Christian ceremony  OR  initiate or purify by a challenging experience</w:t>
      </w:r>
    </w:p>
    <w:p>
      <w:pPr>
        <w:pStyle w:val="Compact"/>
        <w:numPr>
          <w:ilvl w:val="0"/>
          <w:numId w:val="1001"/>
        </w:numPr>
      </w:pPr>
      <w:r>
        <w:rPr>
          <w:b/>
          <w:bCs/>
        </w:rPr>
        <w:t xml:space="preserve">His actions and protests, his courage to risk safety, and even to risk his life, have awakened the</w:t>
      </w:r>
      <w:r>
        <w:rPr>
          <w:b/>
          <w:bCs/>
        </w:rPr>
        <w:t xml:space="preserve"> </w:t>
      </w:r>
      <w:r>
        <w:rPr>
          <w:b/>
          <w:bCs/>
          <w:u w:val="single"/>
        </w:rPr>
        <w:t xml:space="preserve">conscience</w:t>
      </w:r>
      <w:r>
        <w:rPr>
          <w:b/>
          <w:bCs/>
        </w:rPr>
        <w:t xml:space="preserve"> </w:t>
      </w:r>
      <w:r>
        <w:rPr>
          <w:b/>
          <w:bCs/>
        </w:rPr>
        <w:t xml:space="preserve">of this nation.</w:t>
      </w:r>
      <w:r>
        <w:br/>
      </w:r>
      <w:r>
        <w:t xml:space="preserve">    (a) not planning to kill a person, but then intentionally killing in the heat of passion</w:t>
      </w:r>
      <w:r>
        <w:br/>
      </w:r>
      <w:r>
        <w:t xml:space="preserve">    (b) feeling or appraisal of having personally behaved in a morally right or wrong manner</w:t>
      </w:r>
      <w:r>
        <w:br/>
      </w:r>
      <w:r>
        <w:t xml:space="preserve">    (c) a complex carbohydrate that is the chief constituent of all plant tissues and fibers</w:t>
      </w:r>
    </w:p>
    <w:p>
      <w:pPr>
        <w:pStyle w:val="Compact"/>
        <w:numPr>
          <w:ilvl w:val="0"/>
          <w:numId w:val="1001"/>
        </w:numPr>
      </w:pPr>
      <w:r>
        <w:rPr>
          <w:b/>
          <w:bCs/>
        </w:rPr>
        <w:t xml:space="preserve">His demonstrations have been designed to call attention to injustice, designed to</w:t>
      </w:r>
      <w:r>
        <w:rPr>
          <w:b/>
          <w:bCs/>
        </w:rPr>
        <w:t xml:space="preserve"> </w:t>
      </w:r>
      <w:r>
        <w:rPr>
          <w:b/>
          <w:bCs/>
          <w:u w:val="single"/>
        </w:rPr>
        <w:t xml:space="preserve">provoke</w:t>
      </w:r>
      <w:r>
        <w:rPr>
          <w:b/>
          <w:bCs/>
        </w:rPr>
        <w:t xml:space="preserve"> </w:t>
      </w:r>
      <w:r>
        <w:rPr>
          <w:b/>
          <w:bCs/>
        </w:rPr>
        <w:t xml:space="preserve">change; designed to stir reform.</w:t>
      </w:r>
      <w:r>
        <w:br/>
      </w:r>
      <w:r>
        <w:t xml:space="preserve">    (a) notable difference</w:t>
      </w:r>
      <w:r>
        <w:br/>
      </w:r>
      <w:r>
        <w:t xml:space="preserve">    (b) cause (a reaction)</w:t>
      </w:r>
      <w:r>
        <w:br/>
      </w:r>
      <w:r>
        <w:t xml:space="preserve">    (c) come to terms with</w:t>
      </w:r>
    </w:p>
    <w:p>
      <w:pPr>
        <w:pStyle w:val="Compact"/>
        <w:numPr>
          <w:ilvl w:val="0"/>
          <w:numId w:val="1001"/>
        </w:numPr>
      </w:pPr>
      <w:r>
        <w:rPr>
          <w:b/>
          <w:bCs/>
        </w:rPr>
        <w:t xml:space="preserve">And who among us can say that we would have made the same progress were it not for his</w:t>
      </w:r>
      <w:r>
        <w:rPr>
          <w:b/>
          <w:bCs/>
        </w:rPr>
        <w:t xml:space="preserve"> </w:t>
      </w:r>
      <w:r>
        <w:rPr>
          <w:b/>
          <w:bCs/>
          <w:u w:val="single"/>
        </w:rPr>
        <w:t xml:space="preserve">persistent</w:t>
      </w:r>
      <w:r>
        <w:rPr>
          <w:b/>
          <w:bCs/>
        </w:rPr>
        <w:t xml:space="preserve"> </w:t>
      </w:r>
      <w:r>
        <w:rPr>
          <w:b/>
          <w:bCs/>
        </w:rPr>
        <w:t xml:space="preserve">bravery and his faith in American democracy?</w:t>
      </w:r>
      <w:r>
        <w:br/>
      </w:r>
      <w:r>
        <w:t xml:space="preserve">    (a) tendency to be direct in a disagreeable, insensitive manner</w:t>
      </w:r>
      <w:r>
        <w:br/>
      </w:r>
      <w:r>
        <w:t xml:space="preserve">    (b) continuing -- especially despite difficulties or opposition</w:t>
      </w:r>
      <w:r>
        <w:br/>
      </w:r>
      <w:r>
        <w:t xml:space="preserve">    (c) the degree or quality of being exactly vertical or straight</w:t>
      </w:r>
    </w:p>
    <w:p>
      <w:pPr>
        <w:pStyle w:val="Compact"/>
        <w:numPr>
          <w:ilvl w:val="0"/>
          <w:numId w:val="1001"/>
        </w:numPr>
      </w:pPr>
      <w:r>
        <w:rPr>
          <w:b/>
          <w:bCs/>
        </w:rPr>
        <w:t xml:space="preserve">But free assembly does not carry with it the right to block public</w:t>
      </w:r>
      <w:r>
        <w:rPr>
          <w:b/>
          <w:bCs/>
        </w:rPr>
        <w:t xml:space="preserve"> </w:t>
      </w:r>
      <w:r>
        <w:rPr>
          <w:b/>
          <w:bCs/>
          <w:u w:val="single"/>
        </w:rPr>
        <w:t xml:space="preserve">thoroughfares</w:t>
      </w:r>
      <w:r>
        <w:rPr>
          <w:b/>
          <w:bCs/>
        </w:rPr>
        <w:t xml:space="preserve"> </w:t>
      </w:r>
      <w:r>
        <w:rPr>
          <w:b/>
          <w:bCs/>
        </w:rPr>
        <w:t xml:space="preserve">to traffic.</w:t>
      </w:r>
      <w:r>
        <w:br/>
      </w:r>
      <w:r>
        <w:t xml:space="preserve">    (a) frameworks</w:t>
      </w:r>
      <w:r>
        <w:br/>
      </w:r>
      <w:r>
        <w:t xml:space="preserve">    (b) blockages</w:t>
      </w:r>
      <w:r>
        <w:br/>
      </w:r>
      <w:r>
        <w:t xml:space="preserve">    (c) main roads</w:t>
      </w:r>
    </w:p>
    <w:p>
      <w:pPr>
        <w:pStyle w:val="Compact"/>
        <w:numPr>
          <w:ilvl w:val="0"/>
          <w:numId w:val="1001"/>
        </w:numPr>
      </w:pPr>
      <w:r>
        <w:rPr>
          <w:b/>
          <w:bCs/>
        </w:rPr>
        <w:t xml:space="preserve">And they knew even in their youth the pain of</w:t>
      </w:r>
      <w:r>
        <w:rPr>
          <w:b/>
          <w:bCs/>
        </w:rPr>
        <w:t xml:space="preserve"> </w:t>
      </w:r>
      <w:r>
        <w:rPr>
          <w:b/>
          <w:bCs/>
          <w:u w:val="single"/>
        </w:rPr>
        <w:t xml:space="preserve">prejudice</w:t>
      </w:r>
      <w:r>
        <w:rPr>
          <w:b/>
          <w:bCs/>
        </w:rPr>
        <w:t xml:space="preserve">.</w:t>
      </w:r>
      <w:r>
        <w:br/>
      </w:r>
      <w:r>
        <w:t xml:space="preserve">    (a) fear, or anticipate with worry (commonly only seen in the forms "apprehensive" and "apprehension," but seen in this form in classic literature)</w:t>
      </w:r>
      <w:r>
        <w:br/>
      </w:r>
      <w:r>
        <w:t xml:space="preserve">    (b) to expression feelings or thoughts enthusiastically  OR  to squirt or give off (typically under pressure such as blood or leaking gas)</w:t>
      </w:r>
      <w:r>
        <w:br/>
      </w:r>
      <w:r>
        <w:t xml:space="preserve">    (c) bias that prevents objective consideration -- especially an unreasonable belief that is unfair to members of a race, religion, or other group</w:t>
      </w:r>
    </w:p>
    <w:p>
      <w:pPr>
        <w:pStyle w:val="Compact"/>
        <w:numPr>
          <w:ilvl w:val="0"/>
          <w:numId w:val="1001"/>
        </w:numPr>
      </w:pPr>
      <w:r>
        <w:rPr>
          <w:b/>
          <w:bCs/>
        </w:rPr>
        <w:t xml:space="preserve">But I do not want to be the president who built empires, or sought</w:t>
      </w:r>
      <w:r>
        <w:rPr>
          <w:b/>
          <w:bCs/>
        </w:rPr>
        <w:t xml:space="preserve"> </w:t>
      </w:r>
      <w:r>
        <w:rPr>
          <w:b/>
          <w:bCs/>
          <w:u w:val="single"/>
        </w:rPr>
        <w:t xml:space="preserve">grandeur</w:t>
      </w:r>
      <w:r>
        <w:rPr>
          <w:b/>
          <w:bCs/>
        </w:rPr>
        <w:t xml:space="preserve">, or extended dominion.</w:t>
      </w:r>
      <w:r>
        <w:br/>
      </w:r>
      <w:r>
        <w:t xml:space="preserve">    (a) a drawing or photograph</w:t>
      </w:r>
      <w:r>
        <w:br/>
      </w:r>
      <w:r>
        <w:t xml:space="preserve">    (b) impressive magnificence</w:t>
      </w:r>
      <w:r>
        <w:br/>
      </w:r>
      <w:r>
        <w:t xml:space="preserve">    (c) interaction or interest</w:t>
      </w:r>
    </w:p>
    <w:p>
      <w:pPr>
        <w:pStyle w:val="Compact"/>
        <w:numPr>
          <w:ilvl w:val="0"/>
          <w:numId w:val="1001"/>
        </w:numPr>
      </w:pPr>
      <w:r>
        <w:rPr>
          <w:b/>
          <w:bCs/>
        </w:rPr>
        <w:t xml:space="preserve">And so, at the request of your beloved Speaker and the Senator from Montana, the Majority Leader, the Senator from Illinois, the Minority Leader, Mr. McCullock and other members of both parties, I came here tonight, not as President Roosevelt came down one time in person to</w:t>
      </w:r>
      <w:r>
        <w:rPr>
          <w:b/>
          <w:bCs/>
        </w:rPr>
        <w:t xml:space="preserve"> </w:t>
      </w:r>
      <w:r>
        <w:rPr>
          <w:b/>
          <w:bCs/>
          <w:u w:val="single"/>
        </w:rPr>
        <w:t xml:space="preserve">veto</w:t>
      </w:r>
      <w:r>
        <w:rPr>
          <w:b/>
          <w:bCs/>
        </w:rPr>
        <w:t xml:space="preserve"> </w:t>
      </w:r>
      <w:r>
        <w:rPr>
          <w:b/>
          <w:bCs/>
        </w:rPr>
        <w:t xml:space="preserve">a bonus bill; not as President Truman came down one time to urge passage of a railroad bill, but I came down here to ask you to share this task with me.</w:t>
      </w:r>
      <w:r>
        <w:br/>
      </w:r>
      <w:r>
        <w:t xml:space="preserve">    (a) being a boundary or limit</w:t>
      </w:r>
      <w:r>
        <w:br/>
      </w:r>
      <w:r>
        <w:t xml:space="preserve">    (b) find, search, or research</w:t>
      </w:r>
      <w:r>
        <w:br/>
      </w:r>
      <w:r>
        <w:t xml:space="preserve">    (c) block (prevent) an action</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2026-05-20T13:34:24Z</dcterms:created>
  <dcterms:modified xsi:type="dcterms:W3CDTF">2026-05-20T13:34:24Z</dcterms:modified>
</cp:coreProperties>
</file>

<file path=docProps/custom.xml><?xml version="1.0" encoding="utf-8"?>
<Properties xmlns="http://schemas.openxmlformats.org/officeDocument/2006/custom-properties" xmlns:vt="http://schemas.openxmlformats.org/officeDocument/2006/docPropsVTypes"/>
</file>