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b968081de1288d4cd7777284816c3b46d96275"/>
    <w:p>
      <w:pPr>
        <w:pStyle w:val="Heading1"/>
      </w:pPr>
      <w:r>
        <w:rPr>
          <w:b/>
          <w:bCs/>
        </w:rPr>
        <w:t xml:space="preserve">We Beat the Street</w:t>
      </w:r>
      <w:r>
        <w:br/>
      </w:r>
      <w:r>
        <w:rPr>
          <w:i/>
          <w:iCs/>
        </w:rPr>
        <w:t xml:space="preserve">Sampon Davis, et. al.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the third time that week, he sat in the "Oh-man-you-in-trouble-now" chair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principal</w:t>
      </w:r>
      <w:r>
        <w:rPr>
          <w:b/>
          <w:bCs/>
        </w:rPr>
        <w:t xml:space="preserve">'s office and waited for the nun to come out and yell at him once more.</w:t>
      </w:r>
      <w:r>
        <w:br/>
      </w:r>
      <w:r>
        <w:t xml:space="preserve">    (a) most important; or person that is most important</w:t>
      </w:r>
      <w:r>
        <w:br/>
      </w:r>
      <w:r>
        <w:t xml:space="preserve">    (b) serving to help explain or demonstrate something</w:t>
      </w:r>
      <w:r>
        <w:br/>
      </w:r>
      <w:r>
        <w:t xml:space="preserve">    (c) the state or degree of criticism or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took me some time to get used to this more peaceful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, but once I did, I actually liked it.</w:t>
      </w:r>
      <w:r>
        <w:br/>
      </w:r>
      <w:r>
        <w:t xml:space="preserve">    (a) change the direction of something or the purpose for which it is used</w:t>
      </w:r>
      <w:r>
        <w:br/>
      </w:r>
      <w:r>
        <w:t xml:space="preserve">    (b) technique (way of doing something)</w:t>
      </w:r>
      <w:r>
        <w:br/>
      </w:r>
      <w:r>
        <w:t xml:space="preserve">    (c) to stick out, attract more attention than desired, or impose on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police officer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approached</w:t>
      </w:r>
      <w:r>
        <w:rPr>
          <w:b/>
          <w:bCs/>
        </w:rPr>
        <w:t xml:space="preserve"> </w:t>
      </w:r>
      <w:r>
        <w:rPr>
          <w:b/>
          <w:bCs/>
        </w:rPr>
        <w:t xml:space="preserve">the cell.</w:t>
      </w:r>
      <w:r>
        <w:br/>
      </w:r>
      <w:r>
        <w:t xml:space="preserve">    (a) made possible</w:t>
      </w:r>
      <w:r>
        <w:br/>
      </w:r>
      <w:r>
        <w:t xml:space="preserve">    (b) moved toward</w:t>
      </w:r>
      <w:r>
        <w:br/>
      </w:r>
      <w:r>
        <w:t xml:space="preserve">    (c) not satisfied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 all that I can to help young people to believe in themselves and strive toward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future.</w:t>
      </w:r>
      <w:r>
        <w:br/>
      </w:r>
      <w:r>
        <w:t xml:space="preserve">    (a) good or beneficial</w:t>
      </w:r>
      <w:r>
        <w:br/>
      </w:r>
      <w:r>
        <w:t xml:space="preserve">    (b) not representative</w:t>
      </w:r>
      <w:r>
        <w:br/>
      </w:r>
      <w:r>
        <w:t xml:space="preserve">    (c) impossible to find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we managed, through patience, perseverance,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thinking, to grow from scrawny teenagers with doubtful futures to become medical professionals highly respected in our community.</w:t>
      </w:r>
      <w:r>
        <w:br/>
      </w:r>
      <w:r>
        <w:t xml:space="preserve">    (a) not sensible or careful</w:t>
      </w:r>
      <w:r>
        <w:br/>
      </w:r>
      <w:r>
        <w:t xml:space="preserve">    (b) unable to get closer to</w:t>
      </w:r>
      <w:r>
        <w:br/>
      </w:r>
      <w:r>
        <w:t xml:space="preserve">    (c) optimistic (focusing on good things)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dogs barked loudly and ferociously at all the screaming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commotion</w:t>
      </w:r>
      <w:r>
        <w:rPr>
          <w:b/>
          <w:bCs/>
        </w:rPr>
        <w:t xml:space="preserve"> </w:t>
      </w:r>
      <w:r>
        <w:rPr>
          <w:b/>
          <w:bCs/>
        </w:rPr>
        <w:t xml:space="preserve">in front of them.</w:t>
      </w:r>
      <w:r>
        <w:br/>
      </w:r>
      <w:r>
        <w:t xml:space="preserve">    (a) noisy disturbance</w:t>
      </w:r>
      <w:r>
        <w:br/>
      </w:r>
      <w:r>
        <w:t xml:space="preserve">    (b) circular movement</w:t>
      </w:r>
      <w:r>
        <w:br/>
      </w:r>
      <w:r>
        <w:t xml:space="preserve">    (c) size or dimension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rode in his grandmother's red Chevy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Caprice</w:t>
      </w:r>
      <w:r>
        <w:rPr>
          <w:b/>
          <w:bCs/>
        </w:rPr>
        <w:t xml:space="preserve"> </w:t>
      </w:r>
      <w:r>
        <w:rPr>
          <w:b/>
          <w:bCs/>
        </w:rPr>
        <w:t xml:space="preserve">Classic, a long and comfortable car that perfectly fit her style.</w:t>
      </w:r>
      <w:r>
        <w:br/>
      </w:r>
      <w:r>
        <w:t xml:space="preserve">    (a) impulsiveness or unpredictability</w:t>
      </w:r>
      <w:r>
        <w:br/>
      </w:r>
      <w:r>
        <w:t xml:space="preserve">    (b) purpose, job, or natural activity</w:t>
      </w:r>
      <w:r>
        <w:br/>
      </w:r>
      <w:r>
        <w:t xml:space="preserve">    (c) someone who expresses disapproval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looked around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genuine</w:t>
      </w:r>
      <w:r>
        <w:rPr>
          <w:b/>
          <w:bCs/>
        </w:rPr>
        <w:t xml:space="preserve"> </w:t>
      </w:r>
      <w:r>
        <w:rPr>
          <w:b/>
          <w:bCs/>
        </w:rPr>
        <w:t xml:space="preserve">surprise as the police officers jumped out of their car and grabbed him.</w:t>
      </w:r>
      <w:r>
        <w:br/>
      </w:r>
      <w:r>
        <w:t xml:space="preserve">    (a) city</w:t>
      </w:r>
      <w:r>
        <w:br/>
      </w:r>
      <w:r>
        <w:t xml:space="preserve">    (b) lazy</w:t>
      </w:r>
      <w:r>
        <w:br/>
      </w:r>
      <w:r>
        <w:t xml:space="preserve">    (c) real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Shawn, who had done time in juvenile detention, as had Marley, said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bravado</w:t>
      </w:r>
      <w:r>
        <w:rPr>
          <w:b/>
          <w:bCs/>
        </w:rPr>
        <w:t xml:space="preserve">, "We goin' down to Arlington Avenue and whip somebody's butt!"</w:t>
      </w:r>
      <w:r>
        <w:br/>
      </w:r>
      <w:r>
        <w:t xml:space="preserve">    (a) a bold manner or show of bravery -- often hiding fear or insecurity</w:t>
      </w:r>
      <w:r>
        <w:br/>
      </w:r>
      <w:r>
        <w:t xml:space="preserve">    (b) related to or causing dramatic change; of a supporter of the change</w:t>
      </w:r>
      <w:r>
        <w:br/>
      </w:r>
      <w:r>
        <w:t xml:space="preserve">    (c) a basic building block of matter that makes up protons and neutrons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reaching a point in life where the despair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negativity</w:t>
      </w:r>
      <w:r>
        <w:rPr>
          <w:b/>
          <w:bCs/>
        </w:rPr>
        <w:t xml:space="preserve"> </w:t>
      </w:r>
      <w:r>
        <w:rPr>
          <w:b/>
          <w:bCs/>
        </w:rPr>
        <w:t xml:space="preserve">were threatening to take over his life.</w:t>
      </w:r>
      <w:r>
        <w:br/>
      </w:r>
      <w:r>
        <w:t xml:space="preserve">    (a) pessimism</w:t>
      </w:r>
      <w:r>
        <w:br/>
      </w:r>
      <w:r>
        <w:t xml:space="preserve">    (b) arousing or inspiring again</w:t>
      </w:r>
      <w:r>
        <w:br/>
      </w:r>
      <w:r>
        <w:t xml:space="preserve">    (c) someone else with that name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took a long time for me to learn that inappropriate activities always brought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negative</w:t>
      </w:r>
      <w:r>
        <w:rPr>
          <w:b/>
          <w:bCs/>
        </w:rPr>
        <w:t xml:space="preserve"> </w:t>
      </w:r>
      <w:r>
        <w:rPr>
          <w:b/>
          <w:bCs/>
        </w:rPr>
        <w:t xml:space="preserve">consequences.</w:t>
      </w:r>
      <w:r>
        <w:br/>
      </w:r>
      <w:r>
        <w:t xml:space="preserve">    (a) tell (a story)</w:t>
      </w:r>
      <w:r>
        <w:br/>
      </w:r>
      <w:r>
        <w:t xml:space="preserve">    (b) bad or harmful</w:t>
      </w:r>
      <w:r>
        <w:br/>
      </w:r>
      <w:r>
        <w:t xml:space="preserve">    (c) begin fighting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Rameck, you forgot that these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lab</w:t>
      </w:r>
      <w:r>
        <w:rPr>
          <w:b/>
          <w:bCs/>
        </w:rPr>
        <w:t xml:space="preserve"> </w:t>
      </w:r>
      <w:r>
        <w:rPr>
          <w:b/>
          <w:bCs/>
        </w:rPr>
        <w:t xml:space="preserve">reports must be turned in with writing only on the front of the paper.</w:t>
      </w:r>
      <w:r>
        <w:br/>
      </w:r>
      <w:r>
        <w:t xml:space="preserve">    (a) soccer:  a foul kick taken from 12 yards in front of the goal and defended only by the goalkeeper who cannot advance beyond the goal line until the shot is taken</w:t>
      </w:r>
      <w:r>
        <w:br/>
      </w:r>
      <w:r>
        <w:t xml:space="preserve">    (b) a workplace where people do scientific or medical research, or produce drugs or chemicals (also used figuratively)  OR  (as an adjective) related to such a place</w:t>
      </w:r>
      <w:r>
        <w:br/>
      </w:r>
      <w:r>
        <w:t xml:space="preserve">    (c) an index of all main words in a book or body of work along with the immediate contexts where each word is found and/or an indication of where to find the context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often had write-ups in the local paper,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highlighting</w:t>
      </w:r>
      <w:r>
        <w:rPr>
          <w:b/>
          <w:bCs/>
        </w:rPr>
        <w:t xml:space="preserve"> </w:t>
      </w:r>
      <w:r>
        <w:rPr>
          <w:b/>
          <w:bCs/>
        </w:rPr>
        <w:t xml:space="preserve">his playing performance: "Davis goes three for four, with four RBIs, while pitching a four-hitter as University tops Shabazz 6-5."</w:t>
      </w:r>
      <w:r>
        <w:br/>
      </w:r>
      <w:r>
        <w:t xml:space="preserve">    (a) emphasizing (drawing attention to)</w:t>
      </w:r>
      <w:r>
        <w:br/>
      </w:r>
      <w:r>
        <w:t xml:space="preserve">    (b) a non-doctor assisting a women in childbirth</w:t>
      </w:r>
      <w:r>
        <w:br/>
      </w:r>
      <w:r>
        <w:t xml:space="preserve">    (c) challenging, arguing about, or fighting over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Beginning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Pact</w:t>
      </w:r>
      <w:r>
        <w:rPr>
          <w:b/>
          <w:bCs/>
        </w:rPr>
        <w:t xml:space="preserve">.</w:t>
      </w:r>
      <w:r>
        <w:br/>
      </w:r>
      <w:r>
        <w:t xml:space="preserve">    (a) small quantity or indication</w:t>
      </w:r>
      <w:r>
        <w:br/>
      </w:r>
      <w:r>
        <w:t xml:space="preserve">    (b) reason (for doing something)</w:t>
      </w:r>
      <w:r>
        <w:br/>
      </w:r>
      <w:r>
        <w:t xml:space="preserve">    (c) an agreement between parties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split the money four ways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exulted</w:t>
      </w:r>
      <w:r>
        <w:rPr>
          <w:b/>
          <w:bCs/>
        </w:rPr>
        <w:t xml:space="preserve"> </w:t>
      </w:r>
      <w:r>
        <w:rPr>
          <w:b/>
          <w:bCs/>
        </w:rPr>
        <w:t xml:space="preserve">in the ease and glory of it all.</w:t>
      </w:r>
      <w:r>
        <w:br/>
      </w:r>
      <w:r>
        <w:t xml:space="preserve">    (a) held together (connected or united) or wrapped</w:t>
      </w:r>
      <w:r>
        <w:br/>
      </w:r>
      <w:r>
        <w:t xml:space="preserve">    (b) felt or expressed extreme happiness or elation</w:t>
      </w:r>
      <w:r>
        <w:br/>
      </w:r>
      <w:r>
        <w:t xml:space="preserve">    (c) considered (for affect on a result or outcome)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Sampson had once asked George, who always seemed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focused</w:t>
      </w:r>
      <w:r>
        <w:rPr>
          <w:b/>
          <w:bCs/>
        </w:rPr>
        <w:t xml:space="preserve"> </w:t>
      </w:r>
      <w:r>
        <w:rPr>
          <w:b/>
          <w:bCs/>
        </w:rPr>
        <w:t xml:space="preserve">on the goal of making it to college, how he did it.</w:t>
      </w:r>
      <w:r>
        <w:br/>
      </w:r>
      <w:r>
        <w:t xml:space="preserve">    (a) thought carefully and made a judgment about</w:t>
      </w:r>
      <w:r>
        <w:br/>
      </w:r>
      <w:r>
        <w:t xml:space="preserve">    (b) began speaking with someone about something</w:t>
      </w:r>
      <w:r>
        <w:br/>
      </w:r>
      <w:r>
        <w:t xml:space="preserve">    (c) concentrating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is Health, Education, Leadership, and Mentoring.</w:t>
      </w:r>
      <w:r>
        <w:br/>
      </w:r>
      <w:r>
        <w:t xml:space="preserve">    (a) the ability to take on or adopt</w:t>
      </w:r>
      <w:r>
        <w:br/>
      </w:r>
      <w:r>
        <w:t xml:space="preserve">    (b) place where attention is directed</w:t>
      </w:r>
      <w:r>
        <w:br/>
      </w:r>
      <w:r>
        <w:t xml:space="preserve">    (c) calculating or judging too high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George, Sampson, and Rameck now felt a lot more confident about facing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rigors</w:t>
      </w:r>
      <w:r>
        <w:rPr>
          <w:b/>
          <w:bCs/>
        </w:rPr>
        <w:t xml:space="preserve"> </w:t>
      </w:r>
      <w:r>
        <w:rPr>
          <w:b/>
          <w:bCs/>
        </w:rPr>
        <w:t xml:space="preserve">of college work and thankful that their parents and teachers could once again applaud for them as they reached another milestone.</w:t>
      </w:r>
      <w:r>
        <w:br/>
      </w:r>
      <w:r>
        <w:t xml:space="preserve">    (a) formal expressions of opinion arrived at by group vote</w:t>
      </w:r>
      <w:r>
        <w:br/>
      </w:r>
      <w:r>
        <w:t xml:space="preserve">    (b) periods of time when someone exhibits unusual behavior</w:t>
      </w:r>
      <w:r>
        <w:br/>
      </w:r>
      <w:r>
        <w:t xml:space="preserve">    (c) difficulties (things that are difficult and demanding)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focus is Health, Education, Leadership,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Mentoring</w:t>
      </w:r>
      <w:r>
        <w:rPr>
          <w:b/>
          <w:bCs/>
        </w:rPr>
        <w:t xml:space="preserve">.</w:t>
      </w:r>
      <w:r>
        <w:br/>
      </w:r>
      <w:r>
        <w:t xml:space="preserve">    (a) guiding and advising</w:t>
      </w:r>
      <w:r>
        <w:br/>
      </w:r>
      <w:r>
        <w:t xml:space="preserve">    (b) artificially joining</w:t>
      </w:r>
      <w:r>
        <w:br/>
      </w:r>
      <w:r>
        <w:t xml:space="preserve">    (c) working or operating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hope you share this book with others, use it as a tool for inspiration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motivation</w:t>
      </w:r>
      <w:r>
        <w:rPr>
          <w:b/>
          <w:bCs/>
        </w:rPr>
        <w:t xml:space="preserve">, and make all your dreams come true.</w:t>
      </w:r>
      <w:r>
        <w:br/>
      </w:r>
      <w:r>
        <w:t xml:space="preserve">    (a) a serious mental disorder in which people interpret reality abnormally</w:t>
      </w:r>
      <w:r>
        <w:br/>
      </w:r>
      <w:r>
        <w:t xml:space="preserve">    (b) the reason for doing something; or the level of desire to do something</w:t>
      </w:r>
      <w:r>
        <w:br/>
      </w:r>
      <w:r>
        <w:t xml:space="preserve">    (c) a drug that calms or puts to sleep; or describing something as calming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2026-07-31T19:13:56Z</dcterms:created>
  <dcterms:modified xsi:type="dcterms:W3CDTF">2026-07-31T19:13:56Z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