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91ce6e85c00ead51946ff48a6789f157349748"/>
    <w:p>
      <w:pPr>
        <w:pStyle w:val="Heading1"/>
      </w:pPr>
      <w:r>
        <w:rPr>
          <w:b/>
          <w:bCs/>
        </w:rPr>
        <w:t xml:space="preserve">Water for Elephants</w:t>
      </w:r>
      <w:r>
        <w:br/>
      </w:r>
      <w:r>
        <w:rPr>
          <w:i/>
          <w:iCs/>
        </w:rPr>
        <w:t xml:space="preserve">Sara Gruen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an ungodly collision of brass, reed, and percussion—trombones and piccolos skidded into cacophony, a tuba farted, and the hollow clang of a cymbal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wavered</w:t>
      </w:r>
      <w:r>
        <w:rPr>
          <w:b/>
          <w:bCs/>
        </w:rPr>
        <w:t xml:space="preserve"> </w:t>
      </w:r>
      <w:r>
        <w:rPr>
          <w:b/>
          <w:bCs/>
        </w:rPr>
        <w:t xml:space="preserve">out of the big top, over our heads and into oblivion.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made appropriate in size, amount, or degree</w:t>
      </w:r>
      <w:r>
        <w:br/>
      </w:r>
      <w:r>
        <w:t xml:space="preserve">    (c) was unsure or weak; or moved back and forth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Catherine sees me looking and slides one knee over the other, smoothing her skirt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languorous</w:t>
      </w:r>
      <w:r>
        <w:rPr>
          <w:b/>
          <w:bCs/>
        </w:rPr>
        <w:t xml:space="preserve"> </w:t>
      </w:r>
      <w:r>
        <w:rPr>
          <w:b/>
          <w:bCs/>
        </w:rPr>
        <w:t xml:space="preserve">fingers.</w:t>
      </w:r>
      <w:r>
        <w:br/>
      </w:r>
      <w:r>
        <w:t xml:space="preserve">    (a) slow, relaxed, or with little energy</w:t>
      </w:r>
      <w:r>
        <w:br/>
      </w:r>
      <w:r>
        <w:t xml:space="preserve">    (b) inconspicuousness or trustworthiness</w:t>
      </w:r>
      <w:r>
        <w:br/>
      </w:r>
      <w:r>
        <w:t xml:space="preserve">    (c) lacking a reason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mouth is open, her chin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receding</w:t>
      </w:r>
      <w:r>
        <w:rPr>
          <w:b/>
          <w:bCs/>
        </w:rPr>
        <w:t xml:space="preserve"> </w:t>
      </w:r>
      <w:r>
        <w:rPr>
          <w:b/>
          <w:bCs/>
        </w:rPr>
        <w:t xml:space="preserve">as though she were snoring.</w:t>
      </w:r>
      <w:r>
        <w:br/>
      </w:r>
      <w:r>
        <w:t xml:space="preserve">    (a) moving away or diminishing (become less)</w:t>
      </w:r>
      <w:r>
        <w:br/>
      </w:r>
      <w:r>
        <w:t xml:space="preserve">    (b) opposing (struggling against each other)</w:t>
      </w:r>
      <w:r>
        <w:br/>
      </w:r>
      <w:r>
        <w:t xml:space="preserve">    (c) examining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swerve and cross the length of the field, tour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perimeter</w:t>
      </w:r>
      <w:r>
        <w:rPr>
          <w:b/>
          <w:bCs/>
        </w:rPr>
        <w:t xml:space="preserve">, and then swing back around.</w:t>
      </w:r>
      <w:r>
        <w:br/>
      </w:r>
      <w:r>
        <w:t xml:space="preserve">    (a) a hoofed mamma</w:t>
      </w:r>
      <w:r>
        <w:br/>
      </w:r>
      <w:r>
        <w:t xml:space="preserve">    (b) the outer edge</w:t>
      </w:r>
      <w:r>
        <w:br/>
      </w:r>
      <w:r>
        <w:t xml:space="preserve">    (c) a fat compound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crowd is denser, their interest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piqued</w:t>
      </w:r>
      <w:r>
        <w:rPr>
          <w:b/>
          <w:bCs/>
        </w:rPr>
        <w:t xml:space="preserve">.</w:t>
      </w:r>
      <w:r>
        <w:br/>
      </w:r>
      <w:r>
        <w:t xml:space="preserve">    (a) marked important text</w:t>
      </w:r>
      <w:r>
        <w:br/>
      </w:r>
      <w:r>
        <w:t xml:space="preserve">    (b) recognized difference</w:t>
      </w:r>
      <w:r>
        <w:br/>
      </w:r>
      <w:r>
        <w:t xml:space="preserve">    (c) aroused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next one—another roustabout—also leaves in a fit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pique</w:t>
      </w:r>
      <w:r>
        <w:rPr>
          <w:b/>
          <w:bCs/>
        </w:rPr>
        <w:t xml:space="preserve">.</w:t>
      </w:r>
      <w:r>
        <w:br/>
      </w:r>
      <w:r>
        <w:t xml:space="preserve">    (a) an overwhelming amount; or to overwhelm -- especially said of water</w:t>
      </w:r>
      <w:r>
        <w:br/>
      </w:r>
      <w:r>
        <w:t xml:space="preserve">    (b) feelings of resentment or indignation</w:t>
      </w:r>
      <w:r>
        <w:br/>
      </w:r>
      <w:r>
        <w:t xml:space="preserve">    (c) spend time with; or someone with whom a person spends a lot of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parents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congregate</w:t>
      </w:r>
      <w:r>
        <w:rPr>
          <w:b/>
          <w:bCs/>
        </w:rPr>
        <w:t xml:space="preserve"> </w:t>
      </w:r>
      <w:r>
        <w:rPr>
          <w:b/>
          <w:bCs/>
        </w:rPr>
        <w:t xml:space="preserve">beneath, holding the hands of younger siblings and pointing to various marvels appearing in front of them.</w:t>
      </w:r>
      <w:r>
        <w:br/>
      </w:r>
      <w:r>
        <w:t xml:space="preserve">    (a) include consideration of</w:t>
      </w:r>
      <w:r>
        <w:br/>
      </w:r>
      <w:r>
        <w:t xml:space="preserve">    (b) come together as a group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just dawned on me that the floors of their dens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conspicuously</w:t>
      </w:r>
      <w:r>
        <w:rPr>
          <w:b/>
          <w:bCs/>
        </w:rPr>
        <w:t xml:space="preserve"> </w:t>
      </w:r>
      <w:r>
        <w:rPr>
          <w:b/>
          <w:bCs/>
        </w:rPr>
        <w:t xml:space="preserve">clean.</w:t>
      </w:r>
      <w:r>
        <w:br/>
      </w:r>
      <w:r>
        <w:t xml:space="preserve">    (a) in a manner that explains or demonstrates an understanding of something in a particular way</w:t>
      </w:r>
      <w:r>
        <w:br/>
      </w:r>
      <w:r>
        <w:t xml:space="preserve">    (b) easily noticed -- typically attracting attention such as by being large, flashy, or unusual</w:t>
      </w:r>
      <w:r>
        <w:br/>
      </w:r>
      <w:r>
        <w:t xml:space="preserve">    (c) of mental activity of which one is not aware, but which can influence feelings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expression of bored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drops immediately.</w:t>
      </w:r>
      <w:r>
        <w:br/>
      </w:r>
      <w:r>
        <w:t xml:space="preserve">    (a) influence opinion</w:t>
      </w:r>
      <w:r>
        <w:br/>
      </w:r>
      <w:r>
        <w:t xml:space="preserve">    (b) differ; or change</w:t>
      </w:r>
      <w:r>
        <w:br/>
      </w:r>
      <w:r>
        <w:t xml:space="preserve">    (c) lack of respect -- suggesting distaste and an undeserved sense of superiority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"He's ten years younger than me," I say, straightening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.</w:t>
      </w:r>
      <w:r>
        <w:br/>
      </w:r>
      <w:r>
        <w:t xml:space="preserve">    (a) with surprise as something unexpected</w:t>
      </w:r>
      <w:r>
        <w:br/>
      </w:r>
      <w:r>
        <w:t xml:space="preserve">    (b) with acceptance of something undesired as unavoidable</w:t>
      </w:r>
      <w:r>
        <w:br/>
      </w:r>
      <w:r>
        <w:t xml:space="preserve">    (c) with anger or annoyance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Day after day he marches into town, negotiating by telegram, and by the following Friday the son has agreed to meet us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Providence</w:t>
      </w:r>
      <w:r>
        <w:rPr>
          <w:b/>
          <w:bCs/>
        </w:rPr>
        <w:t xml:space="preserve"> </w:t>
      </w:r>
      <w:r>
        <w:rPr>
          <w:b/>
          <w:bCs/>
        </w:rPr>
        <w:t xml:space="preserve">and take custody of the old man.</w:t>
      </w:r>
      <w:r>
        <w:br/>
      </w:r>
      <w:r>
        <w:t xml:space="preserve">    (a) collection of star systems held together by gravity</w:t>
      </w:r>
      <w:r>
        <w:br/>
      </w:r>
      <w:r>
        <w:t xml:space="preserve">    (b) a particular way of seeing or thinking about things</w:t>
      </w:r>
      <w:r>
        <w:br/>
      </w:r>
      <w:r>
        <w:t xml:space="preserve">    (c) resulting from God's intervention or plan; or lucky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Uncle Al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delirious</w:t>
      </w:r>
      <w:r>
        <w:rPr>
          <w:b/>
          <w:bCs/>
        </w:rPr>
        <w:t xml:space="preserve">, standing in the center of the hippodrome track with his arms and face raised, basking in the coins that rain down on him.</w:t>
      </w:r>
      <w:r>
        <w:br/>
      </w:r>
      <w:r>
        <w:t xml:space="preserve">    (a) extremely happy and excited</w:t>
      </w:r>
      <w:r>
        <w:br/>
      </w:r>
      <w:r>
        <w:t xml:space="preserve">    (b) in a manner of accepting something as true (without proof)</w:t>
      </w:r>
      <w:r>
        <w:br/>
      </w:r>
      <w:r>
        <w:t xml:space="preserve">    (c) relating separately to the people or things just mentioned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not like we had a lot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alternatives</w:t>
      </w:r>
      <w:r>
        <w:rPr>
          <w:b/>
          <w:bCs/>
        </w:rPr>
        <w:t xml:space="preserve">.</w:t>
      </w:r>
      <w:r>
        <w:br/>
      </w:r>
      <w:r>
        <w:t xml:space="preserve">    (a) other possibilities</w:t>
      </w:r>
      <w:r>
        <w:br/>
      </w:r>
      <w:r>
        <w:t xml:space="preserve">    (b) fat compounds</w:t>
      </w:r>
      <w:r>
        <w:br/>
      </w:r>
      <w:r>
        <w:t xml:space="preserve">    (c) psychiatrists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 </w:t>
      </w:r>
      <w:r>
        <w:rPr>
          <w:b/>
          <w:bCs/>
        </w:rPr>
        <w:t xml:space="preserve">anything," the clerk says.</w:t>
      </w:r>
      <w:r>
        <w:br/>
      </w:r>
      <w:r>
        <w:t xml:space="preserve">    (a) going back to a previous state</w:t>
      </w:r>
      <w:r>
        <w:br/>
      </w:r>
      <w:r>
        <w:t xml:space="preserve">    (b) suggesting (saying indirectly)</w:t>
      </w:r>
      <w:r>
        <w:br/>
      </w:r>
      <w:r>
        <w:t xml:space="preserve">    (c) acting in an official capacity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lean over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evaluate</w:t>
      </w:r>
      <w:r>
        <w:rPr>
          <w:b/>
          <w:bCs/>
        </w:rPr>
        <w:t xml:space="preserve"> </w:t>
      </w:r>
      <w:r>
        <w:rPr>
          <w:b/>
          <w:bCs/>
        </w:rPr>
        <w:t xml:space="preserve">Rosie's toenails, running my hands along the underside of her foot.</w:t>
      </w:r>
      <w:r>
        <w:br/>
      </w:r>
      <w:r>
        <w:t xml:space="preserve">    (a) move out of an interacting position; or stop</w:t>
      </w:r>
      <w:r>
        <w:br/>
      </w:r>
      <w:r>
        <w:t xml:space="preserve">    (b) to think carefully and make a judgment about</w:t>
      </w:r>
      <w:r>
        <w:br/>
      </w:r>
      <w:r>
        <w:t xml:space="preserve">    (c) say something or make a sound with the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she leans in and kisses me, a gentle kiss,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</w:t>
      </w:r>
      <w:r>
        <w:rPr>
          <w:b/>
          <w:bCs/>
        </w:rPr>
        <w:t xml:space="preserve"> </w:t>
      </w:r>
      <w:r>
        <w:rPr>
          <w:b/>
          <w:bCs/>
        </w:rPr>
        <w:t xml:space="preserve">but lingering.</w:t>
      </w:r>
      <w:r>
        <w:br/>
      </w:r>
      <w:r>
        <w:t xml:space="preserve">    (a) not demonstrating</w:t>
      </w:r>
      <w:r>
        <w:br/>
      </w:r>
      <w:r>
        <w:t xml:space="preserve">    (b) done in a careful way indicating a lack of confidence</w:t>
      </w:r>
      <w:r>
        <w:br/>
      </w:r>
      <w:r>
        <w:t xml:space="preserve">    (c) able to challenge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scrutinizes</w:t>
      </w:r>
      <w:r>
        <w:rPr>
          <w:b/>
          <w:bCs/>
        </w:rPr>
        <w:t xml:space="preserve"> </w:t>
      </w:r>
      <w:r>
        <w:rPr>
          <w:b/>
          <w:bCs/>
        </w:rPr>
        <w:t xml:space="preserve">me for what feels like a very long time.</w:t>
      </w:r>
      <w:r>
        <w:br/>
      </w:r>
      <w:r>
        <w:t xml:space="preserve">    (a) looks at or examines very carefully</w:t>
      </w:r>
      <w:r>
        <w:br/>
      </w:r>
      <w:r>
        <w:t xml:space="preserve">    (b) hires, reserves, books, or occupies</w:t>
      </w:r>
      <w:r>
        <w:br/>
      </w:r>
      <w:r>
        <w:t xml:space="preserve">    (c) estimates (almost, 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crowd mills around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menagerie</w:t>
      </w:r>
      <w:r>
        <w:rPr>
          <w:b/>
          <w:bCs/>
        </w:rPr>
        <w:t xml:space="preserve">, viewing the animals on their way to the big top.</w:t>
      </w:r>
      <w:r>
        <w:br/>
      </w:r>
      <w:r>
        <w:t xml:space="preserve">    (a) a collection of wild animals in captivity; or their enclosure</w:t>
      </w:r>
      <w:r>
        <w:br/>
      </w:r>
      <w:r>
        <w:t xml:space="preserve">    (b) someone who emphasizes a person's capacity for self-realization through reason rather than through religion and the supernatural</w:t>
      </w:r>
      <w:r>
        <w:br/>
      </w:r>
      <w:r>
        <w:t xml:space="preserve">    (c) an inhabitant of Assyria -- an ancient kingdom centered in northern Mesopotamia which is in present-day Iraq; or their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expression is unmistakably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.</w:t>
      </w:r>
      <w:r>
        <w:br/>
      </w:r>
      <w:r>
        <w:t xml:space="preserve">    (a) hostile (showing the attitude of one eager to fight)</w:t>
      </w:r>
      <w:r>
        <w:br/>
      </w:r>
      <w:r>
        <w:t xml:space="preserve">    (b) (adjective) designed to stop something  OR  (noun) something that stops something else</w:t>
      </w:r>
      <w:r>
        <w:br/>
      </w:r>
      <w:r>
        <w:t xml:space="preserve">    (c) related to intelligence -- such as requiring, appealing to, or possessing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gesticulates</w:t>
      </w:r>
      <w:r>
        <w:rPr>
          <w:b/>
          <w:bCs/>
        </w:rPr>
        <w:t xml:space="preserve"> </w:t>
      </w:r>
      <w:r>
        <w:rPr>
          <w:b/>
          <w:bCs/>
        </w:rPr>
        <w:t xml:space="preserve">wildly, arms flailing.</w:t>
      </w:r>
      <w:r>
        <w:br/>
      </w:r>
      <w:r>
        <w:t xml:space="preserve">    (a) makes gestures (hand or body movements)</w:t>
      </w:r>
      <w:r>
        <w:br/>
      </w:r>
      <w:r>
        <w:t xml:space="preserve">    (b) releases from slavery or servitude; or (metaphorically) from social restraints</w:t>
      </w:r>
      <w:r>
        <w:br/>
      </w:r>
      <w:r>
        <w:t xml:space="preserve">    (c) becomes less intense, less severe, or less active -- perhaps goes away entirely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2026-07-31T18:24:22Z</dcterms:created>
  <dcterms:modified xsi:type="dcterms:W3CDTF">2026-07-31T18:24:22Z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