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10140506a78aaa96296b18a3b14e3926be8754"/>
    <w:p>
      <w:pPr>
        <w:pStyle w:val="Heading1"/>
      </w:pPr>
      <w:r>
        <w:rPr>
          <w:b/>
          <w:bCs/>
        </w:rPr>
        <w:t xml:space="preserve">Washington Square</w:t>
      </w:r>
      <w:r>
        <w:br/>
      </w:r>
      <w:r>
        <w:rPr>
          <w:i/>
          <w:iCs/>
        </w:rPr>
        <w:t xml:space="preserve">Henry James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time of intense partisan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acrimony</w:t>
      </w:r>
      <w:r>
        <w:rPr>
          <w:b/>
          <w:bCs/>
        </w:rPr>
        <w:t xml:space="preserve"> </w:t>
      </w:r>
      <w:r>
        <w:rPr>
          <w:b/>
          <w:bCs/>
        </w:rPr>
        <w:t xml:space="preserve">in Congress.</w:t>
      </w:r>
      <w:r>
        <w:br/>
      </w:r>
      <w:r>
        <w:t xml:space="preserve">    (a) ill will</w:t>
      </w:r>
      <w:r>
        <w:br/>
      </w:r>
      <w:r>
        <w:t xml:space="preserve">    (b) good will</w:t>
      </w:r>
      <w:r>
        <w:br/>
      </w:r>
      <w:r>
        <w:t xml:space="preserve">    (c) cooperation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concern</w:t>
      </w:r>
      <w:r>
        <w:br/>
      </w:r>
      <w:r>
        <w:t xml:space="preserve">    (b) quickness</w:t>
      </w:r>
      <w:r>
        <w:br/>
      </w:r>
      <w:r>
        <w:t xml:space="preserve">    (c) embarrassment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like Twitter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.</w:t>
      </w:r>
      <w:r>
        <w:br/>
      </w:r>
      <w:r>
        <w:t xml:space="preserve">    (a) clever texts</w:t>
      </w:r>
      <w:r>
        <w:br/>
      </w:r>
      <w:r>
        <w:t xml:space="preserve">    (b) short texts</w:t>
      </w:r>
      <w:r>
        <w:br/>
      </w:r>
      <w:r>
        <w:t xml:space="preserve">    (c) varied texts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claimed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clairvoyance</w:t>
      </w:r>
      <w:r>
        <w:rPr>
          <w:b/>
          <w:bCs/>
        </w:rPr>
        <w:t xml:space="preserve"> </w:t>
      </w:r>
      <w:r>
        <w:rPr>
          <w:b/>
          <w:bCs/>
        </w:rPr>
        <w:t xml:space="preserve">after saying she had seen the accident before it happened.</w:t>
      </w:r>
      <w:r>
        <w:br/>
      </w:r>
      <w:r>
        <w:t xml:space="preserve">    (a) ordinary common sense</w:t>
      </w:r>
      <w:r>
        <w:br/>
      </w:r>
      <w:r>
        <w:t xml:space="preserve">    (b) careful scientific proof</w:t>
      </w:r>
      <w:r>
        <w:br/>
      </w:r>
      <w:r>
        <w:t xml:space="preserve">    (c) supposed psychic insight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conciliatory</w:t>
      </w:r>
      <w:r>
        <w:rPr>
          <w:b/>
          <w:bCs/>
        </w:rPr>
        <w:t xml:space="preserve"> </w:t>
      </w:r>
      <w:r>
        <w:rPr>
          <w:b/>
          <w:bCs/>
        </w:rPr>
        <w:t xml:space="preserve">note after the argument, hoping they could talk calmly.</w:t>
      </w:r>
      <w:r>
        <w:br/>
      </w:r>
      <w:r>
        <w:t xml:space="preserve">    (a) meant to restore peace</w:t>
      </w:r>
      <w:r>
        <w:br/>
      </w:r>
      <w:r>
        <w:t xml:space="preserve">    (b) meant to assign blame</w:t>
      </w:r>
      <w:r>
        <w:br/>
      </w:r>
      <w:r>
        <w:t xml:space="preserve">    (c) meant to delay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 </w:t>
      </w:r>
      <w:r>
        <w:rPr>
          <w:b/>
          <w:bCs/>
        </w:rPr>
        <w:t xml:space="preserve">opponent.</w:t>
      </w:r>
      <w:r>
        <w:br/>
      </w:r>
      <w:r>
        <w:t xml:space="preserve">    (a) not very challenging</w:t>
      </w:r>
      <w:r>
        <w:br/>
      </w:r>
      <w:r>
        <w:t xml:space="preserve">    (b) deceitful and clever</w:t>
      </w:r>
      <w:r>
        <w:br/>
      </w:r>
      <w:r>
        <w:t xml:space="preserve">    (c) widely respected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young</w:t>
      </w:r>
      <w:r>
        <w:br/>
      </w:r>
      <w:r>
        <w:t xml:space="preserve">    (b) argumentative</w:t>
      </w:r>
      <w:r>
        <w:br/>
      </w:r>
      <w:r>
        <w:t xml:space="preserve">    (c) unassertive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doing what she can to change the subject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.</w:t>
      </w:r>
      <w:r>
        <w:br/>
      </w:r>
      <w:r>
        <w:t xml:space="preserve">    (a) change reality</w:t>
      </w:r>
      <w:r>
        <w:br/>
      </w:r>
      <w:r>
        <w:t xml:space="preserve">    (b) disguise the truth</w:t>
      </w:r>
      <w:r>
        <w:br/>
      </w:r>
      <w:r>
        <w:t xml:space="preserve">    (c) re-think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effaced</w:t>
      </w:r>
      <w:r>
        <w:rPr>
          <w:b/>
          <w:bCs/>
        </w:rPr>
        <w:t xml:space="preserve"> </w:t>
      </w:r>
      <w:r>
        <w:rPr>
          <w:b/>
          <w:bCs/>
        </w:rPr>
        <w:t xml:space="preserve">the memory of the time in the camps.</w:t>
      </w:r>
      <w:r>
        <w:br/>
      </w:r>
      <w:r>
        <w:t xml:space="preserve">    (a) removed completely</w:t>
      </w:r>
      <w:r>
        <w:br/>
      </w:r>
      <w:r>
        <w:t xml:space="preserve">    (b) shared with others</w:t>
      </w:r>
      <w:r>
        <w:br/>
      </w:r>
      <w:r>
        <w:t xml:space="preserve">    (c) relived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famous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epigram</w:t>
      </w:r>
      <w:r>
        <w:rPr>
          <w:b/>
          <w:bCs/>
        </w:rPr>
        <w:t xml:space="preserve"> </w:t>
      </w:r>
      <w:r>
        <w:rPr>
          <w:b/>
          <w:bCs/>
        </w:rPr>
        <w:t xml:space="preserve">was quoted at the beginning of the book, "It is better to light a single candle than to curse the darkness."</w:t>
      </w:r>
      <w:r>
        <w:br/>
      </w:r>
      <w:r>
        <w:t xml:space="preserve">    (a) soft leather shoe traditionally worn by Native Americans</w:t>
      </w:r>
      <w:r>
        <w:br/>
      </w:r>
      <w:r>
        <w:t xml:space="preserve">    (b) income not required for mandatory and necessary expenses</w:t>
      </w:r>
      <w:r>
        <w:br/>
      </w:r>
      <w:r>
        <w:t xml:space="preserve">    (c) a well-worded, short saying that expresses an idea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extremely attentive to detail</w:t>
      </w:r>
      <w:r>
        <w:br/>
      </w:r>
      <w:r>
        <w:t xml:space="preserve">    (b) careless and disorganized</w:t>
      </w:r>
      <w:r>
        <w:br/>
      </w:r>
      <w:r>
        <w:t xml:space="preserve">    (c) loud and outgoing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nor romantic love.</w:t>
      </w:r>
      <w:r>
        <w:br/>
      </w:r>
      <w:r>
        <w:t xml:space="preserve">    (a) parent/child</w:t>
      </w:r>
      <w:r>
        <w:br/>
      </w:r>
      <w:r>
        <w:t xml:space="preserve">    (b) friend/friend</w:t>
      </w:r>
      <w:r>
        <w:br/>
      </w:r>
      <w:r>
        <w:t xml:space="preserve">    (c) owner/pet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extremely quiet</w:t>
      </w:r>
      <w:r>
        <w:br/>
      </w:r>
      <w:r>
        <w:t xml:space="preserve">    (b) thoughtfully kind</w:t>
      </w:r>
      <w:r>
        <w:br/>
      </w:r>
      <w:r>
        <w:t xml:space="preserve">    (c) disrespectfully bold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incisive</w:t>
      </w:r>
      <w:r>
        <w:rPr>
          <w:b/>
          <w:bCs/>
        </w:rPr>
        <w:t xml:space="preserve"> </w:t>
      </w:r>
      <w:r>
        <w:rPr>
          <w:b/>
          <w:bCs/>
        </w:rPr>
        <w:t xml:space="preserve">writing made complex political issues easy to understand.</w:t>
      </w:r>
      <w:r>
        <w:br/>
      </w:r>
      <w:r>
        <w:t xml:space="preserve">    (a) a solution that is simpler (and often more comprehensive) than most would anticipate</w:t>
      </w:r>
      <w:r>
        <w:br/>
      </w:r>
      <w:r>
        <w:t xml:space="preserve">    (b) the state of not representing or imitating external reality or the objects of nature</w:t>
      </w:r>
      <w:r>
        <w:br/>
      </w:r>
      <w:r>
        <w:t xml:space="preserve">    (c) clear and sharp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been seen</w:t>
      </w:r>
      <w:r>
        <w:br/>
      </w:r>
      <w:r>
        <w:t xml:space="preserve">    (b) hidden</w:t>
      </w:r>
      <w:r>
        <w:br/>
      </w:r>
      <w:r>
        <w:t xml:space="preserve">    (c) inserted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apologized, but he would not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mollified</w:t>
      </w:r>
      <w:r>
        <w:rPr>
          <w:b/>
          <w:bCs/>
        </w:rPr>
        <w:t xml:space="preserve">, and he continued to insist on speaking with her manager.</w:t>
      </w:r>
      <w:r>
        <w:br/>
      </w:r>
      <w:r>
        <w:t xml:space="preserve">    (a) ignored</w:t>
      </w:r>
      <w:r>
        <w:br/>
      </w:r>
      <w:r>
        <w:t xml:space="preserve">    (b) angered</w:t>
      </w:r>
      <w:r>
        <w:br/>
      </w:r>
      <w:r>
        <w:t xml:space="preserve">    (c) calmed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satire</w:t>
      </w:r>
      <w:r>
        <w:rPr>
          <w:b/>
          <w:bCs/>
        </w:rPr>
        <w:t xml:space="preserve">, the cartoon exposed how ridiculous the new policy looked in practice.</w:t>
      </w:r>
      <w:r>
        <w:br/>
      </w:r>
      <w:r>
        <w:t xml:space="preserve">    (a) factual reporting</w:t>
      </w:r>
      <w:r>
        <w:br/>
      </w:r>
      <w:r>
        <w:t xml:space="preserve">    (b) literal description</w:t>
      </w:r>
      <w:r>
        <w:br/>
      </w:r>
      <w:r>
        <w:t xml:space="preserve">    (c) humorous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firmness of purpose</w:t>
      </w:r>
      <w:r>
        <w:br/>
      </w:r>
      <w:r>
        <w:t xml:space="preserve">    (b) known facts</w:t>
      </w:r>
      <w:r>
        <w:br/>
      </w:r>
      <w:r>
        <w:t xml:space="preserve">    (c) principles that discourage certain kinds of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implied</w:t>
      </w:r>
      <w:r>
        <w:br/>
      </w:r>
      <w:r>
        <w:t xml:space="preserve">    (b) clear</w:t>
      </w:r>
      <w:r>
        <w:br/>
      </w:r>
      <w:r>
        <w:t xml:space="preserve">    (c) reasonable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gently ease</w:t>
      </w:r>
      <w:r>
        <w:br/>
      </w:r>
      <w:r>
        <w:t xml:space="preserve">    (b) gently persuade</w:t>
      </w:r>
      <w:r>
        <w:br/>
      </w:r>
      <w:r>
        <w:t xml:space="preserve">    (c) completely defeat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2026-07-31T14:58:34Z</dcterms:created>
  <dcterms:modified xsi:type="dcterms:W3CDTF">2026-07-31T14:58:34Z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