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cea174ad72a404874c791878ad8ca91270421d2"/>
    <w:p>
      <w:pPr>
        <w:pStyle w:val="Heading1"/>
      </w:pPr>
      <w:r>
        <w:rPr>
          <w:b/>
          <w:bCs/>
        </w:rPr>
        <w:t xml:space="preserve">Washington Square</w:t>
      </w:r>
      <w:r>
        <w:br/>
      </w:r>
      <w:r>
        <w:rPr>
          <w:i/>
          <w:iCs/>
        </w:rPr>
        <w:t xml:space="preserve">Henry James</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He was a thoroughly honest man—honest in a degree of which he had perhaps lacked the opportunity to give the complete measure; and, putting aside the great good-nature of the circle in which he practised, which was rather fond of boasting that it possessed the "brightest" doctor in the country, he daily justified his claim to the talents</w:t>
      </w:r>
      <w:r>
        <w:rPr>
          <w:b/>
          <w:bCs/>
        </w:rPr>
        <w:t xml:space="preserve"> </w:t>
      </w:r>
      <w:r>
        <w:rPr>
          <w:b/>
          <w:bCs/>
          <w:u w:val="single"/>
        </w:rPr>
        <w:t xml:space="preserve">attributed</w:t>
      </w:r>
      <w:r>
        <w:rPr>
          <w:b/>
          <w:bCs/>
        </w:rPr>
        <w:t xml:space="preserve"> </w:t>
      </w:r>
      <w:r>
        <w:rPr>
          <w:b/>
          <w:bCs/>
        </w:rPr>
        <w:t xml:space="preserve">to him by the popular voice.</w:t>
      </w:r>
      <w:r>
        <w:br/>
      </w:r>
      <w:r>
        <w:t xml:space="preserve">    (a) credited (pointed to as the cause of something)</w:t>
      </w:r>
      <w:r>
        <w:br/>
      </w:r>
      <w:r>
        <w:t xml:space="preserve">    (b) not made different; or shown to be different</w:t>
      </w:r>
      <w:r>
        <w:br/>
      </w:r>
      <w:r>
        <w:t xml:space="preserve">    (c) not changed directly from a solid to a vapor</w:t>
      </w:r>
    </w:p>
    <w:p>
      <w:pPr>
        <w:pStyle w:val="Compact"/>
        <w:numPr>
          <w:ilvl w:val="0"/>
          <w:numId w:val="1001"/>
        </w:numPr>
      </w:pPr>
      <w:r>
        <w:rPr>
          <w:b/>
          <w:bCs/>
        </w:rPr>
        <w:t xml:space="preserve">"Their number is infinite!" said Mrs. Penniman, in a tone which seemed to suggest that this convenient faculty was one of her brightest</w:t>
      </w:r>
      <w:r>
        <w:rPr>
          <w:b/>
          <w:bCs/>
        </w:rPr>
        <w:t xml:space="preserve"> </w:t>
      </w:r>
      <w:r>
        <w:rPr>
          <w:b/>
          <w:bCs/>
          <w:u w:val="single"/>
        </w:rPr>
        <w:t xml:space="preserve">attributes</w:t>
      </w:r>
      <w:r>
        <w:rPr>
          <w:b/>
          <w:bCs/>
        </w:rPr>
        <w:t xml:space="preserve">.</w:t>
      </w:r>
      <w:r>
        <w:br/>
      </w:r>
      <w:r>
        <w:t xml:space="preserve">    (a) characteristics (of something or someone)</w:t>
      </w:r>
      <w:r>
        <w:br/>
      </w:r>
      <w:r>
        <w:t xml:space="preserve">    (b) dreamlike states of altered consciousness</w:t>
      </w:r>
      <w:r>
        <w:br/>
      </w:r>
      <w:r>
        <w:t xml:space="preserve">    (c) piles of wood or other burnable materials</w:t>
      </w:r>
    </w:p>
    <w:p>
      <w:pPr>
        <w:pStyle w:val="Compact"/>
        <w:numPr>
          <w:ilvl w:val="0"/>
          <w:numId w:val="1001"/>
        </w:numPr>
      </w:pPr>
      <w:r>
        <w:rPr>
          <w:b/>
          <w:bCs/>
        </w:rPr>
        <w:t xml:space="preserve">Mrs. Penniman was a tall, thin, fair, rather faded woman, with a perfectly amiable</w:t>
      </w:r>
      <w:r>
        <w:rPr>
          <w:b/>
          <w:bCs/>
        </w:rPr>
        <w:t xml:space="preserve"> </w:t>
      </w:r>
      <w:r>
        <w:rPr>
          <w:b/>
          <w:bCs/>
          <w:u w:val="single"/>
        </w:rPr>
        <w:t xml:space="preserve">disposition</w:t>
      </w:r>
      <w:r>
        <w:rPr>
          <w:b/>
          <w:bCs/>
        </w:rPr>
        <w:t xml:space="preserve">, a high standard of gentility, a taste for light literature, and a certain foolish indirectness and obliquity of character.</w:t>
      </w:r>
      <w:r>
        <w:br/>
      </w:r>
      <w:r>
        <w:t xml:space="preserve">    (a) someone who is intolerant and prejudiced</w:t>
      </w:r>
      <w:r>
        <w:br/>
      </w:r>
      <w:r>
        <w:t xml:space="preserve">    (b) normal mood and personality</w:t>
      </w:r>
      <w:r>
        <w:br/>
      </w:r>
      <w:r>
        <w:t xml:space="preserve">    (c) dreamlike state of altered consciousness</w:t>
      </w:r>
    </w:p>
    <w:p>
      <w:pPr>
        <w:pStyle w:val="Compact"/>
        <w:numPr>
          <w:ilvl w:val="0"/>
          <w:numId w:val="1001"/>
        </w:numPr>
      </w:pPr>
      <w:r>
        <w:rPr>
          <w:b/>
          <w:bCs/>
        </w:rPr>
        <w:t xml:space="preserve">The first of these dated from ten years back, and consisted of a series of</w:t>
      </w:r>
      <w:r>
        <w:rPr>
          <w:b/>
          <w:bCs/>
        </w:rPr>
        <w:t xml:space="preserve"> </w:t>
      </w:r>
      <w:r>
        <w:rPr>
          <w:b/>
          <w:bCs/>
          <w:u w:val="single"/>
        </w:rPr>
        <w:t xml:space="preserve">dispositions</w:t>
      </w:r>
      <w:r>
        <w:rPr>
          <w:b/>
          <w:bCs/>
        </w:rPr>
        <w:t xml:space="preserve"> </w:t>
      </w:r>
      <w:r>
        <w:rPr>
          <w:b/>
          <w:bCs/>
        </w:rPr>
        <w:t xml:space="preserve">by which he left the great mass of property to his daughter, with becoming legacies to his two sisters.</w:t>
      </w:r>
      <w:r>
        <w:br/>
      </w:r>
      <w:r>
        <w:t xml:space="preserve">    (a) members of the Religious Society of Friends (the Friends have never called themselves Quakers)</w:t>
      </w:r>
      <w:r>
        <w:br/>
      </w:r>
      <w:r>
        <w:t xml:space="preserve">    (b) decisions</w:t>
      </w:r>
      <w:r>
        <w:br/>
      </w:r>
      <w:r>
        <w:t xml:space="preserve">    (c) compounds consisting of large molecules made up of linked series of repeated smaller molecules</w:t>
      </w:r>
    </w:p>
    <w:p>
      <w:pPr>
        <w:pStyle w:val="Compact"/>
        <w:numPr>
          <w:ilvl w:val="0"/>
          <w:numId w:val="1001"/>
        </w:numPr>
      </w:pPr>
      <w:r>
        <w:rPr>
          <w:b/>
          <w:bCs/>
        </w:rPr>
        <w:t xml:space="preserve">Dr. Sloper had travelled but little, and he took the liberty of not believing everything this anecdotical idler</w:t>
      </w:r>
      <w:r>
        <w:rPr>
          <w:b/>
          <w:bCs/>
        </w:rPr>
        <w:t xml:space="preserve"> </w:t>
      </w:r>
      <w:r>
        <w:rPr>
          <w:b/>
          <w:bCs/>
          <w:u w:val="single"/>
        </w:rPr>
        <w:t xml:space="preserve">narrated</w:t>
      </w:r>
      <w:r>
        <w:rPr>
          <w:b/>
          <w:bCs/>
        </w:rPr>
        <w:t xml:space="preserve">.</w:t>
      </w:r>
      <w:r>
        <w:br/>
      </w:r>
      <w:r>
        <w:t xml:space="preserve">    (a) told (a story)</w:t>
      </w:r>
      <w:r>
        <w:br/>
      </w:r>
      <w:r>
        <w:t xml:space="preserve">    (b) not translated</w:t>
      </w:r>
      <w:r>
        <w:br/>
      </w:r>
      <w:r>
        <w:t xml:space="preserve">    (c) began fighting</w:t>
      </w:r>
    </w:p>
    <w:p>
      <w:pPr>
        <w:pStyle w:val="Compact"/>
        <w:numPr>
          <w:ilvl w:val="0"/>
          <w:numId w:val="1001"/>
        </w:numPr>
      </w:pPr>
      <w:r>
        <w:rPr>
          <w:b/>
          <w:bCs/>
        </w:rPr>
        <w:t xml:space="preserve">It wouldn't give you any pleasure to</w:t>
      </w:r>
      <w:r>
        <w:rPr>
          <w:b/>
          <w:bCs/>
        </w:rPr>
        <w:t xml:space="preserve"> </w:t>
      </w:r>
      <w:r>
        <w:rPr>
          <w:b/>
          <w:bCs/>
          <w:u w:val="single"/>
        </w:rPr>
        <w:t xml:space="preserve">contradict</w:t>
      </w:r>
      <w:r>
        <w:rPr>
          <w:b/>
          <w:bCs/>
        </w:rPr>
        <w:t xml:space="preserve"> </w:t>
      </w:r>
      <w:r>
        <w:rPr>
          <w:b/>
          <w:bCs/>
        </w:rPr>
        <w:t xml:space="preserve">him?</w:t>
      </w:r>
      <w:r>
        <w:br/>
      </w:r>
      <w:r>
        <w:t xml:space="preserve">    (a) disagree</w:t>
      </w:r>
      <w:r>
        <w:br/>
      </w:r>
      <w:r>
        <w:t xml:space="preserve">    (b) subtract</w:t>
      </w:r>
      <w:r>
        <w:br/>
      </w:r>
      <w:r>
        <w:t xml:space="preserve">    (c) continue</w:t>
      </w:r>
    </w:p>
    <w:p>
      <w:pPr>
        <w:pStyle w:val="Compact"/>
        <w:numPr>
          <w:ilvl w:val="0"/>
          <w:numId w:val="1001"/>
        </w:numPr>
      </w:pPr>
      <w:r>
        <w:rPr>
          <w:b/>
          <w:bCs/>
        </w:rPr>
        <w:t xml:space="preserve">She had told Morris Townsend that she would not mention him to her father, and she saw no reason to retract this vow of</w:t>
      </w:r>
      <w:r>
        <w:rPr>
          <w:b/>
          <w:bCs/>
        </w:rPr>
        <w:t xml:space="preserve"> </w:t>
      </w:r>
      <w:r>
        <w:rPr>
          <w:b/>
          <w:bCs/>
          <w:u w:val="single"/>
        </w:rPr>
        <w:t xml:space="preserve">discretion</w:t>
      </w:r>
      <w:r>
        <w:rPr>
          <w:b/>
          <w:bCs/>
        </w:rPr>
        <w:t xml:space="preserve">.</w:t>
      </w:r>
      <w:r>
        <w:br/>
      </w:r>
      <w:r>
        <w:t xml:space="preserve">    (a) a drug that calms or puts to sleep; or describing something as calming</w:t>
      </w:r>
      <w:r>
        <w:br/>
      </w:r>
      <w:r>
        <w:t xml:space="preserve">    (b) the reason for doing something; or the level of desire to do something</w:t>
      </w:r>
      <w:r>
        <w:br/>
      </w:r>
      <w:r>
        <w:t xml:space="preserve">    (c) keeping a secret (so that discomfort is not caused for another)</w:t>
      </w:r>
    </w:p>
    <w:p>
      <w:pPr>
        <w:pStyle w:val="Compact"/>
        <w:numPr>
          <w:ilvl w:val="0"/>
          <w:numId w:val="1001"/>
        </w:numPr>
      </w:pPr>
      <w:r>
        <w:rPr>
          <w:b/>
          <w:bCs/>
        </w:rPr>
        <w:t xml:space="preserve">I have not interfered, I have left you your liberty, I have remembered that you are no longer a little girl-that you have arrived at years of</w:t>
      </w:r>
      <w:r>
        <w:rPr>
          <w:b/>
          <w:bCs/>
        </w:rPr>
        <w:t xml:space="preserve"> </w:t>
      </w:r>
      <w:r>
        <w:rPr>
          <w:b/>
          <w:bCs/>
          <w:u w:val="single"/>
        </w:rPr>
        <w:t xml:space="preserve">discretion</w:t>
      </w:r>
      <w:r>
        <w:rPr>
          <w:b/>
          <w:bCs/>
        </w:rPr>
        <w:t xml:space="preserve">.</w:t>
      </w:r>
      <w:r>
        <w:br/>
      </w:r>
      <w:r>
        <w:t xml:space="preserve">    (a) good judgment</w:t>
      </w:r>
      <w:r>
        <w:br/>
      </w:r>
      <w:r>
        <w:t xml:space="preserve">    (b) communications that are through in nature</w:t>
      </w:r>
      <w:r>
        <w:br/>
      </w:r>
      <w:r>
        <w:t xml:space="preserve">    (c) sources of information</w:t>
      </w:r>
    </w:p>
    <w:p>
      <w:pPr>
        <w:pStyle w:val="Compact"/>
        <w:numPr>
          <w:ilvl w:val="0"/>
          <w:numId w:val="1001"/>
        </w:numPr>
      </w:pPr>
      <w:r>
        <w:rPr>
          <w:b/>
          <w:bCs/>
        </w:rPr>
        <w:t xml:space="preserve">Mrs. Penniman's</w:t>
      </w:r>
      <w:r>
        <w:rPr>
          <w:b/>
          <w:bCs/>
        </w:rPr>
        <w:t xml:space="preserve"> </w:t>
      </w:r>
      <w:r>
        <w:rPr>
          <w:b/>
          <w:bCs/>
          <w:u w:val="single"/>
        </w:rPr>
        <w:t xml:space="preserve">convictions</w:t>
      </w:r>
      <w:r>
        <w:rPr>
          <w:b/>
          <w:bCs/>
        </w:rPr>
        <w:t xml:space="preserve"> </w:t>
      </w:r>
      <w:r>
        <w:rPr>
          <w:b/>
          <w:bCs/>
        </w:rPr>
        <w:t xml:space="preserve">as regards the relations of her niece and the clever young visitor who saved appearances by coming ostensibly for both the ladies—Mrs.</w:t>
      </w:r>
      <w:r>
        <w:br/>
      </w:r>
      <w:r>
        <w:t xml:space="preserve">    (a) calculates or judges too low</w:t>
      </w:r>
      <w:r>
        <w:br/>
      </w:r>
      <w:r>
        <w:t xml:space="preserve">    (b) a strong, firmly held belief</w:t>
      </w:r>
      <w:r>
        <w:br/>
      </w:r>
      <w:r>
        <w:t xml:space="preserve">    (c) not working or not operating</w:t>
      </w:r>
    </w:p>
    <w:p>
      <w:pPr>
        <w:pStyle w:val="Compact"/>
        <w:numPr>
          <w:ilvl w:val="0"/>
          <w:numId w:val="1001"/>
        </w:numPr>
      </w:pPr>
      <w:r>
        <w:rPr>
          <w:b/>
          <w:bCs/>
        </w:rPr>
        <w:t xml:space="preserve">Well, I have been</w:t>
      </w:r>
      <w:r>
        <w:rPr>
          <w:b/>
          <w:bCs/>
        </w:rPr>
        <w:t xml:space="preserve"> </w:t>
      </w:r>
      <w:r>
        <w:rPr>
          <w:b/>
          <w:bCs/>
          <w:u w:val="single"/>
        </w:rPr>
        <w:t xml:space="preserve">indiscreet</w:t>
      </w:r>
      <w:r>
        <w:rPr>
          <w:b/>
          <w:bCs/>
        </w:rPr>
        <w:t xml:space="preserve">, formerly; but I think I have got over it.</w:t>
      </w:r>
      <w:r>
        <w:br/>
      </w:r>
      <w:r>
        <w:t xml:space="preserve">    (a) optimistic or agreeable</w:t>
      </w:r>
      <w:r>
        <w:br/>
      </w:r>
      <w:r>
        <w:t xml:space="preserve">    (b) not sensible or careful</w:t>
      </w:r>
      <w:r>
        <w:br/>
      </w:r>
      <w:r>
        <w:t xml:space="preserve">    (c) unable to get closer to</w:t>
      </w:r>
    </w:p>
    <w:p>
      <w:pPr>
        <w:pStyle w:val="Compact"/>
        <w:numPr>
          <w:ilvl w:val="0"/>
          <w:numId w:val="1001"/>
        </w:numPr>
      </w:pPr>
      <w:r>
        <w:rPr>
          <w:b/>
          <w:bCs/>
        </w:rPr>
        <w:t xml:space="preserve">Then she saw a gentleman standing in the middle of the room, from which her aunt had</w:t>
      </w:r>
      <w:r>
        <w:rPr>
          <w:b/>
          <w:bCs/>
        </w:rPr>
        <w:t xml:space="preserve"> </w:t>
      </w:r>
      <w:r>
        <w:rPr>
          <w:b/>
          <w:bCs/>
          <w:u w:val="single"/>
        </w:rPr>
        <w:t xml:space="preserve">discreetly</w:t>
      </w:r>
      <w:r>
        <w:rPr>
          <w:b/>
          <w:bCs/>
        </w:rPr>
        <w:t xml:space="preserve"> </w:t>
      </w:r>
      <w:r>
        <w:rPr>
          <w:b/>
          <w:bCs/>
        </w:rPr>
        <w:t xml:space="preserve">retired.</w:t>
      </w:r>
      <w:r>
        <w:br/>
      </w:r>
      <w:r>
        <w:t xml:space="preserve">    (a) in a manner that is unlikely to attract attention or cause embarrassment</w:t>
      </w:r>
      <w:r>
        <w:br/>
      </w:r>
      <w:r>
        <w:t xml:space="preserve">    (b) in a manner related to obtaining pleasure from inflicting pain on others</w:t>
      </w:r>
      <w:r>
        <w:br/>
      </w:r>
      <w:r>
        <w:t xml:space="preserve">    (c) in the manner of someone who believes oneself morally superior to others</w:t>
      </w:r>
    </w:p>
    <w:p>
      <w:pPr>
        <w:pStyle w:val="Compact"/>
        <w:numPr>
          <w:ilvl w:val="0"/>
          <w:numId w:val="1001"/>
        </w:numPr>
      </w:pPr>
      <w:r>
        <w:rPr>
          <w:b/>
          <w:bCs/>
        </w:rPr>
        <w:t xml:space="preserve">"You will</w:t>
      </w:r>
      <w:r>
        <w:rPr>
          <w:b/>
          <w:bCs/>
        </w:rPr>
        <w:t xml:space="preserve"> </w:t>
      </w:r>
      <w:r>
        <w:rPr>
          <w:b/>
          <w:bCs/>
          <w:u w:val="single"/>
        </w:rPr>
        <w:t xml:space="preserve">cleave</w:t>
      </w:r>
      <w:r>
        <w:rPr>
          <w:b/>
          <w:bCs/>
        </w:rPr>
        <w:t xml:space="preserve"> </w:t>
      </w:r>
      <w:r>
        <w:rPr>
          <w:b/>
          <w:bCs/>
        </w:rPr>
        <w:t xml:space="preserve">to me?" said Morris.</w:t>
      </w:r>
      <w:r>
        <w:br/>
      </w:r>
      <w:r>
        <w:t xml:space="preserve">    (a) bounce back</w:t>
      </w:r>
      <w:r>
        <w:br/>
      </w:r>
      <w:r>
        <w:t xml:space="preserve">    (b) begin again</w:t>
      </w:r>
      <w:r>
        <w:br/>
      </w:r>
      <w:r>
        <w:t xml:space="preserve">    (c) hold firmly</w:t>
      </w:r>
    </w:p>
    <w:p>
      <w:pPr>
        <w:pStyle w:val="Compact"/>
        <w:numPr>
          <w:ilvl w:val="0"/>
          <w:numId w:val="1001"/>
        </w:numPr>
      </w:pPr>
      <w:r>
        <w:rPr>
          <w:b/>
          <w:bCs/>
        </w:rPr>
        <w:t xml:space="preserve">Catherine's outbreak of anger and the sense of wrong gave her, while they lasted, the satisfaction that comes from all assertion of force; they hurried her along, and there is always a sort of pleasure in</w:t>
      </w:r>
      <w:r>
        <w:rPr>
          <w:b/>
          <w:bCs/>
        </w:rPr>
        <w:t xml:space="preserve"> </w:t>
      </w:r>
      <w:r>
        <w:rPr>
          <w:b/>
          <w:bCs/>
          <w:u w:val="single"/>
        </w:rPr>
        <w:t xml:space="preserve">cleaving</w:t>
      </w:r>
      <w:r>
        <w:rPr>
          <w:b/>
          <w:bCs/>
        </w:rPr>
        <w:t xml:space="preserve"> </w:t>
      </w:r>
      <w:r>
        <w:rPr>
          <w:b/>
          <w:bCs/>
        </w:rPr>
        <w:t xml:space="preserve">the air.</w:t>
      </w:r>
      <w:r>
        <w:br/>
      </w:r>
      <w:r>
        <w:t xml:space="preserve">    (a) splitting</w:t>
      </w:r>
      <w:r>
        <w:br/>
      </w:r>
      <w:r>
        <w:t xml:space="preserve">    (b) gradually adding or removing</w:t>
      </w:r>
      <w:r>
        <w:br/>
      </w:r>
      <w:r>
        <w:t xml:space="preserve">    (c) thinking about or discussing</w:t>
      </w:r>
    </w:p>
    <w:p>
      <w:pPr>
        <w:pStyle w:val="Compact"/>
        <w:numPr>
          <w:ilvl w:val="0"/>
          <w:numId w:val="1001"/>
        </w:numPr>
      </w:pPr>
      <w:r>
        <w:rPr>
          <w:b/>
          <w:bCs/>
        </w:rPr>
        <w:t xml:space="preserve">She had a vision of this ceremony being performed in some subterranean chapel—subterranean chapels in New York were not frequent, but Mrs. Penniman's imagination was not chilled by</w:t>
      </w:r>
      <w:r>
        <w:rPr>
          <w:b/>
          <w:bCs/>
        </w:rPr>
        <w:t xml:space="preserve"> </w:t>
      </w:r>
      <w:r>
        <w:rPr>
          <w:b/>
          <w:bCs/>
          <w:u w:val="single"/>
        </w:rPr>
        <w:t xml:space="preserve">trifles</w:t>
      </w:r>
      <w:r>
        <w:rPr>
          <w:b/>
          <w:bCs/>
        </w:rPr>
        <w:t xml:space="preserve">—and of the guilty couple—she liked to think of poor Catherine and her suitor as the guilty couple—being shuffled away in a fast-whirling vehicle to some obscure lodging in the suburbs, where she would pay them (in a thick veil) clandestine visits, where they would endure a period of romantic privation, and where ultimately, after she should have been their earthly providence, their intercessor, their advocate, and their medium of communication with the world, they should be reconciled to her brother in an</w:t>
      </w:r>
      <w:r>
        <w:br/>
      </w:r>
      <w:r>
        <w:t xml:space="preserve">    (a) struggles or disagreements</w:t>
      </w:r>
      <w:r>
        <w:br/>
      </w:r>
      <w:r>
        <w:t xml:space="preserve">    (b) is attractive or desirable</w:t>
      </w:r>
      <w:r>
        <w:br/>
      </w:r>
      <w:r>
        <w:t xml:space="preserve">    (c) things of small importance</w:t>
      </w:r>
    </w:p>
    <w:p>
      <w:pPr>
        <w:pStyle w:val="Compact"/>
        <w:numPr>
          <w:ilvl w:val="0"/>
          <w:numId w:val="1001"/>
        </w:numPr>
      </w:pPr>
      <w:r>
        <w:rPr>
          <w:b/>
          <w:bCs/>
        </w:rPr>
        <w:t xml:space="preserve">It seems to make you very happy that your daughter's affections have been</w:t>
      </w:r>
      <w:r>
        <w:rPr>
          <w:b/>
          <w:bCs/>
        </w:rPr>
        <w:t xml:space="preserve"> </w:t>
      </w:r>
      <w:r>
        <w:rPr>
          <w:b/>
          <w:bCs/>
          <w:u w:val="single"/>
        </w:rPr>
        <w:t xml:space="preserve">trifled with</w:t>
      </w:r>
      <w:r>
        <w:rPr>
          <w:b/>
          <w:bCs/>
        </w:rPr>
        <w:t xml:space="preserve">.</w:t>
      </w:r>
      <w:r>
        <w:br/>
      </w:r>
      <w:r>
        <w:t xml:space="preserve">    (a) injury to muscles or tendons of the knee</w:t>
      </w:r>
      <w:r>
        <w:br/>
      </w:r>
      <w:r>
        <w:t xml:space="preserve">    (b) treated thoughtlessly or without respect</w:t>
      </w:r>
      <w:r>
        <w:br/>
      </w:r>
      <w:r>
        <w:t xml:space="preserve">    (c) limit light vibrations to a single plane</w:t>
      </w:r>
    </w:p>
    <w:p>
      <w:pPr>
        <w:pStyle w:val="Compact"/>
        <w:numPr>
          <w:ilvl w:val="0"/>
          <w:numId w:val="1001"/>
        </w:numPr>
      </w:pPr>
      <w:r>
        <w:rPr>
          <w:b/>
          <w:bCs/>
        </w:rPr>
        <w:t xml:space="preserve">"The woman's an idiot," thought Morris; but he was</w:t>
      </w:r>
      <w:r>
        <w:rPr>
          <w:b/>
          <w:bCs/>
        </w:rPr>
        <w:t xml:space="preserve"> </w:t>
      </w:r>
      <w:r>
        <w:rPr>
          <w:b/>
          <w:bCs/>
          <w:u w:val="single"/>
        </w:rPr>
        <w:t xml:space="preserve">obliged</w:t>
      </w:r>
      <w:r>
        <w:rPr>
          <w:b/>
          <w:bCs/>
        </w:rPr>
        <w:t xml:space="preserve"> </w:t>
      </w:r>
      <w:r>
        <w:rPr>
          <w:b/>
          <w:bCs/>
        </w:rPr>
        <w:t xml:space="preserve">to say something different.</w:t>
      </w:r>
      <w:r>
        <w:br/>
      </w:r>
      <w:r>
        <w:t xml:space="preserve">    (a) limited or with boundaries</w:t>
      </w:r>
      <w:r>
        <w:br/>
      </w:r>
      <w:r>
        <w:t xml:space="preserve">    (b) gradually added or removed</w:t>
      </w:r>
      <w:r>
        <w:br/>
      </w:r>
      <w:r>
        <w:t xml:space="preserve">    (c) required (to do something)</w:t>
      </w:r>
    </w:p>
    <w:p>
      <w:pPr>
        <w:pStyle w:val="Compact"/>
        <w:numPr>
          <w:ilvl w:val="0"/>
          <w:numId w:val="1001"/>
        </w:numPr>
      </w:pPr>
      <w:r>
        <w:rPr>
          <w:b/>
          <w:bCs/>
        </w:rPr>
        <w:t xml:space="preserve">I am really very much</w:t>
      </w:r>
      <w:r>
        <w:rPr>
          <w:b/>
          <w:bCs/>
        </w:rPr>
        <w:t xml:space="preserve"> </w:t>
      </w:r>
      <w:r>
        <w:rPr>
          <w:b/>
          <w:bCs/>
          <w:u w:val="single"/>
        </w:rPr>
        <w:t xml:space="preserve">obliged</w:t>
      </w:r>
      <w:r>
        <w:rPr>
          <w:b/>
          <w:bCs/>
        </w:rPr>
        <w:t xml:space="preserve"> </w:t>
      </w:r>
      <w:r>
        <w:rPr>
          <w:b/>
          <w:bCs/>
        </w:rPr>
        <w:t xml:space="preserve">to her.</w:t>
      </w:r>
      <w:r>
        <w:br/>
      </w:r>
      <w:r>
        <w:t xml:space="preserve">    (a) differed; or changed</w:t>
      </w:r>
      <w:r>
        <w:br/>
      </w:r>
      <w:r>
        <w:t xml:space="preserve">    (b) grateful or indebted</w:t>
      </w:r>
      <w:r>
        <w:br/>
      </w:r>
      <w:r>
        <w:t xml:space="preserve">    (c) began fighting again</w:t>
      </w:r>
    </w:p>
    <w:p>
      <w:pPr>
        <w:pStyle w:val="Compact"/>
        <w:numPr>
          <w:ilvl w:val="0"/>
          <w:numId w:val="1001"/>
        </w:numPr>
      </w:pPr>
      <w:r>
        <w:rPr>
          <w:b/>
          <w:bCs/>
        </w:rPr>
        <w:t xml:space="preserve">Here, suddenly, Morris was interrupted; these ingenious</w:t>
      </w:r>
      <w:r>
        <w:rPr>
          <w:b/>
          <w:bCs/>
        </w:rPr>
        <w:t xml:space="preserve"> </w:t>
      </w:r>
      <w:r>
        <w:rPr>
          <w:b/>
          <w:bCs/>
          <w:u w:val="single"/>
        </w:rPr>
        <w:t xml:space="preserve">inquiries</w:t>
      </w:r>
      <w:r>
        <w:rPr>
          <w:b/>
          <w:bCs/>
        </w:rPr>
        <w:t xml:space="preserve"> </w:t>
      </w:r>
      <w:r>
        <w:rPr>
          <w:b/>
          <w:bCs/>
        </w:rPr>
        <w:t xml:space="preserve">had not reached Catherine's ears.</w:t>
      </w:r>
      <w:r>
        <w:br/>
      </w:r>
      <w:r>
        <w:t xml:space="preserve">    (a) questions or investigations</w:t>
      </w:r>
      <w:r>
        <w:br/>
      </w:r>
      <w:r>
        <w:t xml:space="preserve">    (b) reasons for doing something</w:t>
      </w:r>
      <w:r>
        <w:br/>
      </w:r>
      <w:r>
        <w:t xml:space="preserve">    (c) social events or ceremonies</w:t>
      </w:r>
    </w:p>
    <w:p>
      <w:pPr>
        <w:pStyle w:val="Compact"/>
        <w:numPr>
          <w:ilvl w:val="0"/>
          <w:numId w:val="1001"/>
        </w:numPr>
      </w:pPr>
      <w:r>
        <w:rPr>
          <w:b/>
          <w:bCs/>
        </w:rPr>
        <w:t xml:space="preserve">He supposed she was in</w:t>
      </w:r>
      <w:r>
        <w:rPr>
          <w:b/>
          <w:bCs/>
        </w:rPr>
        <w:t xml:space="preserve"> </w:t>
      </w:r>
      <w:r>
        <w:rPr>
          <w:b/>
          <w:bCs/>
          <w:u w:val="single"/>
        </w:rPr>
        <w:t xml:space="preserve">correspondence</w:t>
      </w:r>
      <w:r>
        <w:rPr>
          <w:b/>
          <w:bCs/>
        </w:rPr>
        <w:t xml:space="preserve"> </w:t>
      </w:r>
      <w:r>
        <w:rPr>
          <w:b/>
          <w:bCs/>
        </w:rPr>
        <w:t xml:space="preserve">with Morris Townsend; but he held his peace about it, for he never saw the young man's letters, and Catherine's own missives were always given to the courier to post.</w:t>
      </w:r>
      <w:r>
        <w:br/>
      </w:r>
      <w:r>
        <w:t xml:space="preserve">    (a) communication by written letters or messages</w:t>
      </w:r>
      <w:r>
        <w:br/>
      </w:r>
      <w:r>
        <w:t xml:space="preserve">    (b) Nazi organization for children aged 10 to 18</w:t>
      </w:r>
      <w:r>
        <w:br/>
      </w:r>
      <w:r>
        <w:t xml:space="preserve">    (c) found a condition or substance to be present</w:t>
      </w:r>
    </w:p>
    <w:p>
      <w:pPr>
        <w:pStyle w:val="Compact"/>
        <w:numPr>
          <w:ilvl w:val="0"/>
          <w:numId w:val="1001"/>
        </w:numPr>
      </w:pPr>
      <w:r>
        <w:rPr>
          <w:b/>
          <w:bCs/>
        </w:rPr>
        <w:t xml:space="preserve">I haven't the least idea; I am not in secret</w:t>
      </w:r>
      <w:r>
        <w:rPr>
          <w:b/>
          <w:bCs/>
        </w:rPr>
        <w:t xml:space="preserve"> </w:t>
      </w:r>
      <w:r>
        <w:rPr>
          <w:b/>
          <w:bCs/>
          <w:u w:val="single"/>
        </w:rPr>
        <w:t xml:space="preserve">correspondence</w:t>
      </w:r>
      <w:r>
        <w:rPr>
          <w:b/>
          <w:bCs/>
        </w:rPr>
        <w:t xml:space="preserve"> </w:t>
      </w:r>
      <w:r>
        <w:rPr>
          <w:b/>
          <w:bCs/>
        </w:rPr>
        <w:t xml:space="preserve">with him!</w:t>
      </w:r>
      <w:r>
        <w:br/>
      </w:r>
      <w:r>
        <w:t xml:space="preserve">    (a) small kitchens</w:t>
      </w:r>
      <w:r>
        <w:br/>
      </w:r>
      <w:r>
        <w:t xml:space="preserve">    (b) done from afar</w:t>
      </w:r>
      <w:r>
        <w:br/>
      </w:r>
      <w:r>
        <w:t xml:space="preserve">    (c) leaps or jumps</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2026-07-31T14:58:34Z</dcterms:created>
  <dcterms:modified xsi:type="dcterms:W3CDTF">2026-07-31T14:58:34Z</dcterms:modified>
</cp:coreProperties>
</file>

<file path=docProps/custom.xml><?xml version="1.0" encoding="utf-8"?>
<Properties xmlns="http://schemas.openxmlformats.org/officeDocument/2006/custom-properties" xmlns:vt="http://schemas.openxmlformats.org/officeDocument/2006/docPropsVTypes"/>
</file>