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649ccebb77bf2d2fb3b544ba3100ded589b043"/>
    <w:p>
      <w:pPr>
        <w:pStyle w:val="Heading1"/>
      </w:pPr>
      <w:r>
        <w:rPr>
          <w:b/>
          <w:bCs/>
        </w:rPr>
        <w:t xml:space="preserve">Washington Square</w:t>
      </w:r>
      <w:r>
        <w:br/>
      </w:r>
      <w:r>
        <w:rPr>
          <w:i/>
          <w:iCs/>
        </w:rPr>
        <w:t xml:space="preserve">Henry James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Nevertheless he had offered her a home under his own roof, which Lavinia accepted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 </w:t>
      </w:r>
      <w:r>
        <w:rPr>
          <w:b/>
          <w:bCs/>
        </w:rPr>
        <w:t xml:space="preserve">of a woman who had spent the ten years of her married life in the town of Poughkeepsie.</w:t>
      </w:r>
      <w:r>
        <w:br/>
      </w:r>
      <w:r>
        <w:t xml:space="preserve">    (a) the gain of advantage from something</w:t>
      </w:r>
      <w:r>
        <w:br/>
      </w:r>
      <w:r>
        <w:t xml:space="preserve">    (b) the quality of exactness or accuracy</w:t>
      </w:r>
      <w:r>
        <w:br/>
      </w:r>
      <w:r>
        <w:t xml:space="preserve">    (c) quickness; and/or cheerful eagerness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assent could only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</w:t>
      </w:r>
      <w:r>
        <w:rPr>
          <w:b/>
          <w:bCs/>
        </w:rPr>
        <w:t xml:space="preserve">, for he had never been dazzled by his sister's intellectual lustre.</w:t>
      </w:r>
      <w:r>
        <w:br/>
      </w:r>
      <w:r>
        <w:t xml:space="preserve">    (a) certain</w:t>
      </w:r>
      <w:r>
        <w:br/>
      </w:r>
      <w:r>
        <w:t xml:space="preserve">    (b) outside</w:t>
      </w:r>
      <w:r>
        <w:br/>
      </w:r>
      <w:r>
        <w:t xml:space="preserve">    (c) implied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poor girl found her account so completely in the exercise of her affections that the little tremor of fear that mixed itself with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filial</w:t>
      </w:r>
      <w:r>
        <w:rPr>
          <w:b/>
          <w:bCs/>
        </w:rPr>
        <w:t xml:space="preserve"> </w:t>
      </w:r>
      <w:r>
        <w:rPr>
          <w:b/>
          <w:bCs/>
        </w:rPr>
        <w:t xml:space="preserve">passion gave the thing an extra relish rather than blunted its edge.</w:t>
      </w:r>
      <w:r>
        <w:br/>
      </w:r>
      <w:r>
        <w:t xml:space="preserve">    (a) a state similar to sleep where one is unaware of anything</w:t>
      </w:r>
      <w:r>
        <w:br/>
      </w:r>
      <w:r>
        <w:t xml:space="preserve">    (b) the state of not being aware or concerned about something</w:t>
      </w:r>
      <w:r>
        <w:br/>
      </w:r>
      <w:r>
        <w:t xml:space="preserve">    (c) relating to the relationship of children to their parents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great indulgence of it was really the desire of a rather inarticulate nature to manifest itself; she sought to be eloquent in her garments, and to make up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diffidence</w:t>
      </w:r>
      <w:r>
        <w:rPr>
          <w:b/>
          <w:bCs/>
        </w:rPr>
        <w:t xml:space="preserve"> </w:t>
      </w:r>
      <w:r>
        <w:rPr>
          <w:b/>
          <w:bCs/>
        </w:rPr>
        <w:t xml:space="preserve">of speech by a fine frankness of costume.</w:t>
      </w:r>
      <w:r>
        <w:br/>
      </w:r>
      <w:r>
        <w:t xml:space="preserve">    (a) an expert who shares professional opinions in a specific field</w:t>
      </w:r>
      <w:r>
        <w:br/>
      </w:r>
      <w:r>
        <w:t xml:space="preserve">    (b) the act of being in a working position; or the act of starting</w:t>
      </w:r>
      <w:r>
        <w:br/>
      </w:r>
      <w:r>
        <w:t xml:space="preserve">    (c) hesitancy and unassertiveness due to a lack of self-confidence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Catherine answered,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dissembling</w:t>
      </w:r>
      <w:r>
        <w:rPr>
          <w:b/>
          <w:bCs/>
        </w:rPr>
        <w:t xml:space="preserve"> </w:t>
      </w:r>
      <w:r>
        <w:rPr>
          <w:b/>
          <w:bCs/>
        </w:rPr>
        <w:t xml:space="preserve">for the first time in her life.</w:t>
      </w:r>
      <w:r>
        <w:br/>
      </w:r>
      <w:r>
        <w:t xml:space="preserve">    (a) lying</w:t>
      </w:r>
      <w:r>
        <w:br/>
      </w:r>
      <w:r>
        <w:t xml:space="preserve">    (b) supporting by providing money or other economic aid</w:t>
      </w:r>
      <w:r>
        <w:br/>
      </w:r>
      <w:r>
        <w:t xml:space="preserve">    (c) preparing food in a way that keeps it from spoiling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Marian's betrothed, this evening, made her feel vaguely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; he sat looking at the fire and rubbing his knees with his hands.</w:t>
      </w:r>
      <w:r>
        <w:br/>
      </w:r>
      <w:r>
        <w:t xml:space="preserve">    (a) not relevant (not related to the subject being considered, or not important enough to want to consider)</w:t>
      </w:r>
      <w:r>
        <w:br/>
      </w:r>
      <w:r>
        <w:t xml:space="preserve">    (b) a person who works from within to destroy an established order; or relating to such destructive efforts</w:t>
      </w:r>
      <w:r>
        <w:br/>
      </w:r>
      <w:r>
        <w:t xml:space="preserve">    (c) giving careful attention to detail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excessively concerned with cleanliness or matters of taste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Aunt Penniman, however, took no account of it; she spoke even with a touch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acrimony</w:t>
      </w:r>
      <w:r>
        <w:rPr>
          <w:b/>
          <w:bCs/>
        </w:rPr>
        <w:t xml:space="preserve">.</w:t>
      </w:r>
      <w:r>
        <w:br/>
      </w:r>
      <w:r>
        <w:t xml:space="preserve">    (a) anger or bitterness</w:t>
      </w:r>
      <w:r>
        <w:br/>
      </w:r>
      <w:r>
        <w:t xml:space="preserve">    (b) good will</w:t>
      </w:r>
      <w:r>
        <w:br/>
      </w:r>
      <w:r>
        <w:t xml:space="preserve">    (c) cooperation and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Catherine could never be sharp; and for a moment she only stood, with her hand on the door-knob, looking at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satiric</w:t>
      </w:r>
      <w:r>
        <w:rPr>
          <w:b/>
          <w:bCs/>
        </w:rPr>
        <w:t xml:space="preserve"> </w:t>
      </w:r>
      <w:r>
        <w:rPr>
          <w:b/>
          <w:bCs/>
        </w:rPr>
        <w:t xml:space="preserve">parent, and giving a little laugh.</w:t>
      </w:r>
      <w:r>
        <w:br/>
      </w:r>
      <w:r>
        <w:t xml:space="preserve">    (a) a way of making fun of people or ideas -- often through exaggeration</w:t>
      </w:r>
      <w:r>
        <w:br/>
      </w:r>
      <w:r>
        <w:t xml:space="preserve">    (b) full of anger or unhappiness at having to accept something not liked</w:t>
      </w:r>
      <w:r>
        <w:br/>
      </w:r>
      <w:r>
        <w:t xml:space="preserve">    (c) relating to expert judgement of what is good and bad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very gratitude for these things had hushed itself; for it seemed to her that there would be something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impudence</w:t>
      </w:r>
      <w:r>
        <w:rPr>
          <w:b/>
          <w:bCs/>
        </w:rPr>
        <w:t xml:space="preserve"> </w:t>
      </w:r>
      <w:r>
        <w:rPr>
          <w:b/>
          <w:bCs/>
        </w:rPr>
        <w:t xml:space="preserve">in making a festival of her secret.</w:t>
      </w:r>
      <w:r>
        <w:br/>
      </w:r>
      <w:r>
        <w:t xml:space="preserve">    (a) soccer player who typically play in the middle third of the field and who assists with both defense and offense</w:t>
      </w:r>
      <w:r>
        <w:br/>
      </w:r>
      <w:r>
        <w:t xml:space="preserve">    (b) improperly bold or disrespectful -- especially toward someone who is older or considered to be of higher status</w:t>
      </w:r>
      <w:r>
        <w:br/>
      </w:r>
      <w:r>
        <w:t xml:space="preserve">    (c) an artists performance of another artist's work that expresses the performer's feelings or ideas about the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are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conciliating</w:t>
      </w:r>
      <w:r>
        <w:rPr>
          <w:b/>
          <w:bCs/>
        </w:rPr>
        <w:t xml:space="preserve">; they can persuade better.</w:t>
      </w:r>
      <w:r>
        <w:br/>
      </w:r>
      <w:r>
        <w:t xml:space="preserve">    (a) attempting to end bad feelings or build trust</w:t>
      </w:r>
      <w:r>
        <w:br/>
      </w:r>
      <w:r>
        <w:t xml:space="preserve">    (b) making appropriate in size, amount, or degree</w:t>
      </w:r>
      <w:r>
        <w:br/>
      </w:r>
      <w:r>
        <w:t xml:space="preserve">    (c) learning, discovering, or deciding in advance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apparently taking some comfort in the Doctor's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clairvoyancy</w:t>
      </w:r>
      <w:r>
        <w:rPr>
          <w:b/>
          <w:bCs/>
        </w:rPr>
        <w:t xml:space="preserve">.</w:t>
      </w:r>
      <w:r>
        <w:br/>
      </w:r>
      <w:r>
        <w:t xml:space="preserve">    (a) to perceive things beyond the natural range of the senses -- especially foreseeing the future</w:t>
      </w:r>
      <w:r>
        <w:br/>
      </w:r>
      <w:r>
        <w:t xml:space="preserve">    (b) measles -- a highly contagious viral disease marked by distinct red spots followed by a rash</w:t>
      </w:r>
      <w:r>
        <w:br/>
      </w:r>
      <w:r>
        <w:t xml:space="preserve">    (c) a school of philosophy whose adherents try not to be affected by pleasure, pain, or emotions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will never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vanquished</w:t>
      </w:r>
      <w:r>
        <w:rPr>
          <w:b/>
          <w:bCs/>
        </w:rPr>
        <w:t xml:space="preserve"> </w:t>
      </w:r>
      <w:r>
        <w:rPr>
          <w:b/>
          <w:bCs/>
        </w:rPr>
        <w:t xml:space="preserve">by argument.</w:t>
      </w:r>
      <w:r>
        <w:br/>
      </w:r>
      <w:r>
        <w:t xml:space="preserve">    (a) nervous or confused</w:t>
      </w:r>
      <w:r>
        <w:br/>
      </w:r>
      <w:r>
        <w:t xml:space="preserve">    (b) completely defeated</w:t>
      </w:r>
      <w:r>
        <w:br/>
      </w:r>
      <w:r>
        <w:t xml:space="preserve">    (c) excessively excited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Doctor wheeled slowly round in his chair, with a smile that seemed to accuse her of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epigram</w:t>
      </w:r>
      <w:r>
        <w:rPr>
          <w:b/>
          <w:bCs/>
        </w:rPr>
        <w:t xml:space="preserve">; but extremes meet, and Catherine had not intended one.</w:t>
      </w:r>
      <w:r>
        <w:br/>
      </w:r>
      <w:r>
        <w:t xml:space="preserve">    (a) soft leather shoe traditionally worn by Native Americans</w:t>
      </w:r>
      <w:r>
        <w:br/>
      </w:r>
      <w:r>
        <w:t xml:space="preserve">    (b) income not required for mandatory and necessary expenses</w:t>
      </w:r>
      <w:r>
        <w:br/>
      </w:r>
      <w:r>
        <w:t xml:space="preserve">    (c) a short saying that expresses an idea in a clever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dreadful ugliness in it, which seemed to glare at her through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interposing</w:t>
      </w:r>
      <w:r>
        <w:rPr>
          <w:b/>
          <w:bCs/>
        </w:rPr>
        <w:t xml:space="preserve"> </w:t>
      </w:r>
      <w:r>
        <w:rPr>
          <w:b/>
          <w:bCs/>
        </w:rPr>
        <w:t xml:space="preserve">medium of her own feebler reason.</w:t>
      </w:r>
      <w:r>
        <w:br/>
      </w:r>
      <w:r>
        <w:t xml:space="preserve">    (a) to gradually take something like control, property, or rights from another</w:t>
      </w:r>
      <w:r>
        <w:br/>
      </w:r>
      <w:r>
        <w:t xml:space="preserve">    (b) to insert between other elements; or to interrupt or stop action by others</w:t>
      </w:r>
      <w:r>
        <w:br/>
      </w:r>
      <w:r>
        <w:t xml:space="preserve">    (c) (verb) creating, starting, or setting in a place  OR  (adjective) existing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risked it, but her brother gave her such a terribly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incisive</w:t>
      </w:r>
      <w:r>
        <w:rPr>
          <w:b/>
          <w:bCs/>
        </w:rPr>
        <w:t xml:space="preserve"> </w:t>
      </w:r>
      <w:r>
        <w:rPr>
          <w:b/>
          <w:bCs/>
        </w:rPr>
        <w:t xml:space="preserve">look—a look so like a surgeon's lancet—that she was frightened at her courage.</w:t>
      </w:r>
      <w:r>
        <w:br/>
      </w:r>
      <w:r>
        <w:t xml:space="preserve">    (a) a solution that is simpler (and often more comprehensive) than most would anticipate</w:t>
      </w:r>
      <w:r>
        <w:br/>
      </w:r>
      <w:r>
        <w:t xml:space="preserve">    (b) the state of not representing or imitating external reality or the objects of nature</w:t>
      </w:r>
      <w:r>
        <w:br/>
      </w:r>
      <w:r>
        <w:t xml:space="preserve">    (c) expressing ideas clearly, sharply, and effectively, often showing deep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like a copper kettle that receives a dent; you may polish up the kettle, but you can't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efface</w:t>
      </w:r>
      <w:r>
        <w:rPr>
          <w:b/>
          <w:bCs/>
        </w:rPr>
        <w:t xml:space="preserve"> </w:t>
      </w:r>
      <w:r>
        <w:rPr>
          <w:b/>
          <w:bCs/>
        </w:rPr>
        <w:t xml:space="preserve">the mark.</w:t>
      </w:r>
      <w:r>
        <w:br/>
      </w:r>
      <w:r>
        <w:t xml:space="preserve">    (a) remove completely from recognition or memory</w:t>
      </w:r>
      <w:r>
        <w:br/>
      </w:r>
      <w:r>
        <w:t xml:space="preserve">    (b) to think carefully and make a judgment about</w:t>
      </w:r>
      <w:r>
        <w:br/>
      </w:r>
      <w:r>
        <w:t xml:space="preserve">    (c) move out of an interacting position; or stop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it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mollify</w:t>
      </w:r>
      <w:r>
        <w:rPr>
          <w:b/>
          <w:bCs/>
        </w:rPr>
        <w:t xml:space="preserve"> </w:t>
      </w:r>
      <w:r>
        <w:rPr>
          <w:b/>
          <w:bCs/>
        </w:rPr>
        <w:t xml:space="preserve">your father.</w:t>
      </w:r>
      <w:r>
        <w:br/>
      </w:r>
      <w:r>
        <w:t xml:space="preserve">    (a) calm</w:t>
      </w:r>
      <w:r>
        <w:br/>
      </w:r>
      <w:r>
        <w:t xml:space="preserve">    (b) quit</w:t>
      </w:r>
      <w:r>
        <w:br/>
      </w:r>
      <w:r>
        <w:t xml:space="preserve">    (c) draw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followed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devious</w:t>
      </w:r>
      <w:r>
        <w:rPr>
          <w:b/>
          <w:bCs/>
        </w:rPr>
        <w:t xml:space="preserve"> </w:t>
      </w:r>
      <w:r>
        <w:rPr>
          <w:b/>
          <w:bCs/>
        </w:rPr>
        <w:t xml:space="preserve">way, and finally lost the path; the valley proved very wild and rough, and their walk became rather a scramble.</w:t>
      </w:r>
      <w:r>
        <w:br/>
      </w:r>
      <w:r>
        <w:t xml:space="preserve">    (a) deceitful (not honest and straightforward) -- often in a complicated, clever manner</w:t>
      </w:r>
      <w:r>
        <w:br/>
      </w:r>
      <w:r>
        <w:t xml:space="preserve">    (b) able to be persuaded to do something by tempting with pleasure or something desired</w:t>
      </w:r>
      <w:r>
        <w:br/>
      </w:r>
      <w:r>
        <w:t xml:space="preserve">    (c) relating to one-sided information that is purposefully spread to influence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an imperious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brevity</w:t>
      </w:r>
      <w:r>
        <w:rPr>
          <w:b/>
          <w:bCs/>
        </w:rPr>
        <w:t xml:space="preserve"> </w:t>
      </w:r>
      <w:r>
        <w:rPr>
          <w:b/>
          <w:bCs/>
        </w:rPr>
        <w:t xml:space="preserve">in the tone of this inquiry, against which Mrs. Penniman felt bound to protest; the information with which she had undertaken to supply her niece was, after all, a favour.</w:t>
      </w:r>
      <w:r>
        <w:br/>
      </w:r>
      <w:r>
        <w:t xml:space="preserve">    (a) the process of excessive encouragement or excitement</w:t>
      </w:r>
      <w:r>
        <w:br/>
      </w:r>
      <w:r>
        <w:t xml:space="preserve">    (b) the use of just a few words; or lasting a short time</w:t>
      </w:r>
      <w:r>
        <w:br/>
      </w:r>
      <w:r>
        <w:t xml:space="preserve">    (c) the ability to take or adopt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do I, but I respect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.</w:t>
      </w:r>
      <w:r>
        <w:br/>
      </w:r>
      <w:r>
        <w:t xml:space="preserve">    (a) principles that discourage certain kinds of action</w:t>
      </w:r>
      <w:r>
        <w:br/>
      </w:r>
      <w:r>
        <w:t xml:space="preserve">    (b) moves again into position to work; or starts again</w:t>
      </w:r>
      <w:r>
        <w:br/>
      </w:r>
      <w:r>
        <w:t xml:space="preserve">    (c) prepares food in a way that keeps it from spoiling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2026-07-31T14:58:34Z</dcterms:created>
  <dcterms:modified xsi:type="dcterms:W3CDTF">2026-07-31T14:58:34Z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