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8ca5fbff6925683ff15576f4142251ed4457b6"/>
    <w:p>
      <w:pPr>
        <w:pStyle w:val="Heading1"/>
      </w:pPr>
      <w:r>
        <w:rPr>
          <w:b/>
          <w:bCs/>
        </w:rPr>
        <w:t xml:space="preserve">Warriors Don't Cry</w:t>
      </w:r>
      <w:r>
        <w:br/>
      </w:r>
      <w:r>
        <w:rPr>
          <w:i/>
          <w:iCs/>
        </w:rPr>
        <w:t xml:space="preserve">Melba Pattillo Beals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Three years later, when Grandma discovered I would be one of the first blacks to attend Central High School, she said the nightmare that had surrounded my birth was proof</w:t>
      </w:r>
      <w:r>
        <w:rPr>
          <w:b/>
          <w:bCs/>
        </w:rPr>
        <w:t xml:space="preserve"> </w:t>
      </w:r>
      <w:r>
        <w:rPr>
          <w:b/>
          <w:bCs/>
          <w:u w:val="single"/>
        </w:rPr>
        <w:t xml:space="preserve">positive</w:t>
      </w:r>
      <w:r>
        <w:rPr>
          <w:b/>
          <w:bCs/>
        </w:rPr>
        <w:t xml:space="preserve"> </w:t>
      </w:r>
      <w:r>
        <w:rPr>
          <w:b/>
          <w:bCs/>
        </w:rPr>
        <w:t xml:space="preserve">that destiny had assigned me a special task.</w:t>
      </w:r>
      <w:r>
        <w:br/>
      </w:r>
      <w:r>
        <w:t xml:space="preserve">    (a) outside</w:t>
      </w:r>
      <w:r>
        <w:br/>
      </w:r>
      <w:r>
        <w:t xml:space="preserve">    (b) various</w:t>
      </w:r>
      <w:r>
        <w:br/>
      </w:r>
      <w:r>
        <w:t xml:space="preserve">    (c) certain</w:t>
      </w:r>
    </w:p>
    <w:p>
      <w:pPr>
        <w:pStyle w:val="Compact"/>
        <w:numPr>
          <w:ilvl w:val="0"/>
          <w:numId w:val="1001"/>
        </w:numPr>
      </w:pPr>
      <w:r>
        <w:rPr>
          <w:b/>
          <w:bCs/>
        </w:rPr>
        <w:t xml:space="preserve">Even when he was punched with punishing blows or was kicked to the floor, he kept a</w:t>
      </w:r>
      <w:r>
        <w:rPr>
          <w:b/>
          <w:bCs/>
        </w:rPr>
        <w:t xml:space="preserve"> </w:t>
      </w:r>
      <w:r>
        <w:rPr>
          <w:b/>
          <w:bCs/>
          <w:u w:val="single"/>
        </w:rPr>
        <w:t xml:space="preserve">positive</w:t>
      </w:r>
      <w:r>
        <w:rPr>
          <w:b/>
          <w:bCs/>
        </w:rPr>
        <w:t xml:space="preserve"> </w:t>
      </w:r>
      <w:r>
        <w:rPr>
          <w:b/>
          <w:bCs/>
        </w:rPr>
        <w:t xml:space="preserve">attitude.</w:t>
      </w:r>
      <w:r>
        <w:br/>
      </w:r>
      <w:r>
        <w:t xml:space="preserve">    (a) not sensible or careful</w:t>
      </w:r>
      <w:r>
        <w:br/>
      </w:r>
      <w:r>
        <w:t xml:space="preserve">    (b) unable to get closer to</w:t>
      </w:r>
      <w:r>
        <w:br/>
      </w:r>
      <w:r>
        <w:t xml:space="preserve">    (c) optimistic or agreeable</w:t>
      </w:r>
    </w:p>
    <w:p>
      <w:pPr>
        <w:pStyle w:val="Compact"/>
        <w:numPr>
          <w:ilvl w:val="0"/>
          <w:numId w:val="1001"/>
        </w:numPr>
      </w:pPr>
      <w:r>
        <w:rPr>
          <w:b/>
          <w:bCs/>
        </w:rPr>
        <w:t xml:space="preserve">If I got into trouble and really needed protection, it would probably be the network of phone calls</w:t>
      </w:r>
      <w:r>
        <w:rPr>
          <w:b/>
          <w:bCs/>
        </w:rPr>
        <w:t xml:space="preserve"> </w:t>
      </w:r>
      <w:r>
        <w:rPr>
          <w:b/>
          <w:bCs/>
          <w:u w:val="single"/>
        </w:rPr>
        <w:t xml:space="preserve">initiated</w:t>
      </w:r>
      <w:r>
        <w:rPr>
          <w:b/>
          <w:bCs/>
        </w:rPr>
        <w:t xml:space="preserve"> </w:t>
      </w:r>
      <w:r>
        <w:rPr>
          <w:b/>
          <w:bCs/>
        </w:rPr>
        <w:t xml:space="preserve">by Reverend Young that would set off a rescue and construct a web of safety.</w:t>
      </w:r>
      <w:r>
        <w:br/>
      </w:r>
      <w:r>
        <w:t xml:space="preserve">    (a) changed</w:t>
      </w:r>
      <w:r>
        <w:br/>
      </w:r>
      <w:r>
        <w:t xml:space="preserve">    (b) forgave</w:t>
      </w:r>
      <w:r>
        <w:br/>
      </w:r>
      <w:r>
        <w:t xml:space="preserve">    (c) begun</w:t>
      </w:r>
    </w:p>
    <w:p>
      <w:pPr>
        <w:pStyle w:val="Compact"/>
        <w:numPr>
          <w:ilvl w:val="0"/>
          <w:numId w:val="1001"/>
        </w:numPr>
      </w:pPr>
      <w:r>
        <w:rPr>
          <w:b/>
          <w:bCs/>
        </w:rPr>
        <w:t xml:space="preserve">The President had agreed to give the governor a ten-day</w:t>
      </w:r>
      <w:r>
        <w:rPr>
          <w:b/>
          <w:bCs/>
        </w:rPr>
        <w:t xml:space="preserve"> </w:t>
      </w:r>
      <w:r>
        <w:rPr>
          <w:b/>
          <w:bCs/>
          <w:u w:val="single"/>
        </w:rPr>
        <w:t xml:space="preserve">respite</w:t>
      </w:r>
      <w:r>
        <w:rPr>
          <w:b/>
          <w:bCs/>
        </w:rPr>
        <w:t xml:space="preserve"> </w:t>
      </w:r>
      <w:r>
        <w:rPr>
          <w:b/>
          <w:bCs/>
        </w:rPr>
        <w:t xml:space="preserve">to sort out his response to the court order.</w:t>
      </w:r>
      <w:r>
        <w:br/>
      </w:r>
      <w:r>
        <w:t xml:space="preserve">    (a) a temporary relief from harm or discomfort</w:t>
      </w:r>
      <w:r>
        <w:br/>
      </w:r>
      <w:r>
        <w:t xml:space="preserve">    (b) resumption</w:t>
      </w:r>
      <w:r>
        <w:br/>
      </w:r>
      <w:r>
        <w:t xml:space="preserve">    (c) continuation</w:t>
      </w:r>
    </w:p>
    <w:p>
      <w:pPr>
        <w:pStyle w:val="Compact"/>
        <w:numPr>
          <w:ilvl w:val="0"/>
          <w:numId w:val="1001"/>
        </w:numPr>
      </w:pPr>
      <w:r>
        <w:rPr>
          <w:b/>
          <w:bCs/>
        </w:rPr>
        <w:t xml:space="preserve">They also behaved as though they were</w:t>
      </w:r>
      <w:r>
        <w:rPr>
          <w:b/>
          <w:bCs/>
        </w:rPr>
        <w:t xml:space="preserve"> </w:t>
      </w:r>
      <w:r>
        <w:rPr>
          <w:b/>
          <w:bCs/>
          <w:u w:val="single"/>
        </w:rPr>
        <w:t xml:space="preserve">genuine</w:t>
      </w:r>
      <w:r>
        <w:rPr>
          <w:b/>
          <w:bCs/>
        </w:rPr>
        <w:t xml:space="preserve"> </w:t>
      </w:r>
      <w:r>
        <w:rPr>
          <w:b/>
          <w:bCs/>
        </w:rPr>
        <w:t xml:space="preserve">friends with the people of color among their ranks, sharing work and laughter.</w:t>
      </w:r>
      <w:r>
        <w:br/>
      </w:r>
      <w:r>
        <w:t xml:space="preserve">    (a) city</w:t>
      </w:r>
      <w:r>
        <w:br/>
      </w:r>
      <w:r>
        <w:t xml:space="preserve">    (b) real</w:t>
      </w:r>
      <w:r>
        <w:br/>
      </w:r>
      <w:r>
        <w:t xml:space="preserve">    (c) lazy</w:t>
      </w:r>
    </w:p>
    <w:p>
      <w:pPr>
        <w:pStyle w:val="Compact"/>
        <w:numPr>
          <w:ilvl w:val="0"/>
          <w:numId w:val="1001"/>
        </w:numPr>
      </w:pPr>
      <w:r>
        <w:rPr>
          <w:b/>
          <w:bCs/>
        </w:rPr>
        <w:t xml:space="preserve">But surely no real friend would keep us sitting on those hard seats long enough for a hundred people to</w:t>
      </w:r>
      <w:r>
        <w:rPr>
          <w:b/>
          <w:bCs/>
        </w:rPr>
        <w:t xml:space="preserve"> </w:t>
      </w:r>
      <w:r>
        <w:rPr>
          <w:b/>
          <w:bCs/>
          <w:u w:val="single"/>
        </w:rPr>
        <w:t xml:space="preserve">testify</w:t>
      </w:r>
      <w:r>
        <w:rPr>
          <w:b/>
          <w:bCs/>
        </w:rPr>
        <w:t xml:space="preserve">.</w:t>
      </w:r>
      <w:r>
        <w:br/>
      </w:r>
      <w:r>
        <w:t xml:space="preserve">    (a) provide evidence of something -- especially oral evidence in court</w:t>
      </w:r>
      <w:r>
        <w:br/>
      </w:r>
      <w:r>
        <w:t xml:space="preserve">    (b) to show something -- such as to demonstrate, express, or represent</w:t>
      </w:r>
      <w:r>
        <w:br/>
      </w:r>
      <w:r>
        <w:t xml:space="preserve">    (c) to encourage growth or excitement, or to cause something to happen</w:t>
      </w:r>
    </w:p>
    <w:p>
      <w:pPr>
        <w:pStyle w:val="Compact"/>
        <w:numPr>
          <w:ilvl w:val="0"/>
          <w:numId w:val="1001"/>
        </w:numPr>
      </w:pPr>
      <w:r>
        <w:rPr>
          <w:b/>
          <w:bCs/>
        </w:rPr>
        <w:t xml:space="preserve">One of the soldiers stepped forward and</w:t>
      </w:r>
      <w:r>
        <w:rPr>
          <w:b/>
          <w:bCs/>
        </w:rPr>
        <w:t xml:space="preserve"> </w:t>
      </w:r>
      <w:r>
        <w:rPr>
          <w:b/>
          <w:bCs/>
          <w:u w:val="single"/>
        </w:rPr>
        <w:t xml:space="preserve">beckoned</w:t>
      </w:r>
      <w:r>
        <w:rPr>
          <w:b/>
          <w:bCs/>
        </w:rPr>
        <w:t xml:space="preserve"> </w:t>
      </w:r>
      <w:r>
        <w:rPr>
          <w:b/>
          <w:bCs/>
        </w:rPr>
        <w:t xml:space="preserve">the driver of a station wagon to move it closer to the driveway.</w:t>
      </w:r>
      <w:r>
        <w:br/>
      </w:r>
      <w:r>
        <w:t xml:space="preserve">    (a) showed something -- such as demonstrated, expressed, or represented</w:t>
      </w:r>
      <w:r>
        <w:br/>
      </w:r>
      <w:r>
        <w:t xml:space="preserve">    (b) called -- typically to come nearer by using a hand gesture or a nod</w:t>
      </w:r>
      <w:r>
        <w:br/>
      </w:r>
      <w:r>
        <w:t xml:space="preserve">    (c) provided evidence of something -- especially oral evidence in court</w:t>
      </w:r>
    </w:p>
    <w:p>
      <w:pPr>
        <w:pStyle w:val="Compact"/>
        <w:numPr>
          <w:ilvl w:val="0"/>
          <w:numId w:val="1001"/>
        </w:numPr>
      </w:pPr>
      <w:r>
        <w:rPr>
          <w:b/>
          <w:bCs/>
          <w:u w:val="single"/>
        </w:rPr>
        <w:t xml:space="preserve">Principal</w:t>
      </w:r>
      <w:r>
        <w:rPr>
          <w:b/>
          <w:bCs/>
        </w:rPr>
        <w:t xml:space="preserve"> </w:t>
      </w:r>
      <w:r>
        <w:rPr>
          <w:b/>
          <w:bCs/>
        </w:rPr>
        <w:t xml:space="preserve">Jess Matthews greeted us with a forced smile on his face and directed us to our classrooms.</w:t>
      </w:r>
      <w:r>
        <w:br/>
      </w:r>
      <w:r>
        <w:t xml:space="preserve">    (a) serving to help explain or demonstrate something</w:t>
      </w:r>
      <w:r>
        <w:br/>
      </w:r>
      <w:r>
        <w:t xml:space="preserve">    (b) the state or degree of criticism or disagreement</w:t>
      </w:r>
      <w:r>
        <w:br/>
      </w:r>
      <w:r>
        <w:t xml:space="preserve">    (c) most important; or person that is most important</w:t>
      </w:r>
    </w:p>
    <w:p>
      <w:pPr>
        <w:pStyle w:val="Compact"/>
        <w:numPr>
          <w:ilvl w:val="0"/>
          <w:numId w:val="1001"/>
        </w:numPr>
      </w:pPr>
      <w:r>
        <w:rPr>
          <w:b/>
          <w:bCs/>
        </w:rPr>
        <w:t xml:space="preserve">I sat quietly and</w:t>
      </w:r>
      <w:r>
        <w:rPr>
          <w:b/>
          <w:bCs/>
        </w:rPr>
        <w:t xml:space="preserve"> </w:t>
      </w:r>
      <w:r>
        <w:rPr>
          <w:b/>
          <w:bCs/>
          <w:u w:val="single"/>
        </w:rPr>
        <w:t xml:space="preserve">pondered</w:t>
      </w:r>
      <w:r>
        <w:rPr>
          <w:b/>
          <w:bCs/>
        </w:rPr>
        <w:t xml:space="preserve"> </w:t>
      </w:r>
      <w:r>
        <w:rPr>
          <w:b/>
          <w:bCs/>
        </w:rPr>
        <w:t xml:space="preserve">the question as I glanced out the front window at the few soldiers standing at attention.</w:t>
      </w:r>
      <w:r>
        <w:br/>
      </w:r>
      <w:r>
        <w:t xml:space="preserve">    (a) was overly unhappy and unsociable</w:t>
      </w:r>
      <w:r>
        <w:br/>
      </w:r>
      <w:r>
        <w:t xml:space="preserve">    (b) not limited or without boundaries</w:t>
      </w:r>
      <w:r>
        <w:br/>
      </w:r>
      <w:r>
        <w:t xml:space="preserve">    (c) thought deeply or carefully about</w:t>
      </w:r>
    </w:p>
    <w:p>
      <w:pPr>
        <w:pStyle w:val="Compact"/>
        <w:numPr>
          <w:ilvl w:val="0"/>
          <w:numId w:val="1001"/>
        </w:numPr>
      </w:pPr>
      <w:r>
        <w:rPr>
          <w:b/>
          <w:bCs/>
          <w:u w:val="single"/>
        </w:rPr>
        <w:t xml:space="preserve">Nevertheless</w:t>
      </w:r>
      <w:r>
        <w:rPr>
          <w:b/>
          <w:bCs/>
        </w:rPr>
        <w:t xml:space="preserve">, I couldn't relax because I was crammed into that dimly lit room among my enemies, and I knew I had to keep watch every moment.</w:t>
      </w:r>
      <w:r>
        <w:br/>
      </w:r>
      <w:r>
        <w:t xml:space="preserve">    (a) despite that (used to connect contrasting ideas)</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I could almost see her mind working to try to set things right so she could keep going in her</w:t>
      </w:r>
      <w:r>
        <w:rPr>
          <w:b/>
          <w:bCs/>
        </w:rPr>
        <w:t xml:space="preserve"> </w:t>
      </w:r>
      <w:r>
        <w:rPr>
          <w:b/>
          <w:bCs/>
          <w:u w:val="single"/>
        </w:rPr>
        <w:t xml:space="preserve">meticulous</w:t>
      </w:r>
      <w:r>
        <w:rPr>
          <w:b/>
          <w:bCs/>
        </w:rPr>
        <w:t xml:space="preserve"> </w:t>
      </w:r>
      <w:r>
        <w:rPr>
          <w:b/>
          <w:bCs/>
        </w:rPr>
        <w:t xml:space="preserve">way.</w:t>
      </w:r>
      <w:r>
        <w:br/>
      </w:r>
      <w:r>
        <w:t xml:space="preserve">    (a) treating details with great care</w:t>
      </w:r>
      <w:r>
        <w:br/>
      </w:r>
      <w:r>
        <w:t xml:space="preserve">    (b) not clear or easily identifiable</w:t>
      </w:r>
      <w:r>
        <w:br/>
      </w:r>
      <w:r>
        <w:t xml:space="preserve">    (c) able to be taken on as one's own</w:t>
      </w:r>
    </w:p>
    <w:p>
      <w:pPr>
        <w:pStyle w:val="Compact"/>
        <w:numPr>
          <w:ilvl w:val="0"/>
          <w:numId w:val="1001"/>
        </w:numPr>
      </w:pPr>
      <w:r>
        <w:rPr>
          <w:b/>
          <w:bCs/>
        </w:rPr>
        <w:t xml:space="preserve">We were discussing my day, sitting in our robes at the dining room table, after dinner and baths, playing</w:t>
      </w:r>
      <w:r>
        <w:rPr>
          <w:b/>
          <w:bCs/>
        </w:rPr>
        <w:t xml:space="preserve"> </w:t>
      </w:r>
      <w:r>
        <w:rPr>
          <w:b/>
          <w:bCs/>
          <w:u w:val="single"/>
        </w:rPr>
        <w:t xml:space="preserve">Monopoly</w:t>
      </w:r>
      <w:r>
        <w:rPr>
          <w:b/>
          <w:bCs/>
        </w:rPr>
        <w:t xml:space="preserve">.</w:t>
      </w:r>
      <w:r>
        <w:br/>
      </w:r>
      <w:r>
        <w:t xml:space="preserve">    (a) in a manner that tries to obtain a result through gentle and careful effort -- often gently persuading</w:t>
      </w:r>
      <w:r>
        <w:br/>
      </w:r>
      <w:r>
        <w:t xml:space="preserve">    (b) in the manner of someone who consumes more than they should -- especially eating and drinking too much</w:t>
      </w:r>
      <w:r>
        <w:br/>
      </w:r>
      <w:r>
        <w:t xml:space="preserve">    (c) complete control over a product, service, or resource -- usually by a single person, company, or group</w:t>
      </w:r>
    </w:p>
    <w:p>
      <w:pPr>
        <w:pStyle w:val="Compact"/>
        <w:numPr>
          <w:ilvl w:val="0"/>
          <w:numId w:val="1001"/>
        </w:numPr>
      </w:pPr>
      <w:r>
        <w:rPr>
          <w:b/>
          <w:bCs/>
        </w:rPr>
        <w:t xml:space="preserve">The articles gave specific information on what our homes were like, our backgrounds, our hobbies, our</w:t>
      </w:r>
      <w:r>
        <w:rPr>
          <w:b/>
          <w:bCs/>
        </w:rPr>
        <w:t xml:space="preserve"> </w:t>
      </w:r>
      <w:r>
        <w:rPr>
          <w:b/>
          <w:bCs/>
          <w:u w:val="single"/>
        </w:rPr>
        <w:t xml:space="preserve">aspirations</w:t>
      </w:r>
      <w:r>
        <w:rPr>
          <w:b/>
          <w:bCs/>
        </w:rPr>
        <w:t xml:space="preserve">—all there was to know about us.</w:t>
      </w:r>
      <w:r>
        <w:br/>
      </w:r>
      <w:r>
        <w:t xml:space="preserve">    (a) battles</w:t>
      </w:r>
      <w:r>
        <w:br/>
      </w:r>
      <w:r>
        <w:t xml:space="preserve">    (b) desires</w:t>
      </w:r>
      <w:r>
        <w:br/>
      </w:r>
      <w:r>
        <w:t xml:space="preserve">    (c) results</w:t>
      </w:r>
    </w:p>
    <w:p>
      <w:pPr>
        <w:pStyle w:val="Compact"/>
        <w:numPr>
          <w:ilvl w:val="0"/>
          <w:numId w:val="1001"/>
        </w:numPr>
      </w:pPr>
      <w:r>
        <w:rPr>
          <w:b/>
          <w:bCs/>
        </w:rPr>
        <w:t xml:space="preserve">The segregationists were becoming even more vocal, urging the students to</w:t>
      </w:r>
      <w:r>
        <w:rPr>
          <w:b/>
          <w:bCs/>
        </w:rPr>
        <w:t xml:space="preserve"> </w:t>
      </w:r>
      <w:r>
        <w:rPr>
          <w:b/>
          <w:bCs/>
          <w:u w:val="single"/>
        </w:rPr>
        <w:t xml:space="preserve">harass</w:t>
      </w:r>
      <w:r>
        <w:rPr>
          <w:b/>
          <w:bCs/>
        </w:rPr>
        <w:t xml:space="preserve"> </w:t>
      </w:r>
      <w:r>
        <w:rPr>
          <w:b/>
          <w:bCs/>
        </w:rPr>
        <w:t xml:space="preserve">us at every opportunity.</w:t>
      </w:r>
      <w:r>
        <w:br/>
      </w:r>
      <w:r>
        <w:t xml:space="preserve">    (a) to repeatedly bother or attack</w:t>
      </w:r>
      <w:r>
        <w:br/>
      </w:r>
      <w:r>
        <w:t xml:space="preserve">    (b) show, determine, or understand</w:t>
      </w:r>
      <w:r>
        <w:br/>
      </w:r>
      <w:r>
        <w:t xml:space="preserve">    (c) hire, reserve, book, or occupy</w:t>
      </w:r>
    </w:p>
    <w:p>
      <w:pPr>
        <w:pStyle w:val="Compact"/>
        <w:numPr>
          <w:ilvl w:val="0"/>
          <w:numId w:val="1001"/>
        </w:numPr>
      </w:pPr>
      <w:r>
        <w:rPr>
          <w:b/>
          <w:bCs/>
        </w:rPr>
        <w:t xml:space="preserve">THREE CHS PUPILS SUSPENDED; MINNIJEAN BROWN</w:t>
      </w:r>
      <w:r>
        <w:rPr>
          <w:b/>
          <w:bCs/>
        </w:rPr>
        <w:t xml:space="preserve"> </w:t>
      </w:r>
      <w:r>
        <w:rPr>
          <w:b/>
          <w:bCs/>
          <w:u w:val="single"/>
        </w:rPr>
        <w:t xml:space="preserve">EXPELLED</w:t>
      </w:r>
      <w:r>
        <w:rPr>
          <w:b/>
          <w:bCs/>
        </w:rPr>
        <w:t xml:space="preserve"> </w:t>
      </w:r>
      <w:r>
        <w:rPr>
          <w:b/>
          <w:bCs/>
        </w:rPr>
        <w:t xml:space="preserve">—Arkansas Gazette, Tuesday, February 18, 1958</w:t>
      </w:r>
      <w:r>
        <w:br/>
      </w:r>
      <w:r>
        <w:t xml:space="preserve">    (a) translated</w:t>
      </w:r>
      <w:r>
        <w:br/>
      </w:r>
      <w:r>
        <w:t xml:space="preserve">    (b) forced out</w:t>
      </w:r>
      <w:r>
        <w:br/>
      </w:r>
      <w:r>
        <w:t xml:space="preserve">    (c) subtracted</w:t>
      </w:r>
    </w:p>
    <w:p>
      <w:pPr>
        <w:pStyle w:val="Compact"/>
        <w:numPr>
          <w:ilvl w:val="0"/>
          <w:numId w:val="1001"/>
        </w:numPr>
      </w:pPr>
      <w:r>
        <w:rPr>
          <w:b/>
          <w:bCs/>
        </w:rPr>
        <w:t xml:space="preserve">We have to wonder about Link's</w:t>
      </w:r>
      <w:r>
        <w:rPr>
          <w:b/>
          <w:bCs/>
        </w:rPr>
        <w:t xml:space="preserve"> </w:t>
      </w:r>
      <w:r>
        <w:rPr>
          <w:b/>
          <w:bCs/>
          <w:u w:val="single"/>
        </w:rPr>
        <w:t xml:space="preserve">motives</w:t>
      </w:r>
      <w:r>
        <w:rPr>
          <w:b/>
          <w:bCs/>
        </w:rPr>
        <w:t xml:space="preserve">.</w:t>
      </w:r>
      <w:r>
        <w:br/>
      </w:r>
      <w:r>
        <w:t xml:space="preserve">    (a) reasons for doing something</w:t>
      </w:r>
      <w:r>
        <w:br/>
      </w:r>
      <w:r>
        <w:t xml:space="preserve">    (b) things that cause suffering</w:t>
      </w:r>
      <w:r>
        <w:br/>
      </w:r>
      <w:r>
        <w:t xml:space="preserve">    (c) social events or ceremonies</w:t>
      </w:r>
    </w:p>
    <w:p>
      <w:pPr>
        <w:pStyle w:val="Compact"/>
        <w:numPr>
          <w:ilvl w:val="0"/>
          <w:numId w:val="1001"/>
        </w:numPr>
      </w:pPr>
      <w:r>
        <w:rPr>
          <w:b/>
          <w:bCs/>
        </w:rPr>
        <w:t xml:space="preserve">The Little Rock School Board now demanded</w:t>
      </w:r>
      <w:r>
        <w:rPr>
          <w:b/>
          <w:bCs/>
        </w:rPr>
        <w:t xml:space="preserve"> </w:t>
      </w:r>
      <w:r>
        <w:rPr>
          <w:b/>
          <w:bCs/>
          <w:u w:val="single"/>
        </w:rPr>
        <w:t xml:space="preserve">belligerent</w:t>
      </w:r>
      <w:r>
        <w:rPr>
          <w:b/>
          <w:bCs/>
        </w:rPr>
        <w:t xml:space="preserve"> </w:t>
      </w:r>
      <w:r>
        <w:rPr>
          <w:b/>
          <w:bCs/>
        </w:rPr>
        <w:t xml:space="preserve">students be brought under control.</w:t>
      </w:r>
      <w:r>
        <w:br/>
      </w:r>
      <w:r>
        <w:t xml:space="preserve">    (a) hostile (the attitude of one eager to fight); or one already engaged in a fight or war</w:t>
      </w:r>
      <w:r>
        <w:br/>
      </w:r>
      <w:r>
        <w:t xml:space="preserve">    (b) (adjective) designed to stop something  OR  (noun) something that stops something else</w:t>
      </w:r>
      <w:r>
        <w:br/>
      </w:r>
      <w:r>
        <w:t xml:space="preserve">    (c) related to intelligence -- such as requiring, appealing to, or possessing intelligence</w:t>
      </w:r>
    </w:p>
    <w:p>
      <w:pPr>
        <w:pStyle w:val="Compact"/>
        <w:numPr>
          <w:ilvl w:val="0"/>
          <w:numId w:val="1001"/>
        </w:numPr>
      </w:pPr>
      <w:r>
        <w:rPr>
          <w:b/>
          <w:bCs/>
        </w:rPr>
        <w:t xml:space="preserve">But as the days passed, I was less concerned about Link's warning and more worried about the boy who now came into study hall each day threatening to toss me out of the window, and the girls who encircled me at least once a day, saying every</w:t>
      </w:r>
      <w:r>
        <w:rPr>
          <w:b/>
          <w:bCs/>
        </w:rPr>
        <w:t xml:space="preserve"> </w:t>
      </w:r>
      <w:r>
        <w:rPr>
          <w:b/>
          <w:bCs/>
          <w:u w:val="single"/>
        </w:rPr>
        <w:t xml:space="preserve">negative</w:t>
      </w:r>
      <w:r>
        <w:rPr>
          <w:b/>
          <w:bCs/>
        </w:rPr>
        <w:t xml:space="preserve"> </w:t>
      </w:r>
      <w:r>
        <w:rPr>
          <w:b/>
          <w:bCs/>
        </w:rPr>
        <w:t xml:space="preserve">thing they could about the parts of my body.</w:t>
      </w:r>
      <w:r>
        <w:br/>
      </w:r>
      <w:r>
        <w:t xml:space="preserve">    (a) begin fighting</w:t>
      </w:r>
      <w:r>
        <w:br/>
      </w:r>
      <w:r>
        <w:t xml:space="preserve">    (b) bad or harmful</w:t>
      </w:r>
      <w:r>
        <w:br/>
      </w:r>
      <w:r>
        <w:t xml:space="preserve">    (c) tell (a story)</w:t>
      </w:r>
    </w:p>
    <w:p>
      <w:pPr>
        <w:pStyle w:val="Compact"/>
        <w:numPr>
          <w:ilvl w:val="0"/>
          <w:numId w:val="1001"/>
        </w:numPr>
      </w:pPr>
      <w:r>
        <w:rPr>
          <w:b/>
          <w:bCs/>
        </w:rPr>
        <w:t xml:space="preserve">But as they became preoccupied with exchanging autographs, a few of them let up on chasing and</w:t>
      </w:r>
      <w:r>
        <w:rPr>
          <w:b/>
          <w:bCs/>
        </w:rPr>
        <w:t xml:space="preserve"> </w:t>
      </w:r>
      <w:r>
        <w:rPr>
          <w:b/>
          <w:bCs/>
          <w:u w:val="single"/>
        </w:rPr>
        <w:t xml:space="preserve">taunting</w:t>
      </w:r>
      <w:r>
        <w:rPr>
          <w:b/>
          <w:bCs/>
        </w:rPr>
        <w:t xml:space="preserve"> </w:t>
      </w:r>
      <w:r>
        <w:rPr>
          <w:b/>
          <w:bCs/>
        </w:rPr>
        <w:t xml:space="preserve">us.</w:t>
      </w:r>
      <w:r>
        <w:br/>
      </w:r>
      <w:r>
        <w:t xml:space="preserve">    (a) giving an opinion of what is wrong with something</w:t>
      </w:r>
      <w:r>
        <w:br/>
      </w:r>
      <w:r>
        <w:t xml:space="preserve">    (b) intentionally angering, challenging, or upsetting</w:t>
      </w:r>
      <w:r>
        <w:br/>
      </w:r>
      <w:r>
        <w:t xml:space="preserve">    (c) keeping people and goods from reaching a location</w:t>
      </w:r>
    </w:p>
    <w:p>
      <w:pPr>
        <w:pStyle w:val="Compact"/>
        <w:numPr>
          <w:ilvl w:val="0"/>
          <w:numId w:val="1001"/>
        </w:numPr>
      </w:pPr>
      <w:r>
        <w:rPr>
          <w:b/>
          <w:bCs/>
        </w:rPr>
        <w:t xml:space="preserve">So, of course, I made application and donned my warrior garb because it reminded me of the forbidden fences of</w:t>
      </w:r>
      <w:r>
        <w:rPr>
          <w:b/>
          <w:bCs/>
        </w:rPr>
        <w:t xml:space="preserve"> </w:t>
      </w:r>
      <w:r>
        <w:rPr>
          <w:b/>
          <w:bCs/>
          <w:u w:val="single"/>
        </w:rPr>
        <w:t xml:space="preserve">segregation</w:t>
      </w:r>
      <w:r>
        <w:rPr>
          <w:b/>
          <w:bCs/>
        </w:rPr>
        <w:t xml:space="preserve"> </w:t>
      </w:r>
      <w:r>
        <w:rPr>
          <w:b/>
          <w:bCs/>
        </w:rPr>
        <w:t xml:space="preserve">in Little Rock.</w:t>
      </w:r>
      <w:r>
        <w:br/>
      </w:r>
      <w:r>
        <w:t xml:space="preserve">    (a) the act of keeping people or things separate -- especially people due to discrimination based on race, gender, ethnicity, or religion</w:t>
      </w:r>
      <w:r>
        <w:br/>
      </w:r>
      <w:r>
        <w:t xml:space="preserve">    (b) an eating disorder in which overeating is followed by guilt and unhealthy attempts at correction -- especially self-induced vomiting</w:t>
      </w:r>
      <w:r>
        <w:br/>
      </w:r>
      <w:r>
        <w:t xml:space="preserve">    (c) removing something that was caught by something else; or separating or smoothing things that were twisted together in a confusing mass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2026-07-31T20:11:01Z</dcterms:created>
  <dcterms:modified xsi:type="dcterms:W3CDTF">2026-07-31T20:11:01Z</dcterms:modified>
</cp:coreProperties>
</file>

<file path=docProps/custom.xml><?xml version="1.0" encoding="utf-8"?>
<Properties xmlns="http://schemas.openxmlformats.org/officeDocument/2006/custom-properties" xmlns:vt="http://schemas.openxmlformats.org/officeDocument/2006/docPropsVTypes"/>
</file>