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f0ed09533ee97bc5627d1ae7cb9c990d4de955"/>
    <w:p>
      <w:pPr>
        <w:pStyle w:val="Heading1"/>
      </w:pPr>
      <w:r>
        <w:rPr>
          <w:b/>
          <w:bCs/>
        </w:rPr>
        <w:t xml:space="preserve">War and Peace</w:t>
      </w:r>
      <w:r>
        <w:br/>
      </w:r>
      <w:r>
        <w:rPr>
          <w:i/>
          <w:iCs/>
        </w:rPr>
        <w:t xml:space="preserve">Leo Tolstoy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opposition</w:t>
      </w:r>
      <w:r>
        <w:br/>
      </w:r>
      <w:r>
        <w:t xml:space="preserve">    (b) keeping</w:t>
      </w:r>
      <w:r>
        <w:br/>
      </w:r>
      <w:r>
        <w:t xml:space="preserve">    (c) ignorance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safety</w:t>
      </w:r>
      <w:r>
        <w:br/>
      </w:r>
      <w:r>
        <w:t xml:space="preserve">    (b) own fear</w:t>
      </w:r>
      <w:r>
        <w:br/>
      </w:r>
      <w:r>
        <w:t xml:space="preserve">    (c) own mind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spoke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animated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soft</w:t>
      </w:r>
      <w:r>
        <w:br/>
      </w:r>
      <w:r>
        <w:t xml:space="preserve">    (b) silly</w:t>
      </w:r>
      <w:r>
        <w:br/>
      </w:r>
      <w:r>
        <w:t xml:space="preserve">    (c) enthusiastic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kept me waiting an hour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</w:t>
      </w:r>
      <w:r>
        <w:rPr>
          <w:b/>
          <w:bCs/>
        </w:rPr>
        <w:t xml:space="preserve"> </w:t>
      </w:r>
      <w:r>
        <w:rPr>
          <w:b/>
          <w:bCs/>
        </w:rPr>
        <w:t xml:space="preserve">for my long-scheduled ten-minute appointment.</w:t>
      </w:r>
      <w:r>
        <w:br/>
      </w:r>
      <w:r>
        <w:t xml:space="preserve">    (a) a house or shelter in which someone lives</w:t>
      </w:r>
      <w:r>
        <w:br/>
      </w:r>
      <w:r>
        <w:t xml:space="preserve">    (b) the residence of a religious community</w:t>
      </w:r>
      <w:r>
        <w:br/>
      </w:r>
      <w:r>
        <w:t xml:space="preserve">    (c) a room leading to a larger or more important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gets nearer</w:t>
      </w:r>
      <w:r>
        <w:br/>
      </w:r>
      <w:r>
        <w:t xml:space="preserve">    (b) continues</w:t>
      </w:r>
      <w:r>
        <w:br/>
      </w:r>
      <w:r>
        <w:t xml:space="preserve">    (c) is remembered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bankers about a loan.</w:t>
      </w:r>
      <w:r>
        <w:br/>
      </w:r>
      <w:r>
        <w:t xml:space="preserve">    (a) asked</w:t>
      </w:r>
      <w:r>
        <w:br/>
      </w:r>
      <w:r>
        <w:t xml:space="preserve">    (b) complained to</w:t>
      </w:r>
      <w:r>
        <w:br/>
      </w:r>
      <w:r>
        <w:t xml:space="preserve">    (c) avoided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effective law and order in the region before withdrawing troops.</w:t>
      </w:r>
      <w:r>
        <w:br/>
      </w:r>
      <w:r>
        <w:t xml:space="preserve">    (a) carefully describe</w:t>
      </w:r>
      <w:r>
        <w:br/>
      </w:r>
      <w:r>
        <w:t xml:space="preserve">    (b) successfully gain</w:t>
      </w:r>
      <w:r>
        <w:br/>
      </w:r>
      <w:r>
        <w:t xml:space="preserve">    (c) openly oppose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his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strengths</w:t>
      </w:r>
      <w:r>
        <w:br/>
      </w:r>
      <w:r>
        <w:t xml:space="preserve">    (b) weaknesses</w:t>
      </w:r>
      <w:r>
        <w:br/>
      </w:r>
      <w:r>
        <w:t xml:space="preserve">    (c) characteristics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credit for</w:t>
      </w:r>
      <w:r>
        <w:br/>
      </w:r>
      <w:r>
        <w:t xml:space="preserve">    (b) gives help for</w:t>
      </w:r>
      <w:r>
        <w:br/>
      </w:r>
      <w:r>
        <w:t xml:space="preserve">    (c) gives money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conflict</w:t>
      </w:r>
      <w:r>
        <w:br/>
      </w:r>
      <w:r>
        <w:t xml:space="preserve">    (b) loud noise</w:t>
      </w:r>
      <w:r>
        <w:br/>
      </w:r>
      <w:r>
        <w:t xml:space="preserve">    (c) uncritical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attractive sound</w:t>
      </w:r>
      <w:r>
        <w:br/>
      </w:r>
      <w:r>
        <w:t xml:space="preserve">    (b) unpleasant sound</w:t>
      </w:r>
      <w:r>
        <w:br/>
      </w:r>
      <w:r>
        <w:t xml:space="preserve">    (c) loud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cautious</w:t>
      </w:r>
      <w:r>
        <w:br/>
      </w:r>
      <w:r>
        <w:t xml:space="preserve">    (b) wealthy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Ironically</w:t>
      </w:r>
      <w:r>
        <w:rPr>
          <w:b/>
          <w:bCs/>
        </w:rPr>
        <w:t xml:space="preserve">, her strongest supporters undermined her popularity through their extremism.</w:t>
      </w:r>
      <w:r>
        <w:br/>
      </w:r>
      <w:r>
        <w:t xml:space="preserve">    (a) when what happens is very different than what might be expected</w:t>
      </w:r>
      <w:r>
        <w:br/>
      </w:r>
      <w:r>
        <w:t xml:space="preserve">    (b) when what happens is exactly what usually happens</w:t>
      </w:r>
      <w:r>
        <w:br/>
      </w:r>
      <w:r>
        <w:t xml:space="preserve">    (c) when what happens is very fitting for the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was dripping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 </w:t>
      </w:r>
      <w:r>
        <w:rPr>
          <w:b/>
          <w:bCs/>
        </w:rPr>
        <w:t xml:space="preserve">as she said, "You look beautiful."</w:t>
      </w:r>
      <w:r>
        <w:br/>
      </w:r>
      <w:r>
        <w:t xml:space="preserve">    (a) sarcasm</w:t>
      </w:r>
      <w:r>
        <w:br/>
      </w:r>
      <w:r>
        <w:t xml:space="preserve">    (b) kindness</w:t>
      </w:r>
      <w:r>
        <w:br/>
      </w:r>
      <w:r>
        <w:t xml:space="preserve">    (c) sincerity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accept honor for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serf</w:t>
      </w:r>
      <w:r>
        <w:rPr>
          <w:b/>
          <w:bCs/>
        </w:rPr>
        <w:t xml:space="preserve"> </w:t>
      </w:r>
      <w:r>
        <w:rPr>
          <w:b/>
          <w:bCs/>
        </w:rPr>
        <w:t xml:space="preserve">worked the lord's fields from dawn until dusk for little reward.</w:t>
      </w:r>
      <w:r>
        <w:br/>
      </w:r>
      <w:r>
        <w:t xml:space="preserve">    (a) trained knight</w:t>
      </w:r>
      <w:r>
        <w:br/>
      </w:r>
      <w:r>
        <w:t xml:space="preserve">    (b) wandering hermit</w:t>
      </w:r>
      <w:r>
        <w:br/>
      </w:r>
      <w:r>
        <w:t xml:space="preserve">    (c) bound peasant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future</w:t>
      </w:r>
      <w:r>
        <w:br/>
      </w:r>
      <w:r>
        <w:t xml:space="preserve">    (c) other's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treated without respect</w:t>
      </w:r>
      <w:r>
        <w:br/>
      </w:r>
      <w:r>
        <w:t xml:space="preserve">    (b) negotiated with</w:t>
      </w:r>
      <w:r>
        <w:br/>
      </w:r>
      <w:r>
        <w:t xml:space="preserve">    (c) argued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produced</w:t>
      </w:r>
      <w:r>
        <w:br/>
      </w:r>
      <w:r>
        <w:t xml:space="preserve">    (b) destroyed</w:t>
      </w:r>
      <w:r>
        <w:br/>
      </w:r>
      <w:r>
        <w:t xml:space="preserve">    (c) slowed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added</w:t>
      </w:r>
      <w:r>
        <w:br/>
      </w:r>
      <w:r>
        <w:t xml:space="preserve">    (b) produced</w:t>
      </w:r>
      <w:r>
        <w:br/>
      </w:r>
      <w:r>
        <w:t xml:space="preserve">    (c) gave 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2026-07-31T14:37:37Z</dcterms:created>
  <dcterms:modified xsi:type="dcterms:W3CDTF">2026-07-31T14:37:37Z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