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e0d946168fdb8b26a9f549ca8d417d9d0e0cc60"/>
    <w:p>
      <w:pPr>
        <w:pStyle w:val="Heading1"/>
      </w:pPr>
      <w:r>
        <w:rPr>
          <w:b/>
          <w:bCs/>
        </w:rPr>
        <w:t xml:space="preserve">War and Peace</w:t>
      </w:r>
      <w:r>
        <w:br/>
      </w:r>
      <w:r>
        <w:rPr>
          <w:i/>
          <w:iCs/>
        </w:rPr>
        <w:t xml:space="preserve">Leo Tolstoy</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The elderly lady who had been sitting with the old aunt rose hurriedly and overtook Prince Vasili in the</w:t>
      </w:r>
      <w:r>
        <w:rPr>
          <w:b/>
          <w:bCs/>
        </w:rPr>
        <w:t xml:space="preserve"> </w:t>
      </w:r>
      <w:r>
        <w:rPr>
          <w:b/>
          <w:bCs/>
          <w:u w:val="single"/>
        </w:rPr>
        <w:t xml:space="preserve">anteroom</w:t>
      </w:r>
      <w:r>
        <w:rPr>
          <w:b/>
          <w:bCs/>
        </w:rPr>
        <w:t xml:space="preserve">.</w:t>
      </w:r>
      <w:r>
        <w:br/>
      </w:r>
      <w:r>
        <w:t xml:space="preserve">    (a) dense, rainy forest with many species</w:t>
      </w:r>
      <w:r>
        <w:br/>
      </w:r>
      <w:r>
        <w:t xml:space="preserve">    (b) island (that is made of a coral reef)</w:t>
      </w:r>
      <w:r>
        <w:br/>
      </w:r>
      <w:r>
        <w:t xml:space="preserve">    (c) a room leading to a larger or more important room</w:t>
      </w:r>
    </w:p>
    <w:p>
      <w:pPr>
        <w:pStyle w:val="Compact"/>
        <w:numPr>
          <w:ilvl w:val="0"/>
          <w:numId w:val="1001"/>
        </w:numPr>
      </w:pPr>
      <w:r>
        <w:rPr>
          <w:b/>
          <w:bCs/>
        </w:rPr>
        <w:t xml:space="preserve">It will all be wasted on</w:t>
      </w:r>
      <w:r>
        <w:rPr>
          <w:b/>
          <w:bCs/>
        </w:rPr>
        <w:t xml:space="preserve"> </w:t>
      </w:r>
      <w:r>
        <w:rPr>
          <w:b/>
          <w:bCs/>
          <w:u w:val="single"/>
        </w:rPr>
        <w:t xml:space="preserve">trifles</w:t>
      </w:r>
      <w:r>
        <w:rPr>
          <w:b/>
          <w:bCs/>
        </w:rPr>
        <w:t xml:space="preserve">.</w:t>
      </w:r>
      <w:r>
        <w:br/>
      </w:r>
      <w:r>
        <w:t xml:space="preserve">    (a) is attractive or desirable</w:t>
      </w:r>
      <w:r>
        <w:br/>
      </w:r>
      <w:r>
        <w:t xml:space="preserve">    (b) things of small importance</w:t>
      </w:r>
      <w:r>
        <w:br/>
      </w:r>
      <w:r>
        <w:t xml:space="preserve">    (c) struggles or disagreements</w:t>
      </w:r>
    </w:p>
    <w:p>
      <w:pPr>
        <w:pStyle w:val="Compact"/>
        <w:numPr>
          <w:ilvl w:val="0"/>
          <w:numId w:val="1001"/>
        </w:numPr>
      </w:pPr>
      <w:r>
        <w:rPr>
          <w:b/>
          <w:bCs/>
        </w:rPr>
        <w:t xml:space="preserve">Of course he was not to be</w:t>
      </w:r>
      <w:r>
        <w:rPr>
          <w:b/>
          <w:bCs/>
        </w:rPr>
        <w:t xml:space="preserve"> </w:t>
      </w:r>
      <w:r>
        <w:rPr>
          <w:b/>
          <w:bCs/>
          <w:u w:val="single"/>
        </w:rPr>
        <w:t xml:space="preserve">trifled with</w:t>
      </w:r>
      <w:r>
        <w:rPr>
          <w:b/>
          <w:bCs/>
        </w:rPr>
        <w:t xml:space="preserve"> </w:t>
      </w:r>
      <w:r>
        <w:rPr>
          <w:b/>
          <w:bCs/>
        </w:rPr>
        <w:t xml:space="preserve">either—in a word, he was a real master!</w:t>
      </w:r>
      <w:r>
        <w:br/>
      </w:r>
      <w:r>
        <w:t xml:space="preserve">    (a) injury to muscles or tendons of the knee</w:t>
      </w:r>
      <w:r>
        <w:br/>
      </w:r>
      <w:r>
        <w:t xml:space="preserve">    (b) treated thoughtlessly or without respect</w:t>
      </w:r>
      <w:r>
        <w:br/>
      </w:r>
      <w:r>
        <w:t xml:space="preserve">    (c) limit light vibrations to a single plane</w:t>
      </w:r>
    </w:p>
    <w:p>
      <w:pPr>
        <w:pStyle w:val="Compact"/>
        <w:numPr>
          <w:ilvl w:val="0"/>
          <w:numId w:val="1001"/>
        </w:numPr>
      </w:pPr>
      <w:r>
        <w:rPr>
          <w:b/>
          <w:bCs/>
        </w:rPr>
        <w:t xml:space="preserve">At the men's end of the table the talk grew more and more</w:t>
      </w:r>
      <w:r>
        <w:rPr>
          <w:b/>
          <w:bCs/>
        </w:rPr>
        <w:t xml:space="preserve"> </w:t>
      </w:r>
      <w:r>
        <w:rPr>
          <w:b/>
          <w:bCs/>
          <w:u w:val="single"/>
        </w:rPr>
        <w:t xml:space="preserve">animated</w:t>
      </w:r>
      <w:r>
        <w:rPr>
          <w:b/>
          <w:bCs/>
        </w:rPr>
        <w:t xml:space="preserve">.</w:t>
      </w:r>
      <w:r>
        <w:br/>
      </w:r>
      <w:r>
        <w:t xml:space="preserve">    (a) competed in a contest to knock each other off horses with blunted lances  OR  competed in any kind of contest</w:t>
      </w:r>
      <w:r>
        <w:br/>
      </w:r>
      <w:r>
        <w:t xml:space="preserve">    (b) not happening at the same time or in a coordinated sequence; or (of watches/clocks) not set to show the same time</w:t>
      </w:r>
      <w:r>
        <w:br/>
      </w:r>
      <w:r>
        <w:t xml:space="preserve">    (c) lively</w:t>
      </w:r>
    </w:p>
    <w:p>
      <w:pPr>
        <w:pStyle w:val="Compact"/>
        <w:numPr>
          <w:ilvl w:val="0"/>
          <w:numId w:val="1001"/>
        </w:numPr>
      </w:pPr>
      <w:r>
        <w:rPr>
          <w:b/>
          <w:bCs/>
        </w:rPr>
        <w:t xml:space="preserve">  "We had our hands full last night. However, I think the</w:t>
      </w:r>
      <w:r>
        <w:br/>
      </w:r>
      <w:r>
        <w:rPr>
          <w:b/>
          <w:bCs/>
        </w:rPr>
        <w:t xml:space="preserve">regiment is not a bad one, eh?"</w:t>
      </w:r>
      <w:r>
        <w:br/>
      </w:r>
      <w:r>
        <w:rPr>
          <w:b/>
          <w:bCs/>
        </w:rPr>
        <w:t xml:space="preserve">  The battalion commander perceived the jovial</w:t>
      </w:r>
      <w:r>
        <w:rPr>
          <w:b/>
          <w:bCs/>
        </w:rPr>
        <w:t xml:space="preserve"> </w:t>
      </w:r>
      <w:r>
        <w:rPr>
          <w:b/>
          <w:bCs/>
          <w:u w:val="single"/>
        </w:rPr>
        <w:t xml:space="preserve">irony</w:t>
      </w:r>
      <w:r>
        <w:rPr>
          <w:b/>
          <w:bCs/>
        </w:rPr>
        <w:t xml:space="preserve"> </w:t>
      </w:r>
      <w:r>
        <w:rPr>
          <w:b/>
          <w:bCs/>
        </w:rPr>
        <w:t xml:space="preserve">and laughed.</w:t>
      </w:r>
      <w:r>
        <w:br/>
      </w:r>
      <w:r>
        <w:t xml:space="preserve">    (a) saying one thing while meaning the opposite</w:t>
      </w:r>
      <w:r>
        <w:br/>
      </w:r>
      <w:r>
        <w:t xml:space="preserve">    (b) soft leather shoe traditionally worn by Native Americans</w:t>
      </w:r>
      <w:r>
        <w:br/>
      </w:r>
      <w:r>
        <w:t xml:space="preserve">    (c) belief or opinion formed by viewing things a certain way</w:t>
      </w:r>
    </w:p>
    <w:p>
      <w:pPr>
        <w:pStyle w:val="Compact"/>
        <w:numPr>
          <w:ilvl w:val="0"/>
          <w:numId w:val="1001"/>
        </w:numPr>
      </w:pPr>
      <w:r>
        <w:rPr>
          <w:b/>
          <w:bCs/>
        </w:rPr>
        <w:t xml:space="preserve">Napoleon turned to him with a pleasant, though slightly</w:t>
      </w:r>
      <w:r>
        <w:rPr>
          <w:b/>
          <w:bCs/>
        </w:rPr>
        <w:t xml:space="preserve"> </w:t>
      </w:r>
      <w:r>
        <w:rPr>
          <w:b/>
          <w:bCs/>
          <w:u w:val="single"/>
        </w:rPr>
        <w:t xml:space="preserve">ironic</w:t>
      </w:r>
      <w:r>
        <w:rPr>
          <w:b/>
          <w:bCs/>
        </w:rPr>
        <w:t xml:space="preserve">, smile. "They tell me this is the room the Emperor Alexander occupied? Strange, isn't it, General?"</w:t>
      </w:r>
      <w:r>
        <w:br/>
      </w:r>
      <w:r>
        <w:t xml:space="preserve">    (a) a mental disorder characterized by alternating episodes of major depression and abnormally elevated mood</w:t>
      </w:r>
      <w:r>
        <w:br/>
      </w:r>
      <w:r>
        <w:t xml:space="preserve">    (b) as though amused that what happened is very different than what might have been expected</w:t>
      </w:r>
      <w:r>
        <w:br/>
      </w:r>
      <w:r>
        <w:t xml:space="preserve">    (c) exceedingly funny (resulting in uncontrollable laughter); or exhibiting excessive, uncontrollable emotion</w:t>
      </w:r>
    </w:p>
    <w:p>
      <w:pPr>
        <w:pStyle w:val="Compact"/>
        <w:numPr>
          <w:ilvl w:val="0"/>
          <w:numId w:val="1001"/>
        </w:numPr>
      </w:pPr>
      <w:r>
        <w:rPr>
          <w:b/>
          <w:bCs/>
        </w:rPr>
        <w:t xml:space="preserve">carefully prepared in</w:t>
      </w:r>
      <w:r>
        <w:rPr>
          <w:b/>
          <w:bCs/>
        </w:rPr>
        <w:t xml:space="preserve"> </w:t>
      </w:r>
      <w:r>
        <w:rPr>
          <w:b/>
          <w:bCs/>
          <w:u w:val="single"/>
        </w:rPr>
        <w:t xml:space="preserve">accord</w:t>
      </w:r>
      <w:r>
        <w:rPr>
          <w:b/>
          <w:bCs/>
        </w:rPr>
        <w:t xml:space="preserve"> </w:t>
      </w:r>
      <w:r>
        <w:rPr>
          <w:b/>
          <w:bCs/>
        </w:rPr>
        <w:t xml:space="preserve">with the modern science of...</w:t>
      </w:r>
      <w:r>
        <w:br/>
      </w:r>
      <w:r>
        <w:t xml:space="preserve">    (a) treating thoughtlessly or without respect</w:t>
      </w:r>
      <w:r>
        <w:br/>
      </w:r>
      <w:r>
        <w:t xml:space="preserve">    (b) stop interacting; or stop having interest</w:t>
      </w:r>
      <w:r>
        <w:br/>
      </w:r>
      <w:r>
        <w:t xml:space="preserve">    (c) in keeping (or in agreement)</w:t>
      </w:r>
    </w:p>
    <w:p>
      <w:pPr>
        <w:pStyle w:val="Compact"/>
        <w:numPr>
          <w:ilvl w:val="0"/>
          <w:numId w:val="1001"/>
        </w:numPr>
      </w:pPr>
      <w:r>
        <w:rPr>
          <w:b/>
          <w:bCs/>
        </w:rPr>
        <w:t xml:space="preserve">the horses began to tug at the reins of their</w:t>
      </w:r>
      <w:r>
        <w:rPr>
          <w:b/>
          <w:bCs/>
        </w:rPr>
        <w:t xml:space="preserve"> </w:t>
      </w:r>
      <w:r>
        <w:rPr>
          <w:b/>
          <w:bCs/>
          <w:u w:val="single"/>
        </w:rPr>
        <w:t xml:space="preserve">own accord</w:t>
      </w:r>
      <w:r>
        <w:rPr>
          <w:b/>
          <w:bCs/>
        </w:rPr>
        <w:t xml:space="preserve"> </w:t>
      </w:r>
      <w:r>
        <w:rPr>
          <w:b/>
          <w:bCs/>
        </w:rPr>
        <w:t xml:space="preserve">and increased their pace.</w:t>
      </w:r>
      <w:r>
        <w:br/>
      </w:r>
      <w:r>
        <w:t xml:space="preserve">    (a) tropical viral disease transmitted by a mosquito</w:t>
      </w:r>
      <w:r>
        <w:br/>
      </w:r>
      <w:r>
        <w:t xml:space="preserve">    (b) own mind (without anyone asking)</w:t>
      </w:r>
      <w:r>
        <w:br/>
      </w:r>
      <w:r>
        <w:t xml:space="preserve">    (c) the achievement of 3 positive feats in a sport</w:t>
      </w:r>
    </w:p>
    <w:p>
      <w:pPr>
        <w:pStyle w:val="Compact"/>
        <w:numPr>
          <w:ilvl w:val="0"/>
          <w:numId w:val="1001"/>
        </w:numPr>
      </w:pPr>
      <w:r>
        <w:rPr>
          <w:b/>
          <w:bCs/>
        </w:rPr>
        <w:t xml:space="preserve">It looked as if by that slight motion the army itself was expressing its joy at the</w:t>
      </w:r>
      <w:r>
        <w:rPr>
          <w:b/>
          <w:bCs/>
        </w:rPr>
        <w:t xml:space="preserve"> </w:t>
      </w:r>
      <w:r>
        <w:rPr>
          <w:b/>
          <w:bCs/>
          <w:u w:val="single"/>
        </w:rPr>
        <w:t xml:space="preserve">approach</w:t>
      </w:r>
      <w:r>
        <w:rPr>
          <w:b/>
          <w:bCs/>
        </w:rPr>
        <w:t xml:space="preserve"> </w:t>
      </w:r>
      <w:r>
        <w:rPr>
          <w:b/>
          <w:bCs/>
        </w:rPr>
        <w:t xml:space="preserve">of the Emperors.</w:t>
      </w:r>
      <w:r>
        <w:br/>
      </w:r>
      <w:r>
        <w:t xml:space="preserve">    (a) create dramatic change</w:t>
      </w:r>
      <w:r>
        <w:br/>
      </w:r>
      <w:r>
        <w:t xml:space="preserve">    (b) coming near</w:t>
      </w:r>
      <w:r>
        <w:br/>
      </w:r>
      <w:r>
        <w:t xml:space="preserve">    (c) mirror back (an image)</w:t>
      </w:r>
    </w:p>
    <w:p>
      <w:pPr>
        <w:pStyle w:val="Compact"/>
        <w:numPr>
          <w:ilvl w:val="0"/>
          <w:numId w:val="1001"/>
        </w:numPr>
      </w:pPr>
      <w:r>
        <w:rPr>
          <w:b/>
          <w:bCs/>
        </w:rPr>
        <w:t xml:space="preserve">But as a youth in love trembles, is unnerved, and dares not utter the thoughts he has dreamed of for nights, but looks around for help or a chance of delay and flight when the longed-for moment comes and he is alone with her, so Rostov, now that he had attained what he had longed for more than anything else in the world, did not know how to</w:t>
      </w:r>
      <w:r>
        <w:rPr>
          <w:b/>
          <w:bCs/>
        </w:rPr>
        <w:t xml:space="preserve"> </w:t>
      </w:r>
      <w:r>
        <w:rPr>
          <w:b/>
          <w:bCs/>
          <w:u w:val="single"/>
        </w:rPr>
        <w:t xml:space="preserve">approach</w:t>
      </w:r>
      <w:r>
        <w:rPr>
          <w:b/>
          <w:bCs/>
        </w:rPr>
        <w:t xml:space="preserve"> </w:t>
      </w:r>
      <w:r>
        <w:rPr>
          <w:b/>
          <w:bCs/>
        </w:rPr>
        <w:t xml:space="preserve">the Emperor, and a thousand reasons occurred to him why it would be inconvenient, unseemly, and impossible to do so.</w:t>
      </w:r>
      <w:r>
        <w:br/>
      </w:r>
      <w:r>
        <w:t xml:space="preserve">    (a) to support by providing money or other economic aid</w:t>
      </w:r>
      <w:r>
        <w:br/>
      </w:r>
      <w:r>
        <w:t xml:space="preserve">    (b) did not find a condition or substance to be present</w:t>
      </w:r>
      <w:r>
        <w:br/>
      </w:r>
      <w:r>
        <w:t xml:space="preserve">    (c) begin communication with</w:t>
      </w:r>
    </w:p>
    <w:p>
      <w:pPr>
        <w:pStyle w:val="Compact"/>
        <w:numPr>
          <w:ilvl w:val="0"/>
          <w:numId w:val="1001"/>
        </w:numPr>
      </w:pPr>
      <w:r>
        <w:rPr>
          <w:b/>
          <w:bCs/>
        </w:rPr>
        <w:t xml:space="preserve">Then came a cart, and behind that walked an old, bandy-legged domestic</w:t>
      </w:r>
      <w:r>
        <w:rPr>
          <w:b/>
          <w:bCs/>
        </w:rPr>
        <w:t xml:space="preserve"> </w:t>
      </w:r>
      <w:r>
        <w:rPr>
          <w:b/>
          <w:bCs/>
          <w:u w:val="single"/>
        </w:rPr>
        <w:t xml:space="preserve">serf</w:t>
      </w:r>
      <w:r>
        <w:rPr>
          <w:b/>
          <w:bCs/>
        </w:rPr>
        <w:t xml:space="preserve"> </w:t>
      </w:r>
      <w:r>
        <w:rPr>
          <w:b/>
          <w:bCs/>
        </w:rPr>
        <w:t xml:space="preserve">in a peaked cap and sheepskin coat.</w:t>
      </w:r>
      <w:r>
        <w:br/>
      </w:r>
      <w:r>
        <w:t xml:space="preserve">    (a) Middle Ages Europe:  a person who is bound to the land and owned with the land by the feudal lord</w:t>
      </w:r>
      <w:r>
        <w:br/>
      </w:r>
      <w:r>
        <w:t xml:space="preserve">    (b) a person who uses seemingly believable, but invalid arguments that display ingenuity in reasoning</w:t>
      </w:r>
      <w:r>
        <w:br/>
      </w:r>
      <w:r>
        <w:t xml:space="preserve">    (c) a person who tries to flatter or please someone in authority in order to gain personal advantage</w:t>
      </w:r>
    </w:p>
    <w:p>
      <w:pPr>
        <w:pStyle w:val="Compact"/>
        <w:numPr>
          <w:ilvl w:val="0"/>
          <w:numId w:val="1001"/>
        </w:numPr>
      </w:pPr>
      <w:r>
        <w:rPr>
          <w:b/>
          <w:bCs/>
        </w:rPr>
        <w:t xml:space="preserve">You were not right, not quite in the right, you were</w:t>
      </w:r>
      <w:r>
        <w:rPr>
          <w:b/>
          <w:bCs/>
        </w:rPr>
        <w:t xml:space="preserve"> </w:t>
      </w:r>
      <w:r>
        <w:rPr>
          <w:b/>
          <w:bCs/>
          <w:u w:val="single"/>
        </w:rPr>
        <w:t xml:space="preserve">impetuous</w:t>
      </w:r>
      <w:r>
        <w:rPr>
          <w:b/>
          <w:bCs/>
        </w:rPr>
        <w:t xml:space="preserve">.</w:t>
      </w:r>
      <w:r>
        <w:br/>
      </w:r>
      <w:r>
        <w:t xml:space="preserve">    (a) tending to have exceedingly unfavorable opinions</w:t>
      </w:r>
      <w:r>
        <w:br/>
      </w:r>
      <w:r>
        <w:t xml:space="preserve">    (b) impulsive (acting without adequate thought)</w:t>
      </w:r>
      <w:r>
        <w:br/>
      </w:r>
      <w:r>
        <w:t xml:space="preserve">    (c) most important; or person that is most important</w:t>
      </w:r>
    </w:p>
    <w:p>
      <w:pPr>
        <w:pStyle w:val="Compact"/>
        <w:numPr>
          <w:ilvl w:val="0"/>
          <w:numId w:val="1001"/>
        </w:numPr>
      </w:pPr>
      <w:r>
        <w:rPr>
          <w:b/>
          <w:bCs/>
        </w:rPr>
        <w:t xml:space="preserve">didst thou, and why did the whole world, conceive the idea of the existence of such an incomprehensible Being, a Being all-powerful, eternal, and infinite in all His</w:t>
      </w:r>
      <w:r>
        <w:rPr>
          <w:b/>
          <w:bCs/>
        </w:rPr>
        <w:t xml:space="preserve"> </w:t>
      </w:r>
      <w:r>
        <w:rPr>
          <w:b/>
          <w:bCs/>
          <w:u w:val="single"/>
        </w:rPr>
        <w:t xml:space="preserve">attributes</w:t>
      </w:r>
      <w:r>
        <w:rPr>
          <w:b/>
          <w:bCs/>
        </w:rPr>
        <w:t xml:space="preserve">?</w:t>
      </w:r>
      <w:r>
        <w:br/>
      </w:r>
      <w:r>
        <w:t xml:space="preserve">    (a) dreamlike states of altered consciousness</w:t>
      </w:r>
      <w:r>
        <w:br/>
      </w:r>
      <w:r>
        <w:t xml:space="preserve">    (b) characteristics (of something or someone)</w:t>
      </w:r>
      <w:r>
        <w:br/>
      </w:r>
      <w:r>
        <w:t xml:space="preserve">    (c) piles of wood or other burnable materials</w:t>
      </w:r>
    </w:p>
    <w:p>
      <w:pPr>
        <w:pStyle w:val="Compact"/>
        <w:numPr>
          <w:ilvl w:val="0"/>
          <w:numId w:val="1001"/>
        </w:numPr>
      </w:pPr>
      <w:r>
        <w:rPr>
          <w:b/>
          <w:bCs/>
        </w:rPr>
        <w:t xml:space="preserve">That spring a new disease broke out among the soldiers, a swelling of the arms, legs, and face, which the doctors</w:t>
      </w:r>
      <w:r>
        <w:rPr>
          <w:b/>
          <w:bCs/>
        </w:rPr>
        <w:t xml:space="preserve"> </w:t>
      </w:r>
      <w:r>
        <w:rPr>
          <w:b/>
          <w:bCs/>
          <w:u w:val="single"/>
        </w:rPr>
        <w:t xml:space="preserve">attributed</w:t>
      </w:r>
      <w:r>
        <w:rPr>
          <w:b/>
          <w:bCs/>
        </w:rPr>
        <w:t xml:space="preserve"> </w:t>
      </w:r>
      <w:r>
        <w:rPr>
          <w:b/>
          <w:bCs/>
        </w:rPr>
        <w:t xml:space="preserve">to eating this root.</w:t>
      </w:r>
      <w:r>
        <w:br/>
      </w:r>
      <w:r>
        <w:t xml:space="preserve">    (a) not made different; or shown to be different</w:t>
      </w:r>
      <w:r>
        <w:br/>
      </w:r>
      <w:r>
        <w:t xml:space="preserve">    (b) not changed directly from a solid to a vapor</w:t>
      </w:r>
      <w:r>
        <w:br/>
      </w:r>
      <w:r>
        <w:t xml:space="preserve">    (c) credited (pointed to as the cause of something)</w:t>
      </w:r>
    </w:p>
    <w:p>
      <w:pPr>
        <w:pStyle w:val="Compact"/>
        <w:numPr>
          <w:ilvl w:val="0"/>
          <w:numId w:val="1001"/>
        </w:numPr>
      </w:pPr>
      <w:r>
        <w:rPr>
          <w:b/>
          <w:bCs/>
        </w:rPr>
        <w:t xml:space="preserve">Have you sought for means of</w:t>
      </w:r>
      <w:r>
        <w:rPr>
          <w:b/>
          <w:bCs/>
        </w:rPr>
        <w:t xml:space="preserve"> </w:t>
      </w:r>
      <w:r>
        <w:rPr>
          <w:b/>
          <w:bCs/>
          <w:u w:val="single"/>
        </w:rPr>
        <w:t xml:space="preserve">attaining</w:t>
      </w:r>
      <w:r>
        <w:rPr>
          <w:b/>
          <w:bCs/>
        </w:rPr>
        <w:t xml:space="preserve"> </w:t>
      </w:r>
      <w:r>
        <w:rPr>
          <w:b/>
          <w:bCs/>
        </w:rPr>
        <w:t xml:space="preserve">your aim in religion?</w:t>
      </w:r>
      <w:r>
        <w:br/>
      </w:r>
      <w:r>
        <w:t xml:space="preserve">    (a) saying (or making a sound) with the voice</w:t>
      </w:r>
      <w:r>
        <w:br/>
      </w:r>
      <w:r>
        <w:t xml:space="preserve">    (b) gaining or reaching something with effort</w:t>
      </w:r>
      <w:r>
        <w:br/>
      </w:r>
      <w:r>
        <w:t xml:space="preserve">    (c) moving into position to work; or starting</w:t>
      </w:r>
    </w:p>
    <w:p>
      <w:pPr>
        <w:pStyle w:val="Compact"/>
        <w:numPr>
          <w:ilvl w:val="0"/>
          <w:numId w:val="1001"/>
        </w:numPr>
      </w:pPr>
      <w:r>
        <w:rPr>
          <w:b/>
          <w:bCs/>
        </w:rPr>
        <w:t xml:space="preserve">Let others—the young—</w:t>
      </w:r>
      <w:r>
        <w:rPr>
          <w:b/>
          <w:bCs/>
          <w:u w:val="single"/>
        </w:rPr>
        <w:t xml:space="preserve">yield</w:t>
      </w:r>
      <w:r>
        <w:rPr>
          <w:b/>
          <w:bCs/>
        </w:rPr>
        <w:t xml:space="preserve"> </w:t>
      </w:r>
      <w:r>
        <w:rPr>
          <w:b/>
          <w:bCs/>
        </w:rPr>
        <w:t xml:space="preserve">afresh to that fraud, but we know life, our life is finished!</w:t>
      </w:r>
      <w:r>
        <w:br/>
      </w:r>
      <w:r>
        <w:t xml:space="preserve">    (a) produce or give</w:t>
      </w:r>
      <w:r>
        <w:br/>
      </w:r>
      <w:r>
        <w:t xml:space="preserve">    (b) stop (something from happening)</w:t>
      </w:r>
      <w:r>
        <w:br/>
      </w:r>
      <w:r>
        <w:t xml:space="preserve">    (c) think deeply or carefully about</w:t>
      </w:r>
    </w:p>
    <w:p>
      <w:pPr>
        <w:pStyle w:val="Compact"/>
        <w:numPr>
          <w:ilvl w:val="0"/>
          <w:numId w:val="1001"/>
        </w:numPr>
      </w:pPr>
      <w:r>
        <w:rPr>
          <w:b/>
          <w:bCs/>
        </w:rPr>
        <w:t xml:space="preserve">But the latter's good-natured naivete was so boundless that sometimes even he involuntarily</w:t>
      </w:r>
      <w:r>
        <w:rPr>
          <w:b/>
          <w:bCs/>
        </w:rPr>
        <w:t xml:space="preserve"> </w:t>
      </w:r>
      <w:r>
        <w:rPr>
          <w:b/>
          <w:bCs/>
          <w:u w:val="single"/>
        </w:rPr>
        <w:t xml:space="preserve">yielded</w:t>
      </w:r>
      <w:r>
        <w:rPr>
          <w:b/>
          <w:bCs/>
        </w:rPr>
        <w:t xml:space="preserve"> </w:t>
      </w:r>
      <w:r>
        <w:rPr>
          <w:b/>
          <w:bCs/>
        </w:rPr>
        <w:t xml:space="preserve">to Nicholas' good humor.</w:t>
      </w:r>
      <w:r>
        <w:br/>
      </w:r>
      <w:r>
        <w:t xml:space="preserve">    (a) gave in, gave way, or gave up</w:t>
      </w:r>
      <w:r>
        <w:br/>
      </w:r>
      <w:r>
        <w:t xml:space="preserve">    (b) with rises and falls in pitch</w:t>
      </w:r>
      <w:r>
        <w:br/>
      </w:r>
      <w:r>
        <w:t xml:space="preserve">    (c) embarrassed or self-conscious</w:t>
      </w:r>
    </w:p>
    <w:p>
      <w:pPr>
        <w:pStyle w:val="Compact"/>
        <w:numPr>
          <w:ilvl w:val="0"/>
          <w:numId w:val="1001"/>
        </w:numPr>
      </w:pPr>
      <w:r>
        <w:rPr>
          <w:b/>
          <w:bCs/>
        </w:rPr>
        <w:t xml:space="preserve">diverse</w:t>
      </w:r>
      <w:r>
        <w:rPr>
          <w:b/>
          <w:bCs/>
        </w:rPr>
        <w:t xml:space="preserve"> </w:t>
      </w:r>
      <w:r>
        <w:rPr>
          <w:b/>
          <w:bCs/>
          <w:u w:val="single"/>
        </w:rPr>
        <w:t xml:space="preserve">discordant</w:t>
      </w:r>
      <w:r>
        <w:rPr>
          <w:b/>
          <w:bCs/>
        </w:rPr>
        <w:t xml:space="preserve"> </w:t>
      </w:r>
      <w:r>
        <w:rPr>
          <w:b/>
          <w:bCs/>
        </w:rPr>
        <w:t xml:space="preserve">sounds of disorder</w:t>
      </w:r>
      <w:r>
        <w:br/>
      </w:r>
      <w:r>
        <w:t xml:space="preserve">    (a) likely to change</w:t>
      </w:r>
      <w:r>
        <w:br/>
      </w:r>
      <w:r>
        <w:t xml:space="preserve">    (b) able to be found</w:t>
      </w:r>
      <w:r>
        <w:br/>
      </w:r>
      <w:r>
        <w:t xml:space="preserve">    (c) sounds that don't sound right together</w:t>
      </w:r>
    </w:p>
    <w:p>
      <w:pPr>
        <w:pStyle w:val="Compact"/>
        <w:numPr>
          <w:ilvl w:val="0"/>
          <w:numId w:val="1001"/>
        </w:numPr>
      </w:pPr>
      <w:r>
        <w:rPr>
          <w:b/>
          <w:bCs/>
        </w:rPr>
        <w:t xml:space="preserve">It would be too painful to me to think that I might be a cause of sorrow or</w:t>
      </w:r>
      <w:r>
        <w:rPr>
          <w:b/>
          <w:bCs/>
        </w:rPr>
        <w:t xml:space="preserve"> </w:t>
      </w:r>
      <w:r>
        <w:rPr>
          <w:b/>
          <w:bCs/>
          <w:u w:val="single"/>
        </w:rPr>
        <w:t xml:space="preserve">discord</w:t>
      </w:r>
      <w:r>
        <w:rPr>
          <w:b/>
          <w:bCs/>
        </w:rPr>
        <w:t xml:space="preserve"> </w:t>
      </w:r>
      <w:r>
        <w:rPr>
          <w:b/>
          <w:bCs/>
        </w:rPr>
        <w:t xml:space="preserve">in the family that has been so good to me...</w:t>
      </w:r>
      <w:r>
        <w:br/>
      </w:r>
      <w:r>
        <w:t xml:space="preserve">    (a) conflict</w:t>
      </w:r>
      <w:r>
        <w:br/>
      </w:r>
      <w:r>
        <w:t xml:space="preserve">    (b) characterized by narrower parallel folds when closed and wider when open</w:t>
      </w:r>
      <w:r>
        <w:br/>
      </w:r>
      <w:r>
        <w:t xml:space="preserve">    (c) design based on alphabetic letters; or adding such a design to something</w:t>
      </w:r>
    </w:p>
    <w:p>
      <w:pPr>
        <w:pStyle w:val="Compact"/>
        <w:numPr>
          <w:ilvl w:val="0"/>
          <w:numId w:val="1001"/>
        </w:numPr>
      </w:pPr>
      <w:r>
        <w:rPr>
          <w:b/>
          <w:bCs/>
        </w:rPr>
        <w:t xml:space="preserve">Well, I don't think you need</w:t>
      </w:r>
      <w:r>
        <w:rPr>
          <w:b/>
          <w:bCs/>
        </w:rPr>
        <w:t xml:space="preserve"> </w:t>
      </w:r>
      <w:r>
        <w:rPr>
          <w:b/>
          <w:bCs/>
          <w:u w:val="single"/>
        </w:rPr>
        <w:t xml:space="preserve">reproach</w:t>
      </w:r>
      <w:r>
        <w:rPr>
          <w:b/>
          <w:bCs/>
        </w:rPr>
        <w:t xml:space="preserve"> </w:t>
      </w:r>
      <w:r>
        <w:rPr>
          <w:b/>
          <w:bCs/>
        </w:rPr>
        <w:t xml:space="preserve">yourself on his account.</w:t>
      </w:r>
      <w:r>
        <w:br/>
      </w:r>
      <w:r>
        <w:t xml:space="preserve">    (a) to spread to other parts of the body</w:t>
      </w:r>
      <w:r>
        <w:br/>
      </w:r>
      <w:r>
        <w:t xml:space="preserve">    (b) move into position to work; or start</w:t>
      </w:r>
      <w:r>
        <w:br/>
      </w:r>
      <w:r>
        <w:t xml:space="preserve">    (c) criticize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2026-07-31T14:37:37Z</dcterms:created>
  <dcterms:modified xsi:type="dcterms:W3CDTF">2026-07-31T14:37:37Z</dcterms:modified>
</cp:coreProperties>
</file>

<file path=docProps/custom.xml><?xml version="1.0" encoding="utf-8"?>
<Properties xmlns="http://schemas.openxmlformats.org/officeDocument/2006/custom-properties" xmlns:vt="http://schemas.openxmlformats.org/officeDocument/2006/docPropsVTypes"/>
</file>