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1cafdb18ab835db0691682437495bf64ee541bd"/>
    <w:p>
      <w:pPr>
        <w:pStyle w:val="Heading1"/>
      </w:pPr>
      <w:r>
        <w:rPr>
          <w:b/>
          <w:bCs/>
        </w:rPr>
        <w:t xml:space="preserve">War and Peace</w:t>
      </w:r>
      <w:r>
        <w:br/>
      </w:r>
      <w:r>
        <w:rPr>
          <w:i/>
          <w:iCs/>
        </w:rPr>
        <w:t xml:space="preserve">Leo Tolstoy</w:t>
      </w:r>
      <w:r>
        <w:br/>
      </w:r>
      <w:r>
        <w:rPr>
          <w:b/>
          <w:bCs/>
        </w:rPr>
        <w:t xml:space="preserve">Extra Credit 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"Andre," said his wife, addressing her husband in the same</w:t>
      </w:r>
      <w:r>
        <w:rPr>
          <w:b/>
          <w:bCs/>
        </w:rPr>
        <w:t xml:space="preserve"> </w:t>
      </w:r>
      <w:r>
        <w:rPr>
          <w:b/>
          <w:bCs/>
          <w:u w:val="single"/>
        </w:rPr>
        <w:t xml:space="preserve">coquettish</w:t>
      </w:r>
      <w:r>
        <w:rPr>
          <w:b/>
          <w:bCs/>
        </w:rPr>
        <w:t xml:space="preserve"> </w:t>
      </w:r>
      <w:r>
        <w:rPr>
          <w:b/>
          <w:bCs/>
        </w:rPr>
        <w:t xml:space="preserve">manner in which she spoke to other men, "the vicomte has been telling us such a tale about Mademoiselle George and Buonaparte!"</w:t>
      </w:r>
      <w:r>
        <w:br/>
      </w:r>
      <w:r>
        <w:t xml:space="preserve">    (a) casually playful in a way that arouses sexual interest of men</w:t>
      </w:r>
      <w:r>
        <w:br/>
      </w:r>
      <w:r>
        <w:t xml:space="preserve">    (b) related to the setting or situation in which something occurs</w:t>
      </w:r>
      <w:r>
        <w:br/>
      </w:r>
      <w:r>
        <w:t xml:space="preserve">    (c) trustworthy with secrets or subtle (not attracting attention)</w:t>
      </w:r>
    </w:p>
    <w:p>
      <w:pPr>
        <w:pStyle w:val="Compact"/>
        <w:numPr>
          <w:ilvl w:val="0"/>
          <w:numId w:val="1001"/>
        </w:numPr>
      </w:pPr>
      <w:r>
        <w:rPr>
          <w:b/>
          <w:bCs/>
        </w:rPr>
        <w:t xml:space="preserve">All the</w:t>
      </w:r>
      <w:r>
        <w:rPr>
          <w:b/>
          <w:bCs/>
        </w:rPr>
        <w:t xml:space="preserve"> </w:t>
      </w:r>
      <w:r>
        <w:rPr>
          <w:b/>
          <w:bCs/>
          <w:u w:val="single"/>
        </w:rPr>
        <w:t xml:space="preserve">affectation</w:t>
      </w:r>
      <w:r>
        <w:rPr>
          <w:b/>
          <w:bCs/>
        </w:rPr>
        <w:t xml:space="preserve"> </w:t>
      </w:r>
      <w:r>
        <w:rPr>
          <w:b/>
          <w:bCs/>
        </w:rPr>
        <w:t xml:space="preserve">of interest she had assumed had left her kindly and tear-worn face and it now expressed only anxiety and fear.</w:t>
      </w:r>
      <w:r>
        <w:br/>
      </w:r>
      <w:r>
        <w:t xml:space="preserve">    (a) collection of star systems held together by gravity</w:t>
      </w:r>
      <w:r>
        <w:br/>
      </w:r>
      <w:r>
        <w:t xml:space="preserve">    (b) a particular way of seeing or thinking about things</w:t>
      </w:r>
      <w:r>
        <w:br/>
      </w:r>
      <w:r>
        <w:t xml:space="preserve">    (c) behaving in an artificial way to make an impression</w:t>
      </w:r>
    </w:p>
    <w:p>
      <w:pPr>
        <w:pStyle w:val="Compact"/>
        <w:numPr>
          <w:ilvl w:val="0"/>
          <w:numId w:val="1001"/>
        </w:numPr>
      </w:pPr>
      <w:r>
        <w:rPr>
          <w:b/>
          <w:bCs/>
        </w:rPr>
        <w:t xml:space="preserve">In the count's room, which was full of tobacco smoke, they talked of war that had been announced in a</w:t>
      </w:r>
      <w:r>
        <w:rPr>
          <w:b/>
          <w:bCs/>
        </w:rPr>
        <w:t xml:space="preserve"> </w:t>
      </w:r>
      <w:r>
        <w:rPr>
          <w:b/>
          <w:bCs/>
          <w:u w:val="single"/>
        </w:rPr>
        <w:t xml:space="preserve">manifesto</w:t>
      </w:r>
      <w:r>
        <w:rPr>
          <w:b/>
          <w:bCs/>
        </w:rPr>
        <w:t xml:space="preserve">, and about the recruiting.</w:t>
      </w:r>
      <w:r>
        <w:br/>
      </w:r>
      <w:r>
        <w:t xml:space="preserve">    (a) to release from slavery or servitude; or (metaphorically) from social restraints</w:t>
      </w:r>
      <w:r>
        <w:br/>
      </w:r>
      <w:r>
        <w:t xml:space="preserve">    (b) a public declaration of principles or policies -- typically of a political nature</w:t>
      </w:r>
      <w:r>
        <w:br/>
      </w:r>
      <w:r>
        <w:t xml:space="preserve">    (c) portray or create in a particular way  OR  interpret, translate, or extract from</w:t>
      </w:r>
    </w:p>
    <w:p>
      <w:pPr>
        <w:pStyle w:val="Compact"/>
        <w:numPr>
          <w:ilvl w:val="0"/>
          <w:numId w:val="1001"/>
        </w:numPr>
      </w:pPr>
      <w:r>
        <w:rPr>
          <w:b/>
          <w:bCs/>
        </w:rPr>
        <w:t xml:space="preserve">He behaved very well in the regiment but was not liked; Rostov especially detested him and was unable to overcome or conceal his groundless</w:t>
      </w:r>
      <w:r>
        <w:rPr>
          <w:b/>
          <w:bCs/>
        </w:rPr>
        <w:t xml:space="preserve"> </w:t>
      </w:r>
      <w:r>
        <w:rPr>
          <w:b/>
          <w:bCs/>
          <w:u w:val="single"/>
        </w:rPr>
        <w:t xml:space="preserve">antipathy</w:t>
      </w:r>
      <w:r>
        <w:rPr>
          <w:b/>
          <w:bCs/>
        </w:rPr>
        <w:t xml:space="preserve"> </w:t>
      </w:r>
      <w:r>
        <w:rPr>
          <w:b/>
          <w:bCs/>
        </w:rPr>
        <w:t xml:space="preserve">to the man.</w:t>
      </w:r>
      <w:r>
        <w:br/>
      </w:r>
      <w:r>
        <w:t xml:space="preserve">    (a) strong dislike</w:t>
      </w:r>
      <w:r>
        <w:br/>
      </w:r>
      <w:r>
        <w:t xml:space="preserve">    (b) a hoofed mamma</w:t>
      </w:r>
      <w:r>
        <w:br/>
      </w:r>
      <w:r>
        <w:t xml:space="preserve">    (c) a fat compound</w:t>
      </w:r>
    </w:p>
    <w:p>
      <w:pPr>
        <w:pStyle w:val="Compact"/>
        <w:numPr>
          <w:ilvl w:val="0"/>
          <w:numId w:val="1001"/>
        </w:numPr>
      </w:pPr>
      <w:r>
        <w:rPr>
          <w:b/>
          <w:bCs/>
        </w:rPr>
        <w:t xml:space="preserve">He pointed to the French guns, the</w:t>
      </w:r>
      <w:r>
        <w:rPr>
          <w:b/>
          <w:bCs/>
        </w:rPr>
        <w:t xml:space="preserve"> </w:t>
      </w:r>
      <w:r>
        <w:rPr>
          <w:b/>
          <w:bCs/>
          <w:u w:val="single"/>
        </w:rPr>
        <w:t xml:space="preserve">limbers</w:t>
      </w:r>
      <w:r>
        <w:rPr>
          <w:b/>
          <w:bCs/>
        </w:rPr>
        <w:t xml:space="preserve"> </w:t>
      </w:r>
      <w:r>
        <w:rPr>
          <w:b/>
          <w:bCs/>
        </w:rPr>
        <w:t xml:space="preserve">of which were being detached and hurriedly removed.</w:t>
      </w:r>
      <w:r>
        <w:br/>
      </w:r>
      <w:r>
        <w:t xml:space="preserve">    (a) makes possible</w:t>
      </w:r>
      <w:r>
        <w:br/>
      </w:r>
      <w:r>
        <w:t xml:space="preserve">    (b) leaps or jumps</w:t>
      </w:r>
      <w:r>
        <w:br/>
      </w:r>
      <w:r>
        <w:t xml:space="preserve">    (c) makes flexible</w:t>
      </w:r>
    </w:p>
    <w:p>
      <w:pPr>
        <w:pStyle w:val="Compact"/>
        <w:numPr>
          <w:ilvl w:val="0"/>
          <w:numId w:val="1001"/>
        </w:numPr>
      </w:pPr>
      <w:r>
        <w:rPr>
          <w:b/>
          <w:bCs/>
        </w:rPr>
        <w:t xml:space="preserve">But to</w:t>
      </w:r>
      <w:r>
        <w:rPr>
          <w:b/>
          <w:bCs/>
        </w:rPr>
        <w:t xml:space="preserve"> </w:t>
      </w:r>
      <w:r>
        <w:rPr>
          <w:b/>
          <w:bCs/>
          <w:u w:val="single"/>
        </w:rPr>
        <w:t xml:space="preserve">forestall</w:t>
      </w:r>
      <w:r>
        <w:rPr>
          <w:b/>
          <w:bCs/>
        </w:rPr>
        <w:t xml:space="preserve"> </w:t>
      </w:r>
      <w:r>
        <w:rPr>
          <w:b/>
          <w:bCs/>
        </w:rPr>
        <w:t xml:space="preserve">the French with his whole army was impossible.</w:t>
      </w:r>
      <w:r>
        <w:br/>
      </w:r>
      <w:r>
        <w:t xml:space="preserve">    (a) to cause something to move forward</w:t>
      </w:r>
      <w:r>
        <w:br/>
      </w:r>
      <w:r>
        <w:t xml:space="preserve">    (b) prevent something by taking action</w:t>
      </w:r>
      <w:r>
        <w:br/>
      </w:r>
      <w:r>
        <w:t xml:space="preserve">    (c) make different; or show difference</w:t>
      </w:r>
    </w:p>
    <w:p>
      <w:pPr>
        <w:pStyle w:val="Compact"/>
        <w:numPr>
          <w:ilvl w:val="0"/>
          <w:numId w:val="1001"/>
        </w:numPr>
      </w:pPr>
      <w:r>
        <w:rPr>
          <w:b/>
          <w:bCs/>
        </w:rPr>
        <w:t xml:space="preserve">The soldiers were ascending the hill breathing heavily, and despite the general's presence were talking loudly and</w:t>
      </w:r>
      <w:r>
        <w:rPr>
          <w:b/>
          <w:bCs/>
        </w:rPr>
        <w:t xml:space="preserve"> </w:t>
      </w:r>
      <w:r>
        <w:rPr>
          <w:b/>
          <w:bCs/>
          <w:u w:val="single"/>
        </w:rPr>
        <w:t xml:space="preserve">gesticulating</w:t>
      </w:r>
      <w:r>
        <w:rPr>
          <w:b/>
          <w:bCs/>
        </w:rPr>
        <w:t xml:space="preserve">.</w:t>
      </w:r>
      <w:r>
        <w:br/>
      </w:r>
      <w:r>
        <w:t xml:space="preserve">    (a) making gestures (hand or body movements) while speaking or to express something</w:t>
      </w:r>
      <w:r>
        <w:br/>
      </w:r>
      <w:r>
        <w:t xml:space="preserve">    (b) surgically interrupting nerve tracts to and from the frontal lobe of the brain</w:t>
      </w:r>
      <w:r>
        <w:br/>
      </w:r>
      <w:r>
        <w:t xml:space="preserve">    (c) releasing from slavery or servitude; or (metaphorically) from social restraints</w:t>
      </w:r>
    </w:p>
    <w:p>
      <w:pPr>
        <w:pStyle w:val="Compact"/>
        <w:numPr>
          <w:ilvl w:val="0"/>
          <w:numId w:val="1001"/>
        </w:numPr>
      </w:pPr>
      <w:r>
        <w:rPr>
          <w:b/>
          <w:bCs/>
        </w:rPr>
        <w:t xml:space="preserve">The troops of the left flank, infantry and hussars alike, felt that the commander did not himself know what to do, and this</w:t>
      </w:r>
      <w:r>
        <w:rPr>
          <w:b/>
          <w:bCs/>
        </w:rPr>
        <w:t xml:space="preserve"> </w:t>
      </w:r>
      <w:r>
        <w:rPr>
          <w:b/>
          <w:bCs/>
          <w:u w:val="single"/>
        </w:rPr>
        <w:t xml:space="preserve">irresolution</w:t>
      </w:r>
      <w:r>
        <w:rPr>
          <w:b/>
          <w:bCs/>
        </w:rPr>
        <w:t xml:space="preserve"> </w:t>
      </w:r>
      <w:r>
        <w:rPr>
          <w:b/>
          <w:bCs/>
        </w:rPr>
        <w:t xml:space="preserve">communicated itself to the men.</w:t>
      </w:r>
      <w:r>
        <w:br/>
      </w:r>
      <w:r>
        <w:t xml:space="preserve">    (a) uncertain how to act or proceed</w:t>
      </w:r>
      <w:r>
        <w:br/>
      </w:r>
      <w:r>
        <w:t xml:space="preserve">    (b) where attention is concentrated</w:t>
      </w:r>
      <w:r>
        <w:br/>
      </w:r>
      <w:r>
        <w:t xml:space="preserve">    (c) calculating or judging too high</w:t>
      </w:r>
    </w:p>
    <w:p>
      <w:pPr>
        <w:pStyle w:val="Compact"/>
        <w:numPr>
          <w:ilvl w:val="0"/>
          <w:numId w:val="1001"/>
        </w:numPr>
      </w:pPr>
      <w:r>
        <w:rPr>
          <w:b/>
          <w:bCs/>
        </w:rPr>
        <w:t xml:space="preserve">"Can something bad have happened to me?" he wondered as he got up: and at that moment he felt that something</w:t>
      </w:r>
      <w:r>
        <w:rPr>
          <w:b/>
          <w:bCs/>
        </w:rPr>
        <w:t xml:space="preserve"> </w:t>
      </w:r>
      <w:r>
        <w:rPr>
          <w:b/>
          <w:bCs/>
          <w:u w:val="single"/>
        </w:rPr>
        <w:t xml:space="preserve">superfluous</w:t>
      </w:r>
      <w:r>
        <w:rPr>
          <w:b/>
          <w:bCs/>
        </w:rPr>
        <w:t xml:space="preserve"> </w:t>
      </w:r>
      <w:r>
        <w:rPr>
          <w:b/>
          <w:bCs/>
        </w:rPr>
        <w:t xml:space="preserve">was hanging on his benumbed left arm.</w:t>
      </w:r>
      <w:r>
        <w:br/>
      </w:r>
      <w:r>
        <w:t xml:space="preserve">    (a) without purpose, job, or natural activity</w:t>
      </w:r>
      <w:r>
        <w:br/>
      </w:r>
      <w:r>
        <w:t xml:space="preserve">    (b) more than is needed, desired, or required</w:t>
      </w:r>
      <w:r>
        <w:br/>
      </w:r>
      <w:r>
        <w:t xml:space="preserve">    (c) the quality of being sensible and careful</w:t>
      </w:r>
    </w:p>
    <w:p>
      <w:pPr>
        <w:pStyle w:val="Compact"/>
        <w:numPr>
          <w:ilvl w:val="0"/>
          <w:numId w:val="1001"/>
        </w:numPr>
      </w:pPr>
      <w:r>
        <w:rPr>
          <w:b/>
          <w:bCs/>
        </w:rPr>
        <w:t xml:space="preserve">What also</w:t>
      </w:r>
      <w:r>
        <w:rPr>
          <w:b/>
          <w:bCs/>
        </w:rPr>
        <w:t xml:space="preserve"> </w:t>
      </w:r>
      <w:r>
        <w:rPr>
          <w:b/>
          <w:bCs/>
          <w:u w:val="single"/>
        </w:rPr>
        <w:t xml:space="preserve">conduced</w:t>
      </w:r>
      <w:r>
        <w:rPr>
          <w:b/>
          <w:bCs/>
        </w:rPr>
        <w:t xml:space="preserve"> </w:t>
      </w:r>
      <w:r>
        <w:rPr>
          <w:b/>
          <w:bCs/>
        </w:rPr>
        <w:t xml:space="preserve">to Bagration's being selected as Moscow's hero was the fact that he had no connections in the city and was a stranger there.</w:t>
      </w:r>
      <w:r>
        <w:br/>
      </w:r>
      <w:r>
        <w:t xml:space="preserve">    (a) expelled or gotten rid of</w:t>
      </w:r>
      <w:r>
        <w:br/>
      </w:r>
      <w:r>
        <w:t xml:space="preserve">    (b) contributed (to a result)</w:t>
      </w:r>
      <w:r>
        <w:br/>
      </w:r>
      <w:r>
        <w:t xml:space="preserve">    (c) thought -- possibly aloud</w:t>
      </w:r>
    </w:p>
    <w:p>
      <w:pPr>
        <w:pStyle w:val="Compact"/>
        <w:numPr>
          <w:ilvl w:val="0"/>
          <w:numId w:val="1001"/>
        </w:numPr>
      </w:pPr>
      <w:r>
        <w:rPr>
          <w:b/>
          <w:bCs/>
        </w:rPr>
        <w:t xml:space="preserve">Nicholas and Denisov were walking up and down, looking with kindly</w:t>
      </w:r>
      <w:r>
        <w:rPr>
          <w:b/>
          <w:bCs/>
        </w:rPr>
        <w:t xml:space="preserve"> </w:t>
      </w:r>
      <w:r>
        <w:rPr>
          <w:b/>
          <w:bCs/>
          <w:u w:val="single"/>
        </w:rPr>
        <w:t xml:space="preserve">patronage</w:t>
      </w:r>
      <w:r>
        <w:rPr>
          <w:b/>
          <w:bCs/>
        </w:rPr>
        <w:t xml:space="preserve"> </w:t>
      </w:r>
      <w:r>
        <w:rPr>
          <w:b/>
          <w:bCs/>
        </w:rPr>
        <w:t xml:space="preserve">at the dancers.</w:t>
      </w:r>
      <w:r>
        <w:br/>
      </w:r>
      <w:r>
        <w:t xml:space="preserve">    (a) lowest legal hourly pay</w:t>
      </w:r>
      <w:r>
        <w:br/>
      </w:r>
      <w:r>
        <w:t xml:space="preserve">    (b) support or favor given</w:t>
      </w:r>
      <w:r>
        <w:br/>
      </w:r>
      <w:r>
        <w:t xml:space="preserve">    (c) belief in a single God</w:t>
      </w:r>
    </w:p>
    <w:p>
      <w:pPr>
        <w:pStyle w:val="Compact"/>
        <w:numPr>
          <w:ilvl w:val="0"/>
          <w:numId w:val="1001"/>
        </w:numPr>
      </w:pPr>
      <w:r>
        <w:rPr>
          <w:b/>
          <w:bCs/>
        </w:rPr>
        <w:t xml:space="preserve">Yet in this very</w:t>
      </w:r>
      <w:r>
        <w:rPr>
          <w:b/>
          <w:bCs/>
        </w:rPr>
        <w:t xml:space="preserve"> </w:t>
      </w:r>
      <w:r>
        <w:rPr>
          <w:b/>
          <w:bCs/>
          <w:u w:val="single"/>
        </w:rPr>
        <w:t xml:space="preserve">repugnance</w:t>
      </w:r>
      <w:r>
        <w:rPr>
          <w:b/>
          <w:bCs/>
        </w:rPr>
        <w:t xml:space="preserve"> </w:t>
      </w:r>
      <w:r>
        <w:rPr>
          <w:b/>
          <w:bCs/>
        </w:rPr>
        <w:t xml:space="preserve">to all his circumstances Pierre found a kind of tantalizing satisfaction.</w:t>
      </w:r>
      <w:r>
        <w:br/>
      </w:r>
      <w:r>
        <w:t xml:space="preserve">    (a) dissatisfaction</w:t>
      </w:r>
      <w:r>
        <w:br/>
      </w:r>
      <w:r>
        <w:t xml:space="preserve">    (b) discouragement</w:t>
      </w:r>
      <w:r>
        <w:br/>
      </w:r>
      <w:r>
        <w:t xml:space="preserve">    (c) strong disgust</w:t>
      </w:r>
    </w:p>
    <w:p>
      <w:pPr>
        <w:pStyle w:val="Compact"/>
        <w:numPr>
          <w:ilvl w:val="0"/>
          <w:numId w:val="1001"/>
        </w:numPr>
      </w:pPr>
      <w:r>
        <w:rPr>
          <w:b/>
          <w:bCs/>
        </w:rPr>
        <w:t xml:space="preserve">the view of life you mention, and which you think is the result of your own mental efforts, is the one held by the majority of people, and is the invariable fruit of pride,</w:t>
      </w:r>
      <w:r>
        <w:rPr>
          <w:b/>
          <w:bCs/>
        </w:rPr>
        <w:t xml:space="preserve"> </w:t>
      </w:r>
      <w:r>
        <w:rPr>
          <w:b/>
          <w:bCs/>
          <w:u w:val="single"/>
        </w:rPr>
        <w:t xml:space="preserve">indolence</w:t>
      </w:r>
      <w:r>
        <w:rPr>
          <w:b/>
          <w:bCs/>
        </w:rPr>
        <w:t xml:space="preserve">, and ignorance.</w:t>
      </w:r>
      <w:r>
        <w:br/>
      </w:r>
      <w:r>
        <w:t xml:space="preserve">    (a) not real</w:t>
      </w:r>
      <w:r>
        <w:br/>
      </w:r>
      <w:r>
        <w:t xml:space="preserve">    (b) allowing</w:t>
      </w:r>
      <w:r>
        <w:br/>
      </w:r>
      <w:r>
        <w:t xml:space="preserve">    (c) laziness</w:t>
      </w:r>
    </w:p>
    <w:p>
      <w:pPr>
        <w:pStyle w:val="Compact"/>
        <w:numPr>
          <w:ilvl w:val="0"/>
          <w:numId w:val="1001"/>
        </w:numPr>
      </w:pPr>
      <w:r>
        <w:rPr>
          <w:b/>
          <w:bCs/>
        </w:rPr>
        <w:t xml:space="preserve">"Yes, I never thought of it, but I have led a</w:t>
      </w:r>
      <w:r>
        <w:rPr>
          <w:b/>
          <w:bCs/>
        </w:rPr>
        <w:t xml:space="preserve"> </w:t>
      </w:r>
      <w:r>
        <w:rPr>
          <w:b/>
          <w:bCs/>
          <w:u w:val="single"/>
        </w:rPr>
        <w:t xml:space="preserve">contemptible</w:t>
      </w:r>
      <w:r>
        <w:rPr>
          <w:b/>
          <w:bCs/>
        </w:rPr>
        <w:t xml:space="preserve"> </w:t>
      </w:r>
      <w:r>
        <w:rPr>
          <w:b/>
          <w:bCs/>
        </w:rPr>
        <w:t xml:space="preserve">and profligate life, though I did not like it and did not want to," thought Pierre.</w:t>
      </w:r>
      <w:r>
        <w:br/>
      </w:r>
      <w:r>
        <w:t xml:space="preserve">    (a) the quality or degree of not being straightforward</w:t>
      </w:r>
      <w:r>
        <w:br/>
      </w:r>
      <w:r>
        <w:t xml:space="preserve">    (b) aka analytic -- relating to a theory of psychiatry</w:t>
      </w:r>
      <w:r>
        <w:br/>
      </w:r>
      <w:r>
        <w:t xml:space="preserve">    (c) deserving no respect (worthless or of bad quality)</w:t>
      </w:r>
    </w:p>
    <w:p>
      <w:pPr>
        <w:pStyle w:val="Compact"/>
        <w:numPr>
          <w:ilvl w:val="0"/>
          <w:numId w:val="1001"/>
        </w:numPr>
      </w:pPr>
      <w:r>
        <w:rPr>
          <w:b/>
          <w:bCs/>
        </w:rPr>
        <w:t xml:space="preserve">Boris did not appear to notice the</w:t>
      </w:r>
      <w:r>
        <w:rPr>
          <w:b/>
          <w:bCs/>
        </w:rPr>
        <w:t xml:space="preserve"> </w:t>
      </w:r>
      <w:r>
        <w:rPr>
          <w:b/>
          <w:bCs/>
          <w:u w:val="single"/>
        </w:rPr>
        <w:t xml:space="preserve">constraint</w:t>
      </w:r>
      <w:r>
        <w:rPr>
          <w:b/>
          <w:bCs/>
        </w:rPr>
        <w:t xml:space="preserve"> </w:t>
      </w:r>
      <w:r>
        <w:rPr>
          <w:b/>
          <w:bCs/>
        </w:rPr>
        <w:t xml:space="preserve">the newcomer produced and, with the same pleasant composure and the same veiled look in his eyes with which he had met Rostov, tried to enliven the conversation.</w:t>
      </w:r>
      <w:r>
        <w:br/>
      </w:r>
      <w:r>
        <w:t xml:space="preserve">    (a) something that limits something else</w:t>
      </w:r>
      <w:r>
        <w:br/>
      </w:r>
      <w:r>
        <w:t xml:space="preserve">    (b) a Muslim religious teacher or leader</w:t>
      </w:r>
      <w:r>
        <w:br/>
      </w:r>
      <w:r>
        <w:t xml:space="preserve">    (c) lacking experience or sophistication</w:t>
      </w:r>
    </w:p>
    <w:p>
      <w:pPr>
        <w:pStyle w:val="Compact"/>
        <w:numPr>
          <w:ilvl w:val="0"/>
          <w:numId w:val="1001"/>
        </w:numPr>
      </w:pPr>
      <w:r>
        <w:rPr>
          <w:b/>
          <w:bCs/>
        </w:rPr>
        <w:t xml:space="preserve">"But I never said a word about the Emperor!" said the officer, justifying himself, and unable to understand Rostov's outburst, except on the</w:t>
      </w:r>
      <w:r>
        <w:rPr>
          <w:b/>
          <w:bCs/>
        </w:rPr>
        <w:t xml:space="preserve"> </w:t>
      </w:r>
      <w:r>
        <w:rPr>
          <w:b/>
          <w:bCs/>
          <w:u w:val="single"/>
        </w:rPr>
        <w:t xml:space="preserve">supposition</w:t>
      </w:r>
      <w:r>
        <w:rPr>
          <w:b/>
          <w:bCs/>
        </w:rPr>
        <w:t xml:space="preserve"> </w:t>
      </w:r>
      <w:r>
        <w:rPr>
          <w:b/>
          <w:bCs/>
        </w:rPr>
        <w:t xml:space="preserve">that he was drunk.</w:t>
      </w:r>
      <w:r>
        <w:br/>
      </w:r>
      <w:r>
        <w:t xml:space="preserve">    (a) nerve cells running from the base of the skull to the lower back and enclosed by vertebrae in adults</w:t>
      </w:r>
      <w:r>
        <w:br/>
      </w:r>
      <w:r>
        <w:t xml:space="preserve">    (b) something supposed (rather than something known to be so) -- such as a disputed belief or assumption</w:t>
      </w:r>
      <w:r>
        <w:br/>
      </w:r>
      <w:r>
        <w:t xml:space="preserve">    (c) a powerful stimulant drug that increases activity in the brain and nervous system -- often addictive</w:t>
      </w:r>
    </w:p>
    <w:p>
      <w:pPr>
        <w:pStyle w:val="Compact"/>
        <w:numPr>
          <w:ilvl w:val="0"/>
          <w:numId w:val="1001"/>
        </w:numPr>
      </w:pPr>
      <w:r>
        <w:rPr>
          <w:b/>
          <w:bCs/>
        </w:rPr>
        <w:t xml:space="preserve">He alone did not obey the law of</w:t>
      </w:r>
      <w:r>
        <w:rPr>
          <w:b/>
          <w:bCs/>
        </w:rPr>
        <w:t xml:space="preserve"> </w:t>
      </w:r>
      <w:r>
        <w:rPr>
          <w:b/>
          <w:bCs/>
          <w:u w:val="single"/>
        </w:rPr>
        <w:t xml:space="preserve">immutability</w:t>
      </w:r>
      <w:r>
        <w:rPr>
          <w:b/>
          <w:bCs/>
        </w:rPr>
        <w:t xml:space="preserve"> </w:t>
      </w:r>
      <w:r>
        <w:rPr>
          <w:b/>
          <w:bCs/>
        </w:rPr>
        <w:t xml:space="preserve">in the enchanted, sleeping castle.</w:t>
      </w:r>
      <w:r>
        <w:br/>
      </w:r>
      <w:r>
        <w:t xml:space="preserve">    (a) the quality of being unchangeable</w:t>
      </w:r>
      <w:r>
        <w:br/>
      </w:r>
      <w:r>
        <w:t xml:space="preserve">    (b) interacts, interests, or attracts</w:t>
      </w:r>
      <w:r>
        <w:br/>
      </w:r>
      <w:r>
        <w:t xml:space="preserve">    (c) because of a basic rule or belief</w:t>
      </w:r>
    </w:p>
    <w:p>
      <w:pPr>
        <w:pStyle w:val="Compact"/>
        <w:numPr>
          <w:ilvl w:val="0"/>
          <w:numId w:val="1001"/>
        </w:numPr>
      </w:pPr>
      <w:r>
        <w:rPr>
          <w:b/>
          <w:bCs/>
        </w:rPr>
        <w:t xml:space="preserve">As generally happens, Pierre did not feel the full effects of the physical</w:t>
      </w:r>
      <w:r>
        <w:rPr>
          <w:b/>
          <w:bCs/>
        </w:rPr>
        <w:t xml:space="preserve"> </w:t>
      </w:r>
      <w:r>
        <w:rPr>
          <w:b/>
          <w:bCs/>
          <w:u w:val="single"/>
        </w:rPr>
        <w:t xml:space="preserve">privation</w:t>
      </w:r>
      <w:r>
        <w:rPr>
          <w:b/>
          <w:bCs/>
        </w:rPr>
        <w:t xml:space="preserve"> </w:t>
      </w:r>
      <w:r>
        <w:rPr>
          <w:b/>
          <w:bCs/>
        </w:rPr>
        <w:t xml:space="preserve">and strain he had suffered as prisoner until after they were over.</w:t>
      </w:r>
      <w:r>
        <w:br/>
      </w:r>
      <w:r>
        <w:t xml:space="preserve">    (a) the state of not being in danger of suffering from something</w:t>
      </w:r>
      <w:r>
        <w:br/>
      </w:r>
      <w:r>
        <w:t xml:space="preserve">    (b) lack of basic things needed to live in a satisfactory manner</w:t>
      </w:r>
      <w:r>
        <w:br/>
      </w:r>
      <w:r>
        <w:t xml:space="preserve">    (c) tile designed to affect noise -- typically to decrease noise</w:t>
      </w:r>
    </w:p>
    <w:p>
      <w:pPr>
        <w:pStyle w:val="Compact"/>
        <w:numPr>
          <w:ilvl w:val="0"/>
          <w:numId w:val="1001"/>
        </w:numPr>
      </w:pPr>
      <w:r>
        <w:rPr>
          <w:b/>
          <w:bCs/>
        </w:rPr>
        <w:t xml:space="preserve">We learn that Luther had a hot temper and said such and such things; we learn that Rousseau was suspicious and wrote such and such books; but we do not learn why after</w:t>
      </w:r>
      <w:r>
        <w:rPr>
          <w:b/>
          <w:bCs/>
        </w:rPr>
        <w:t xml:space="preserve"> </w:t>
      </w:r>
      <w:r>
        <w:rPr>
          <w:b/>
          <w:bCs/>
          <w:u w:val="single"/>
        </w:rPr>
        <w:t xml:space="preserve">the Reformation</w:t>
      </w:r>
      <w:r>
        <w:rPr>
          <w:b/>
          <w:bCs/>
        </w:rPr>
        <w:t xml:space="preserve"> </w:t>
      </w:r>
      <w:r>
        <w:rPr>
          <w:b/>
          <w:bCs/>
        </w:rPr>
        <w:t xml:space="preserve">the peoples massacred one another, nor why during the French Revolution they guillotined one another.</w:t>
      </w:r>
      <w:r>
        <w:br/>
      </w:r>
      <w:r>
        <w:t xml:space="preserve">    (a) obsessive-compulsive disorder -- an anxiety disorder characterized by recurrent and persistent thoughts and feelings and repetitive, ritualized behaviors</w:t>
      </w:r>
      <w:r>
        <w:br/>
      </w:r>
      <w:r>
        <w:t xml:space="preserve">    (b) 16th century efforts to reform the Catholic Church which led to major protestant denominations</w:t>
      </w:r>
      <w:r>
        <w:br/>
      </w:r>
      <w:r>
        <w:t xml:space="preserve">    (c) a therapist who tries to have a quick impact on patient behavior without necessarily understanding the underlying reasons for the undesirable behavior</w:t>
      </w:r>
    </w:p>
    <w:p>
      <w:pPr>
        <w:pStyle w:val="Compact"/>
        <w:numPr>
          <w:ilvl w:val="0"/>
          <w:numId w:val="1001"/>
        </w:numPr>
      </w:pPr>
      <w:r>
        <w:rPr>
          <w:b/>
          <w:bCs/>
        </w:rPr>
        <w:t xml:space="preserve">The theory seems irrefutable just because the act of</w:t>
      </w:r>
      <w:r>
        <w:rPr>
          <w:b/>
          <w:bCs/>
        </w:rPr>
        <w:t xml:space="preserve"> </w:t>
      </w:r>
      <w:r>
        <w:rPr>
          <w:b/>
          <w:bCs/>
          <w:u w:val="single"/>
        </w:rPr>
        <w:t xml:space="preserve">transference</w:t>
      </w:r>
      <w:r>
        <w:rPr>
          <w:b/>
          <w:bCs/>
        </w:rPr>
        <w:t xml:space="preserve"> </w:t>
      </w:r>
      <w:r>
        <w:rPr>
          <w:b/>
          <w:bCs/>
        </w:rPr>
        <w:t xml:space="preserve">of the people's will cannot be verified, for it never occurred.</w:t>
      </w:r>
      <w:r>
        <w:br/>
      </w:r>
      <w:r>
        <w:t xml:space="preserve">    (a) the process whereby emotions are passed on or displaced from one person to another -- especially to the therapist</w:t>
      </w:r>
      <w:r>
        <w:br/>
      </w:r>
      <w:r>
        <w:t xml:space="preserve">    (b) something that is different than others of its type (synonyms could include: adaptation, version, alternate form)</w:t>
      </w:r>
      <w:r>
        <w:br/>
      </w:r>
      <w:r>
        <w:t xml:space="preserve">    (c) a threadlike structure in the cell nucleus that carries genes in a linear order that determines biological traits</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2026-07-31T14:37:38Z</dcterms:created>
  <dcterms:modified xsi:type="dcterms:W3CDTF">2026-07-31T14:37:38Z</dcterms:modified>
</cp:coreProperties>
</file>

<file path=docProps/custom.xml><?xml version="1.0" encoding="utf-8"?>
<Properties xmlns="http://schemas.openxmlformats.org/officeDocument/2006/custom-properties" xmlns:vt="http://schemas.openxmlformats.org/officeDocument/2006/docPropsVTypes"/>
</file>