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04c933b9cf8156177b0df238f7ff25fb7e2d3c7"/>
    <w:p>
      <w:pPr>
        <w:pStyle w:val="Heading1"/>
      </w:pPr>
      <w:r>
        <w:rPr>
          <w:b/>
          <w:bCs/>
        </w:rPr>
        <w:t xml:space="preserve">Walkabout</w:t>
      </w:r>
      <w:r>
        <w:br/>
      </w:r>
      <w:r>
        <w:rPr>
          <w:i/>
          <w:iCs/>
        </w:rPr>
        <w:t xml:space="preserve">James Vance Marshall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has scheduled a news conference to respond to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appalling</w:t>
      </w:r>
      <w:r>
        <w:rPr>
          <w:b/>
          <w:bCs/>
        </w:rPr>
        <w:t xml:space="preserve"> </w:t>
      </w:r>
      <w:r>
        <w:rPr>
          <w:b/>
          <w:bCs/>
        </w:rPr>
        <w:t xml:space="preserve">accusations.</w:t>
      </w:r>
      <w:r>
        <w:br/>
      </w:r>
      <w:r>
        <w:t xml:space="preserve">    (a) horrible</w:t>
      </w:r>
      <w:r>
        <w:br/>
      </w:r>
      <w:r>
        <w:t xml:space="preserve">    (b) false</w:t>
      </w:r>
      <w:r>
        <w:br/>
      </w:r>
      <w:r>
        <w:t xml:space="preserve">    (c) foolish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won one of those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bizarre</w:t>
      </w:r>
      <w:r>
        <w:rPr>
          <w:b/>
          <w:bCs/>
        </w:rPr>
        <w:t xml:space="preserve"> </w:t>
      </w:r>
      <w:r>
        <w:rPr>
          <w:b/>
          <w:bCs/>
        </w:rPr>
        <w:t xml:space="preserve">contests designed by Guinness Book of World Records.</w:t>
      </w:r>
      <w:r>
        <w:br/>
      </w:r>
      <w:r>
        <w:t xml:space="preserve">    (a) critical (full of criticism)</w:t>
      </w:r>
      <w:r>
        <w:br/>
      </w:r>
      <w:r>
        <w:t xml:space="preserve">    (b) exceedingly odd or unusual</w:t>
      </w:r>
      <w:r>
        <w:br/>
      </w:r>
      <w:r>
        <w:t xml:space="preserve">    (c) present in great quantity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judge praised the witnesses for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clarity</w:t>
      </w:r>
      <w:r>
        <w:rPr>
          <w:b/>
          <w:bCs/>
        </w:rPr>
        <w:t xml:space="preserve"> </w:t>
      </w:r>
      <w:r>
        <w:rPr>
          <w:b/>
          <w:bCs/>
        </w:rPr>
        <w:t xml:space="preserve">of their testimony.</w:t>
      </w:r>
      <w:r>
        <w:br/>
      </w:r>
      <w:r>
        <w:t xml:space="preserve">    (a) briefness</w:t>
      </w:r>
      <w:r>
        <w:br/>
      </w:r>
      <w:r>
        <w:t xml:space="preserve">    (b) courage</w:t>
      </w:r>
      <w:r>
        <w:br/>
      </w:r>
      <w:r>
        <w:t xml:space="preserve">    (c) clearness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Alternating walk and rest was more beneficial than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continuous</w:t>
      </w:r>
      <w:r>
        <w:rPr>
          <w:b/>
          <w:bCs/>
        </w:rPr>
        <w:t xml:space="preserve"> </w:t>
      </w:r>
      <w:r>
        <w:rPr>
          <w:b/>
          <w:bCs/>
        </w:rPr>
        <w:t xml:space="preserve">walking for people with Type 2 diabetes.</w:t>
      </w:r>
      <w:r>
        <w:br/>
      </w:r>
      <w:r>
        <w:t xml:space="preserve">    (a) uninterrupted</w:t>
      </w:r>
      <w:r>
        <w:br/>
      </w:r>
      <w:r>
        <w:t xml:space="preserve">    (b) scheduled</w:t>
      </w:r>
      <w:r>
        <w:br/>
      </w:r>
      <w:r>
        <w:t xml:space="preserve">    (c) occasional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the incident, support for the policy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ebbed</w:t>
      </w:r>
      <w:r>
        <w:rPr>
          <w:b/>
          <w:bCs/>
        </w:rPr>
        <w:t xml:space="preserve">.</w:t>
      </w:r>
      <w:r>
        <w:br/>
      </w:r>
      <w:r>
        <w:t xml:space="preserve">    (a) declined</w:t>
      </w:r>
      <w:r>
        <w:br/>
      </w:r>
      <w:r>
        <w:t xml:space="preserve">    (b) increased</w:t>
      </w:r>
      <w:r>
        <w:br/>
      </w:r>
      <w:r>
        <w:t xml:space="preserve">    (c) disappeared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ebullient</w:t>
      </w:r>
      <w:r>
        <w:rPr>
          <w:b/>
          <w:bCs/>
        </w:rPr>
        <w:t xml:space="preserve"> </w:t>
      </w:r>
      <w:r>
        <w:rPr>
          <w:b/>
          <w:bCs/>
        </w:rPr>
        <w:t xml:space="preserve">crowd cheered and danced after the win.</w:t>
      </w:r>
      <w:r>
        <w:br/>
      </w:r>
      <w:r>
        <w:t xml:space="preserve">    (a) deeply embarrassed</w:t>
      </w:r>
      <w:r>
        <w:br/>
      </w:r>
      <w:r>
        <w:t xml:space="preserve">    (b) cheerfully excited</w:t>
      </w:r>
      <w:r>
        <w:br/>
      </w:r>
      <w:r>
        <w:t xml:space="preserve">    (c) quietly suspicious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like to rest my eyes by periodically looking up from the computer and gazing out the window at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foliage</w:t>
      </w:r>
      <w:r>
        <w:rPr>
          <w:b/>
          <w:bCs/>
        </w:rPr>
        <w:t xml:space="preserve">.</w:t>
      </w:r>
      <w:r>
        <w:br/>
      </w:r>
      <w:r>
        <w:t xml:space="preserve">    (a) birds</w:t>
      </w:r>
      <w:r>
        <w:br/>
      </w:r>
      <w:r>
        <w:t xml:space="preserve">    (b) plant leaves</w:t>
      </w:r>
      <w:r>
        <w:br/>
      </w:r>
      <w:r>
        <w:t xml:space="preserve">    (c) clouds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It's a 300-page report, but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gist</w:t>
      </w:r>
      <w:r>
        <w:rPr>
          <w:b/>
          <w:bCs/>
        </w:rPr>
        <w:t xml:space="preserve"> </w:t>
      </w:r>
      <w:r>
        <w:rPr>
          <w:b/>
          <w:bCs/>
        </w:rPr>
        <w:t xml:space="preserve">of it is that the plan won't work.</w:t>
      </w:r>
      <w:r>
        <w:br/>
      </w:r>
      <w:r>
        <w:t xml:space="preserve">    (a) problem</w:t>
      </w:r>
      <w:r>
        <w:br/>
      </w:r>
      <w:r>
        <w:t xml:space="preserve">    (b) main point</w:t>
      </w:r>
      <w:r>
        <w:br/>
      </w:r>
      <w:r>
        <w:t xml:space="preserve">    (c) concern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palace was famous for its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grandeur</w:t>
      </w:r>
      <w:r>
        <w:rPr>
          <w:b/>
          <w:bCs/>
        </w:rPr>
        <w:t xml:space="preserve"> </w:t>
      </w:r>
      <w:r>
        <w:rPr>
          <w:b/>
          <w:bCs/>
        </w:rPr>
        <w:t xml:space="preserve">and ornate decoration.</w:t>
      </w:r>
      <w:r>
        <w:br/>
      </w:r>
      <w:r>
        <w:t xml:space="preserve">    (a) tiny size</w:t>
      </w:r>
      <w:r>
        <w:br/>
      </w:r>
      <w:r>
        <w:t xml:space="preserve">    (b) majestic splendor</w:t>
      </w:r>
      <w:r>
        <w:br/>
      </w:r>
      <w:r>
        <w:t xml:space="preserve">    (c) shabby plainness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inquisitive</w:t>
      </w:r>
      <w:r>
        <w:rPr>
          <w:b/>
          <w:bCs/>
        </w:rPr>
        <w:t xml:space="preserve"> </w:t>
      </w:r>
      <w:r>
        <w:rPr>
          <w:b/>
          <w:bCs/>
        </w:rPr>
        <w:t xml:space="preserve">nature led her to explore every corner of the old library.</w:t>
      </w:r>
      <w:r>
        <w:br/>
      </w:r>
      <w:r>
        <w:t xml:space="preserve">    (a) curious</w:t>
      </w:r>
      <w:r>
        <w:br/>
      </w:r>
      <w:r>
        <w:t xml:space="preserve">    (b) nervous</w:t>
      </w:r>
      <w:r>
        <w:br/>
      </w:r>
      <w:r>
        <w:t xml:space="preserve">    (c) forgetful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tripped on a thick tree root that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jutted out</w:t>
      </w:r>
      <w:r>
        <w:rPr>
          <w:b/>
          <w:bCs/>
        </w:rPr>
        <w:t xml:space="preserve"> </w:t>
      </w:r>
      <w:r>
        <w:rPr>
          <w:b/>
          <w:bCs/>
        </w:rPr>
        <w:t xml:space="preserve">across the muddy path.</w:t>
      </w:r>
      <w:r>
        <w:br/>
      </w:r>
      <w:r>
        <w:t xml:space="preserve">    (a) stuck out</w:t>
      </w:r>
      <w:r>
        <w:br/>
      </w:r>
      <w:r>
        <w:t xml:space="preserve">    (b) curled up</w:t>
      </w:r>
      <w:r>
        <w:br/>
      </w:r>
      <w:r>
        <w:t xml:space="preserve">    (c) washed away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Large lunches make me feel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lethargic</w:t>
      </w:r>
      <w:r>
        <w:rPr>
          <w:b/>
          <w:bCs/>
        </w:rPr>
        <w:t xml:space="preserve"> </w:t>
      </w:r>
      <w:r>
        <w:rPr>
          <w:b/>
          <w:bCs/>
        </w:rPr>
        <w:t xml:space="preserve">in the afternoon.</w:t>
      </w:r>
      <w:r>
        <w:br/>
      </w:r>
      <w:r>
        <w:t xml:space="preserve">    (a) upset</w:t>
      </w:r>
      <w:r>
        <w:br/>
      </w:r>
      <w:r>
        <w:t xml:space="preserve">    (b) sluggish</w:t>
      </w:r>
      <w:r>
        <w:br/>
      </w:r>
      <w:r>
        <w:t xml:space="preserve">    (c) energetic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Beavers were hunted nearly to extinction for their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luxuriant</w:t>
      </w:r>
      <w:r>
        <w:rPr>
          <w:b/>
          <w:bCs/>
        </w:rPr>
        <w:t xml:space="preserve"> </w:t>
      </w:r>
      <w:r>
        <w:rPr>
          <w:b/>
          <w:bCs/>
        </w:rPr>
        <w:t xml:space="preserve">fur.</w:t>
      </w:r>
      <w:r>
        <w:br/>
      </w:r>
      <w:r>
        <w:t xml:space="preserve">    (a) thick and abundant</w:t>
      </w:r>
      <w:r>
        <w:br/>
      </w:r>
      <w:r>
        <w:t xml:space="preserve">    (b) dark brown</w:t>
      </w:r>
      <w:r>
        <w:br/>
      </w:r>
      <w:r>
        <w:t xml:space="preserve">    (c) scarce (rare)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study indicates that traffic accidents from falling asleep increase on long, straight,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monotonous</w:t>
      </w:r>
      <w:r>
        <w:rPr>
          <w:b/>
          <w:bCs/>
        </w:rPr>
        <w:t xml:space="preserve"> </w:t>
      </w:r>
      <w:r>
        <w:rPr>
          <w:b/>
          <w:bCs/>
        </w:rPr>
        <w:t xml:space="preserve">roads.</w:t>
      </w:r>
      <w:r>
        <w:br/>
      </w:r>
      <w:r>
        <w:t xml:space="preserve">    (a) boring</w:t>
      </w:r>
      <w:r>
        <w:br/>
      </w:r>
      <w:r>
        <w:t xml:space="preserve">    (b) dark</w:t>
      </w:r>
      <w:r>
        <w:br/>
      </w:r>
      <w:r>
        <w:t xml:space="preserve">    (c) narrow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area has been inhabited since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primeval</w:t>
      </w:r>
      <w:r>
        <w:rPr>
          <w:b/>
          <w:bCs/>
        </w:rPr>
        <w:t xml:space="preserve"> </w:t>
      </w:r>
      <w:r>
        <w:rPr>
          <w:b/>
          <w:bCs/>
        </w:rPr>
        <w:t xml:space="preserve">times.</w:t>
      </w:r>
      <w:r>
        <w:br/>
      </w:r>
      <w:r>
        <w:t xml:space="preserve">    (a) skillful</w:t>
      </w:r>
      <w:r>
        <w:br/>
      </w:r>
      <w:r>
        <w:t xml:space="preserve">    (b) filled</w:t>
      </w:r>
      <w:r>
        <w:br/>
      </w:r>
      <w:r>
        <w:t xml:space="preserve">    (c) ancient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a hard workout, it's good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replenish</w:t>
      </w:r>
      <w:r>
        <w:rPr>
          <w:b/>
          <w:bCs/>
        </w:rPr>
        <w:t xml:space="preserve"> </w:t>
      </w:r>
      <w:r>
        <w:rPr>
          <w:b/>
          <w:bCs/>
        </w:rPr>
        <w:t xml:space="preserve">the water and nutrients your body used up.</w:t>
      </w:r>
      <w:r>
        <w:br/>
      </w:r>
      <w:r>
        <w:t xml:space="preserve">    (a) replace</w:t>
      </w:r>
      <w:r>
        <w:br/>
      </w:r>
      <w:r>
        <w:t xml:space="preserve">    (b) measure</w:t>
      </w:r>
      <w:r>
        <w:br/>
      </w:r>
      <w:r>
        <w:t xml:space="preserve">    (c) consider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That coach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scorns</w:t>
      </w:r>
      <w:r>
        <w:rPr>
          <w:b/>
          <w:bCs/>
        </w:rPr>
        <w:t xml:space="preserve"> </w:t>
      </w:r>
      <w:r>
        <w:rPr>
          <w:b/>
          <w:bCs/>
        </w:rPr>
        <w:t xml:space="preserve">students who don't have natural ability.</w:t>
      </w:r>
      <w:r>
        <w:br/>
      </w:r>
      <w:r>
        <w:t xml:space="preserve">    (a) encourages</w:t>
      </w:r>
      <w:r>
        <w:br/>
      </w:r>
      <w:r>
        <w:t xml:space="preserve">    (b) trains</w:t>
      </w:r>
      <w:r>
        <w:br/>
      </w:r>
      <w:r>
        <w:t xml:space="preserve">    (c) disrespects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sequence</w:t>
      </w:r>
      <w:r>
        <w:rPr>
          <w:b/>
          <w:bCs/>
        </w:rPr>
        <w:t xml:space="preserve"> </w:t>
      </w:r>
      <w:r>
        <w:rPr>
          <w:b/>
          <w:bCs/>
        </w:rPr>
        <w:t xml:space="preserve">of events in the novel kept the readers engaged and eager to find out what happens next.</w:t>
      </w:r>
      <w:r>
        <w:br/>
      </w:r>
      <w:r>
        <w:t xml:space="preserve">    (a) brief summary</w:t>
      </w:r>
      <w:r>
        <w:br/>
      </w:r>
      <w:r>
        <w:t xml:space="preserve">    (b) random collection</w:t>
      </w:r>
      <w:r>
        <w:br/>
      </w:r>
      <w:r>
        <w:t xml:space="preserve">    (c) order or series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is investigating the rock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strata</w:t>
      </w:r>
      <w:r>
        <w:rPr>
          <w:b/>
          <w:bCs/>
        </w:rPr>
        <w:t xml:space="preserve"> </w:t>
      </w:r>
      <w:r>
        <w:rPr>
          <w:b/>
          <w:bCs/>
        </w:rPr>
        <w:t xml:space="preserve">to better understand the Antarctic ice sheet.</w:t>
      </w:r>
      <w:r>
        <w:br/>
      </w:r>
      <w:r>
        <w:t xml:space="preserve">    (a) layers</w:t>
      </w:r>
      <w:r>
        <w:br/>
      </w:r>
      <w:r>
        <w:t xml:space="preserve">    (b) erosion</w:t>
      </w:r>
      <w:r>
        <w:br/>
      </w:r>
      <w:r>
        <w:t xml:space="preserve">    (c) hardness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You need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vanquish</w:t>
      </w:r>
      <w:r>
        <w:rPr>
          <w:b/>
          <w:bCs/>
        </w:rPr>
        <w:t xml:space="preserve"> </w:t>
      </w:r>
      <w:r>
        <w:rPr>
          <w:b/>
          <w:bCs/>
        </w:rPr>
        <w:t xml:space="preserve">those negative thoughts and think about good things.</w:t>
      </w:r>
      <w:r>
        <w:br/>
      </w:r>
      <w:r>
        <w:t xml:space="preserve">    (a) gently ease</w:t>
      </w:r>
      <w:r>
        <w:br/>
      </w:r>
      <w:r>
        <w:t xml:space="preserve">    (b) gently persuade</w:t>
      </w:r>
      <w:r>
        <w:br/>
      </w:r>
      <w:r>
        <w:t xml:space="preserve">    (c) completely defeat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2026-07-31T17:00:26Z</dcterms:created>
  <dcterms:modified xsi:type="dcterms:W3CDTF">2026-07-31T17:00:26Z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