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d051acca22ff14cee169d81c681f9e7751abd72"/>
    <w:p>
      <w:pPr>
        <w:pStyle w:val="Heading1"/>
      </w:pPr>
      <w:r>
        <w:rPr>
          <w:b/>
          <w:bCs/>
        </w:rPr>
        <w:t xml:space="preserve">Walkabout</w:t>
      </w:r>
      <w:r>
        <w:br/>
      </w:r>
      <w:r>
        <w:rPr>
          <w:i/>
          <w:iCs/>
        </w:rPr>
        <w:t xml:space="preserve">James Vance Marshall</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She felt the tension</w:t>
      </w:r>
      <w:r>
        <w:rPr>
          <w:b/>
          <w:bCs/>
        </w:rPr>
        <w:t xml:space="preserve"> </w:t>
      </w:r>
      <w:r>
        <w:rPr>
          <w:b/>
          <w:bCs/>
          <w:u w:val="single"/>
        </w:rPr>
        <w:t xml:space="preserve">ebb</w:t>
      </w:r>
      <w:r>
        <w:rPr>
          <w:b/>
          <w:bCs/>
        </w:rPr>
        <w:t xml:space="preserve"> </w:t>
      </w:r>
      <w:r>
        <w:rPr>
          <w:b/>
          <w:bCs/>
        </w:rPr>
        <w:t xml:space="preserve">slowly out of him, the trembling die gradually away.</w:t>
      </w:r>
      <w:r>
        <w:br/>
      </w:r>
      <w:r>
        <w:t xml:space="preserve">    (a) a large structure separate from a main structure or temporary</w:t>
      </w:r>
      <w:r>
        <w:br/>
      </w:r>
      <w:r>
        <w:t xml:space="preserve">    (b) make something more attractive or interesting by adding to it</w:t>
      </w:r>
      <w:r>
        <w:br/>
      </w:r>
      <w:r>
        <w:t xml:space="preserve">    (c) decline -- typically gradually as with the height of the tide</w:t>
      </w:r>
    </w:p>
    <w:p>
      <w:pPr>
        <w:pStyle w:val="Compact"/>
        <w:numPr>
          <w:ilvl w:val="0"/>
          <w:numId w:val="1001"/>
        </w:numPr>
      </w:pPr>
      <w:r>
        <w:rPr>
          <w:b/>
          <w:bCs/>
        </w:rPr>
        <w:t xml:space="preserve">It opened wide its beak, and a</w:t>
      </w:r>
      <w:r>
        <w:rPr>
          <w:b/>
          <w:bCs/>
        </w:rPr>
        <w:t xml:space="preserve"> </w:t>
      </w:r>
      <w:r>
        <w:rPr>
          <w:b/>
          <w:bCs/>
          <w:u w:val="single"/>
        </w:rPr>
        <w:t xml:space="preserve">continuous</w:t>
      </w:r>
      <w:r>
        <w:rPr>
          <w:b/>
          <w:bCs/>
        </w:rPr>
        <w:t xml:space="preserve"> </w:t>
      </w:r>
      <w:r>
        <w:rPr>
          <w:b/>
          <w:bCs/>
        </w:rPr>
        <w:t xml:space="preserve">flow of grating, unmelodious notes shattered the calm of the gully.</w:t>
      </w:r>
      <w:r>
        <w:br/>
      </w:r>
      <w:r>
        <w:t xml:space="preserve">    (a) pertaining to the working together of different religious groups</w:t>
      </w:r>
      <w:r>
        <w:br/>
      </w:r>
      <w:r>
        <w:t xml:space="preserve">    (b) the state of being capable of thought, self-reflection, and will</w:t>
      </w:r>
      <w:r>
        <w:br/>
      </w:r>
      <w:r>
        <w:t xml:space="preserve">    (c) continuing in time or space without interruption or irregularity</w:t>
      </w:r>
    </w:p>
    <w:p>
      <w:pPr>
        <w:pStyle w:val="Compact"/>
        <w:numPr>
          <w:ilvl w:val="0"/>
          <w:numId w:val="1001"/>
        </w:numPr>
      </w:pPr>
      <w:r>
        <w:rPr>
          <w:b/>
          <w:bCs/>
        </w:rPr>
        <w:t xml:space="preserve">Looking down she could see her underwater-self with startling</w:t>
      </w:r>
      <w:r>
        <w:rPr>
          <w:b/>
          <w:bCs/>
        </w:rPr>
        <w:t xml:space="preserve"> </w:t>
      </w:r>
      <w:r>
        <w:rPr>
          <w:b/>
          <w:bCs/>
          <w:u w:val="single"/>
        </w:rPr>
        <w:t xml:space="preserve">clarity</w:t>
      </w:r>
      <w:r>
        <w:rPr>
          <w:b/>
          <w:bCs/>
        </w:rPr>
        <w:t xml:space="preserve">; could even see the bruise on her hip — where she'd crashed against the side of the plane — standing out darkly against the white of her skin.</w:t>
      </w:r>
      <w:r>
        <w:br/>
      </w:r>
      <w:r>
        <w:t xml:space="preserve">    (a) seen, expressed, or understood clearly; or a degree of transparency such as the quality of clear water</w:t>
      </w:r>
      <w:r>
        <w:br/>
      </w:r>
      <w:r>
        <w:t xml:space="preserve">    (b) the process of assigning a value on or judging the worth of something; or the result of such a process</w:t>
      </w:r>
      <w:r>
        <w:br/>
      </w:r>
      <w:r>
        <w:t xml:space="preserve">    (c) a collection of things on public display  OR  a detailed explanation or background of a specific topic</w:t>
      </w:r>
    </w:p>
    <w:p>
      <w:pPr>
        <w:pStyle w:val="Compact"/>
        <w:numPr>
          <w:ilvl w:val="0"/>
          <w:numId w:val="1001"/>
        </w:numPr>
      </w:pPr>
      <w:r>
        <w:rPr>
          <w:b/>
          <w:bCs/>
        </w:rPr>
        <w:t xml:space="preserve">In the middle of the valley the undergrowth was thick;</w:t>
      </w:r>
      <w:r>
        <w:rPr>
          <w:b/>
          <w:bCs/>
        </w:rPr>
        <w:t xml:space="preserve"> </w:t>
      </w:r>
      <w:r>
        <w:rPr>
          <w:b/>
          <w:bCs/>
          <w:u w:val="single"/>
        </w:rPr>
        <w:t xml:space="preserve">luxuriant</w:t>
      </w:r>
      <w:r>
        <w:rPr>
          <w:b/>
          <w:bCs/>
        </w:rPr>
        <w:t xml:space="preserve">.</w:t>
      </w:r>
      <w:r>
        <w:br/>
      </w:r>
      <w:r>
        <w:t xml:space="preserve">    (a) the quality or degree of being straightforward or clear (sometimes indicating that truth is not worded carefully to spare feelings or gain advantage)</w:t>
      </w:r>
      <w:r>
        <w:br/>
      </w:r>
      <w:r>
        <w:t xml:space="preserve">    (b) characterized by growing well or being richly thick or abundant -- as of vegetation or hair</w:t>
      </w:r>
      <w:r>
        <w:br/>
      </w:r>
      <w:r>
        <w:br/>
      </w:r>
      <w:r>
        <w:t xml:space="preserve">or (more rarely):</w:t>
      </w:r>
      <w:r>
        <w:br/>
      </w:r>
      <w:r>
        <w:br/>
      </w:r>
      <w:r>
        <w:t xml:space="preserve">characterized by luxury (very comfortable or extravagant)</w:t>
      </w:r>
      <w:r>
        <w:br/>
      </w:r>
      <w:r>
        <w:t xml:space="preserve">    (c) the degree to which a performance of or to someone else's work lends itself to the expression of personal artistic ideas or feelings by the performer</w:t>
      </w:r>
    </w:p>
    <w:p>
      <w:pPr>
        <w:pStyle w:val="Compact"/>
        <w:numPr>
          <w:ilvl w:val="0"/>
          <w:numId w:val="1001"/>
        </w:numPr>
      </w:pPr>
      <w:r>
        <w:rPr>
          <w:b/>
          <w:bCs/>
        </w:rPr>
        <w:t xml:space="preserve">They rose in a low escarpment, an outcrop of granite and quartz,</w:t>
      </w:r>
      <w:r>
        <w:rPr>
          <w:b/>
          <w:bCs/>
        </w:rPr>
        <w:t xml:space="preserve"> </w:t>
      </w:r>
      <w:r>
        <w:rPr>
          <w:b/>
          <w:bCs/>
          <w:u w:val="single"/>
        </w:rPr>
        <w:t xml:space="preserve">jutting</w:t>
      </w:r>
      <w:r>
        <w:rPr>
          <w:b/>
          <w:bCs/>
        </w:rPr>
        <w:t xml:space="preserve"> </w:t>
      </w:r>
      <w:r>
        <w:rPr>
          <w:b/>
          <w:bCs/>
        </w:rPr>
        <w:t xml:space="preserve">abruptly out of the level plain.</w:t>
      </w:r>
      <w:r>
        <w:br/>
      </w:r>
      <w:r>
        <w:t xml:space="preserve">    (a) expressed strong hatred or loathing for</w:t>
      </w:r>
      <w:r>
        <w:br/>
      </w:r>
      <w:r>
        <w:t xml:space="preserve">    (b) to stick out; or a part that sticks out</w:t>
      </w:r>
      <w:r>
        <w:br/>
      </w:r>
      <w:r>
        <w:t xml:space="preserve">    (c) expresses strong hatred or loathing for</w:t>
      </w:r>
    </w:p>
    <w:p>
      <w:pPr>
        <w:pStyle w:val="Compact"/>
        <w:numPr>
          <w:ilvl w:val="0"/>
          <w:numId w:val="1001"/>
        </w:numPr>
      </w:pPr>
      <w:r>
        <w:rPr>
          <w:b/>
          <w:bCs/>
        </w:rPr>
        <w:t xml:space="preserve">As it was the sun was setting as they clambered on to the rim of the hills, and saw the country to southward stretching away in front of them, bathed in golden light: a magnificent panorama: a scene of</w:t>
      </w:r>
      <w:r>
        <w:rPr>
          <w:b/>
          <w:bCs/>
        </w:rPr>
        <w:t xml:space="preserve"> </w:t>
      </w:r>
      <w:r>
        <w:rPr>
          <w:b/>
          <w:bCs/>
          <w:u w:val="single"/>
        </w:rPr>
        <w:t xml:space="preserve">primeval</w:t>
      </w:r>
      <w:r>
        <w:rPr>
          <w:b/>
          <w:bCs/>
        </w:rPr>
        <w:t xml:space="preserve"> </w:t>
      </w:r>
      <w:r>
        <w:rPr>
          <w:b/>
          <w:bCs/>
        </w:rPr>
        <w:t xml:space="preserve">desolation: mile after hundred mile of desert, sand and scrub.</w:t>
      </w:r>
      <w:r>
        <w:br/>
      </w:r>
      <w:r>
        <w:t xml:space="preserve">    (a) ancient</w:t>
      </w:r>
      <w:r>
        <w:br/>
      </w:r>
      <w:r>
        <w:t xml:space="preserve">    (b) outside</w:t>
      </w:r>
      <w:r>
        <w:br/>
      </w:r>
      <w:r>
        <w:t xml:space="preserve">    (c) certain</w:t>
      </w:r>
    </w:p>
    <w:p>
      <w:pPr>
        <w:pStyle w:val="Compact"/>
        <w:numPr>
          <w:ilvl w:val="0"/>
          <w:numId w:val="1001"/>
        </w:numPr>
      </w:pPr>
      <w:r>
        <w:rPr>
          <w:b/>
          <w:bCs/>
        </w:rPr>
        <w:t xml:space="preserve">The boy was young — certainly no older than she was; he was unarmed, and his attitude was more</w:t>
      </w:r>
      <w:r>
        <w:rPr>
          <w:b/>
          <w:bCs/>
        </w:rPr>
        <w:t xml:space="preserve"> </w:t>
      </w:r>
      <w:r>
        <w:rPr>
          <w:b/>
          <w:bCs/>
          <w:u w:val="single"/>
        </w:rPr>
        <w:t xml:space="preserve">inquisitive</w:t>
      </w:r>
      <w:r>
        <w:rPr>
          <w:b/>
          <w:bCs/>
        </w:rPr>
        <w:t xml:space="preserve"> </w:t>
      </w:r>
      <w:r>
        <w:rPr>
          <w:b/>
          <w:bCs/>
        </w:rPr>
        <w:t xml:space="preserve">than threatening: more puzzled than hostile.</w:t>
      </w:r>
      <w:r>
        <w:br/>
      </w:r>
      <w:r>
        <w:t xml:space="preserve">    (a) not having the characteristic of bouncing back light/heat/sound...</w:t>
      </w:r>
      <w:r>
        <w:br/>
      </w:r>
      <w:r>
        <w:t xml:space="preserve">    (b) the quality or degree of the involvement of other people or things</w:t>
      </w:r>
      <w:r>
        <w:br/>
      </w:r>
      <w:r>
        <w:t xml:space="preserve">    (c) interested in learning about things -- often asking many questions</w:t>
      </w:r>
    </w:p>
    <w:p>
      <w:pPr>
        <w:pStyle w:val="Compact"/>
        <w:numPr>
          <w:ilvl w:val="0"/>
          <w:numId w:val="1001"/>
        </w:numPr>
      </w:pPr>
      <w:r>
        <w:rPr>
          <w:b/>
          <w:bCs/>
        </w:rPr>
        <w:t xml:space="preserve">Brother and sister were products of the highest</w:t>
      </w:r>
      <w:r>
        <w:rPr>
          <w:b/>
          <w:bCs/>
        </w:rPr>
        <w:t xml:space="preserve"> </w:t>
      </w:r>
      <w:r>
        <w:rPr>
          <w:b/>
          <w:bCs/>
          <w:u w:val="single"/>
        </w:rPr>
        <w:t xml:space="preserve">strata</w:t>
      </w:r>
      <w:r>
        <w:rPr>
          <w:b/>
          <w:bCs/>
        </w:rPr>
        <w:t xml:space="preserve"> </w:t>
      </w:r>
      <w:r>
        <w:rPr>
          <w:b/>
          <w:bCs/>
        </w:rPr>
        <w:t xml:space="preserve">of humanity's evolution.</w:t>
      </w:r>
      <w:r>
        <w:br/>
      </w:r>
      <w:r>
        <w:t xml:space="preserve">    (a) the belief that God created the universe, but that he doesn't interfere with how it runs</w:t>
      </w:r>
      <w:r>
        <w:br/>
      </w:r>
      <w:r>
        <w:t xml:space="preserve">    (b) layers</w:t>
      </w:r>
      <w:r>
        <w:br/>
      </w:r>
      <w:r>
        <w:br/>
      </w:r>
      <w:r>
        <w:t xml:space="preserve">or:</w:t>
      </w:r>
      <w:r>
        <w:br/>
      </w:r>
      <w:r>
        <w:br/>
      </w:r>
      <w:r>
        <w:t xml:space="preserve">levels, classes, or groups into which people or other things are divided</w:t>
      </w:r>
      <w:r>
        <w:br/>
      </w:r>
      <w:r>
        <w:t xml:space="preserve">    (c) a process of urging or commanding someone to do something; or a document for that purpose</w:t>
      </w:r>
    </w:p>
    <w:p>
      <w:pPr>
        <w:pStyle w:val="Compact"/>
        <w:numPr>
          <w:ilvl w:val="0"/>
          <w:numId w:val="1001"/>
        </w:numPr>
      </w:pPr>
      <w:r>
        <w:rPr>
          <w:b/>
          <w:bCs/>
        </w:rPr>
        <w:t xml:space="preserve">The idea of being manhandled by a naked black boy</w:t>
      </w:r>
      <w:r>
        <w:rPr>
          <w:b/>
          <w:bCs/>
        </w:rPr>
        <w:t xml:space="preserve"> </w:t>
      </w:r>
      <w:r>
        <w:rPr>
          <w:b/>
          <w:bCs/>
          <w:u w:val="single"/>
        </w:rPr>
        <w:t xml:space="preserve">appalled</w:t>
      </w:r>
      <w:r>
        <w:rPr>
          <w:b/>
          <w:bCs/>
        </w:rPr>
        <w:t xml:space="preserve"> </w:t>
      </w:r>
      <w:r>
        <w:rPr>
          <w:b/>
          <w:bCs/>
        </w:rPr>
        <w:t xml:space="preserve">her: struck at the root of one of the basic principles of her civilized code.</w:t>
      </w:r>
      <w:r>
        <w:br/>
      </w:r>
      <w:r>
        <w:t xml:space="preserve">    (a) with an unadjusted lens so the image isn't clear</w:t>
      </w:r>
      <w:r>
        <w:br/>
      </w:r>
      <w:r>
        <w:t xml:space="preserve">    (b) gave an opinion of what was wrong with something</w:t>
      </w:r>
      <w:r>
        <w:br/>
      </w:r>
      <w:r>
        <w:t xml:space="preserve">    (c) shocked by how terrible or horrible something is</w:t>
      </w:r>
    </w:p>
    <w:p>
      <w:pPr>
        <w:pStyle w:val="Compact"/>
        <w:numPr>
          <w:ilvl w:val="0"/>
          <w:numId w:val="1001"/>
        </w:numPr>
      </w:pPr>
      <w:r>
        <w:rPr>
          <w:b/>
          <w:bCs/>
        </w:rPr>
        <w:t xml:space="preserve">Beneath the thick, closely-woven</w:t>
      </w:r>
      <w:r>
        <w:rPr>
          <w:b/>
          <w:bCs/>
        </w:rPr>
        <w:t xml:space="preserve"> </w:t>
      </w:r>
      <w:r>
        <w:rPr>
          <w:b/>
          <w:bCs/>
          <w:u w:val="single"/>
        </w:rPr>
        <w:t xml:space="preserve">foliage</w:t>
      </w:r>
      <w:r>
        <w:rPr>
          <w:b/>
          <w:bCs/>
        </w:rPr>
        <w:t xml:space="preserve"> </w:t>
      </w:r>
      <w:r>
        <w:rPr>
          <w:b/>
          <w:bCs/>
        </w:rPr>
        <w:t xml:space="preserve">the shade was deep: a striking contrast to the glare of the bush.</w:t>
      </w:r>
      <w:r>
        <w:br/>
      </w:r>
      <w:r>
        <w:t xml:space="preserve">    (a) clouds</w:t>
      </w:r>
      <w:r>
        <w:br/>
      </w:r>
      <w:r>
        <w:t xml:space="preserve">    (b) plant leaves</w:t>
      </w:r>
      <w:r>
        <w:br/>
      </w:r>
      <w:r>
        <w:t xml:space="preserve">    (c) shadows</w:t>
      </w:r>
    </w:p>
    <w:p>
      <w:pPr>
        <w:pStyle w:val="Compact"/>
        <w:numPr>
          <w:ilvl w:val="0"/>
          <w:numId w:val="1001"/>
        </w:numPr>
      </w:pPr>
      <w:r>
        <w:rPr>
          <w:b/>
          <w:bCs/>
        </w:rPr>
        <w:t xml:space="preserve">He looked at the children critically; but there was in his appraisal no suggestion of</w:t>
      </w:r>
      <w:r>
        <w:rPr>
          <w:b/>
          <w:bCs/>
        </w:rPr>
        <w:t xml:space="preserve"> </w:t>
      </w:r>
      <w:r>
        <w:rPr>
          <w:b/>
          <w:bCs/>
          <w:u w:val="single"/>
        </w:rPr>
        <w:t xml:space="preserve">scorn</w:t>
      </w:r>
      <w:r>
        <w:rPr>
          <w:b/>
          <w:bCs/>
        </w:rPr>
        <w:t xml:space="preserve">.</w:t>
      </w:r>
      <w:r>
        <w:br/>
      </w:r>
      <w:r>
        <w:t xml:space="preserve">    (a) not answer questions; or block progress</w:t>
      </w:r>
      <w:r>
        <w:br/>
      </w:r>
      <w:r>
        <w:t xml:space="preserve">    (b) move from more general to more specific</w:t>
      </w:r>
      <w:r>
        <w:br/>
      </w:r>
      <w:r>
        <w:t xml:space="preserve">    (c) disrespect or reject as not good enough</w:t>
      </w:r>
    </w:p>
    <w:p>
      <w:pPr>
        <w:pStyle w:val="Compact"/>
        <w:numPr>
          <w:ilvl w:val="0"/>
          <w:numId w:val="1001"/>
        </w:numPr>
      </w:pPr>
      <w:r>
        <w:rPr>
          <w:b/>
          <w:bCs/>
        </w:rPr>
        <w:t xml:space="preserve">It was a symbolic combat he danced; a combat in which he was both victor and</w:t>
      </w:r>
      <w:r>
        <w:rPr>
          <w:b/>
          <w:bCs/>
        </w:rPr>
        <w:t xml:space="preserve"> </w:t>
      </w:r>
      <w:r>
        <w:rPr>
          <w:b/>
          <w:bCs/>
          <w:u w:val="single"/>
        </w:rPr>
        <w:t xml:space="preserve">vanquished</w:t>
      </w:r>
      <w:r>
        <w:rPr>
          <w:b/>
          <w:bCs/>
        </w:rPr>
        <w:t xml:space="preserve">; a combat between life and death.</w:t>
      </w:r>
      <w:r>
        <w:br/>
      </w:r>
      <w:r>
        <w:t xml:space="preserve">    (a) nervous or confused</w:t>
      </w:r>
      <w:r>
        <w:br/>
      </w:r>
      <w:r>
        <w:t xml:space="preserve">    (b) completely defeated</w:t>
      </w:r>
      <w:r>
        <w:br/>
      </w:r>
      <w:r>
        <w:t xml:space="preserve">    (c) excessively excited</w:t>
      </w:r>
    </w:p>
    <w:p>
      <w:pPr>
        <w:pStyle w:val="Compact"/>
        <w:numPr>
          <w:ilvl w:val="0"/>
          <w:numId w:val="1001"/>
        </w:numPr>
      </w:pPr>
      <w:r>
        <w:rPr>
          <w:b/>
          <w:bCs/>
        </w:rPr>
        <w:t xml:space="preserve">His feet he pulled proudly up in a high-kicking march of victory — an</w:t>
      </w:r>
      <w:r>
        <w:rPr>
          <w:b/>
          <w:bCs/>
        </w:rPr>
        <w:t xml:space="preserve"> </w:t>
      </w:r>
      <w:r>
        <w:rPr>
          <w:b/>
          <w:bCs/>
          <w:u w:val="single"/>
        </w:rPr>
        <w:t xml:space="preserve">ebullient</w:t>
      </w:r>
      <w:r>
        <w:rPr>
          <w:b/>
          <w:bCs/>
        </w:rPr>
        <w:t xml:space="preserve">, primitive goose-step.</w:t>
      </w:r>
      <w:r>
        <w:br/>
      </w:r>
      <w:r>
        <w:t xml:space="preserve">    (a) happy and energetic</w:t>
      </w:r>
      <w:r>
        <w:br/>
      </w:r>
      <w:r>
        <w:t xml:space="preserve">    (b) not straightforward</w:t>
      </w:r>
      <w:r>
        <w:br/>
      </w:r>
      <w:r>
        <w:t xml:space="preserve">    (c) not done on purpose</w:t>
      </w:r>
    </w:p>
    <w:p>
      <w:pPr>
        <w:pStyle w:val="Compact"/>
        <w:numPr>
          <w:ilvl w:val="0"/>
          <w:numId w:val="1001"/>
        </w:numPr>
      </w:pPr>
      <w:r>
        <w:rPr>
          <w:b/>
          <w:bCs/>
        </w:rPr>
        <w:t xml:space="preserve">He had been too tired the night before to take notice of their camp site — it had been simply a place to go to sleep in; but now, the scenery's</w:t>
      </w:r>
      <w:r>
        <w:rPr>
          <w:b/>
          <w:bCs/>
        </w:rPr>
        <w:t xml:space="preserve"> </w:t>
      </w:r>
      <w:r>
        <w:rPr>
          <w:b/>
          <w:bCs/>
          <w:u w:val="single"/>
        </w:rPr>
        <w:t xml:space="preserve">bizarre</w:t>
      </w:r>
      <w:r>
        <w:rPr>
          <w:b/>
          <w:bCs/>
        </w:rPr>
        <w:t xml:space="preserve"> </w:t>
      </w:r>
      <w:r>
        <w:rPr>
          <w:b/>
          <w:bCs/>
        </w:rPr>
        <w:t xml:space="preserve">grandeur caught his imagination.</w:t>
      </w:r>
      <w:r>
        <w:br/>
      </w:r>
      <w:r>
        <w:t xml:space="preserve">    (a) able to meet and talk with</w:t>
      </w:r>
      <w:r>
        <w:br/>
      </w:r>
      <w:r>
        <w:t xml:space="preserve">    (b) exceedingly odd or unusual</w:t>
      </w:r>
      <w:r>
        <w:br/>
      </w:r>
      <w:r>
        <w:t xml:space="preserve">    (c) the quality of disagreeing</w:t>
      </w:r>
    </w:p>
    <w:p>
      <w:pPr>
        <w:pStyle w:val="Compact"/>
        <w:numPr>
          <w:ilvl w:val="0"/>
          <w:numId w:val="1001"/>
        </w:numPr>
      </w:pPr>
      <w:r>
        <w:rPr>
          <w:b/>
          <w:bCs/>
        </w:rPr>
        <w:t xml:space="preserve">He had been too tired the night before to take notice of their camp site — it had been simply a place to go to sleep in; but now, the scenery's bizarre</w:t>
      </w:r>
      <w:r>
        <w:rPr>
          <w:b/>
          <w:bCs/>
        </w:rPr>
        <w:t xml:space="preserve"> </w:t>
      </w:r>
      <w:r>
        <w:rPr>
          <w:b/>
          <w:bCs/>
          <w:u w:val="single"/>
        </w:rPr>
        <w:t xml:space="preserve">grandeur</w:t>
      </w:r>
      <w:r>
        <w:rPr>
          <w:b/>
          <w:bCs/>
        </w:rPr>
        <w:t xml:space="preserve"> </w:t>
      </w:r>
      <w:r>
        <w:rPr>
          <w:b/>
          <w:bCs/>
        </w:rPr>
        <w:t xml:space="preserve">caught his imagination.</w:t>
      </w:r>
      <w:r>
        <w:br/>
      </w:r>
      <w:r>
        <w:t xml:space="preserve">    (a) a drawing or photograph</w:t>
      </w:r>
      <w:r>
        <w:br/>
      </w:r>
      <w:r>
        <w:t xml:space="preserve">    (b) impressive magnificence</w:t>
      </w:r>
      <w:r>
        <w:br/>
      </w:r>
      <w:r>
        <w:t xml:space="preserve">    (c) interaction or interest</w:t>
      </w:r>
    </w:p>
    <w:p>
      <w:pPr>
        <w:pStyle w:val="Compact"/>
        <w:numPr>
          <w:ilvl w:val="0"/>
          <w:numId w:val="1001"/>
        </w:numPr>
      </w:pPr>
      <w:r>
        <w:rPr>
          <w:b/>
          <w:bCs/>
        </w:rPr>
        <w:t xml:space="preserve">Half-way through the afternoon, as they were crossing a</w:t>
      </w:r>
      <w:r>
        <w:rPr>
          <w:b/>
          <w:bCs/>
        </w:rPr>
        <w:t xml:space="preserve"> </w:t>
      </w:r>
      <w:r>
        <w:rPr>
          <w:b/>
          <w:bCs/>
          <w:u w:val="single"/>
        </w:rPr>
        <w:t xml:space="preserve">monotonous</w:t>
      </w:r>
      <w:r>
        <w:rPr>
          <w:b/>
          <w:bCs/>
        </w:rPr>
        <w:t xml:space="preserve"> </w:t>
      </w:r>
      <w:r>
        <w:rPr>
          <w:b/>
          <w:bCs/>
        </w:rPr>
        <w:t xml:space="preserve">belt of scrub, there came a diversion: as welcome as it was unexpected.</w:t>
      </w:r>
      <w:r>
        <w:br/>
      </w:r>
      <w:r>
        <w:t xml:space="preserve">    (a) interesting and/or stimulating</w:t>
      </w:r>
      <w:r>
        <w:br/>
      </w:r>
      <w:r>
        <w:t xml:space="preserve">    (b) lacking in variety and/or boring</w:t>
      </w:r>
      <w:r>
        <w:br/>
      </w:r>
      <w:r>
        <w:t xml:space="preserve">    (c) increasingly more frightening and/or dangerous</w:t>
      </w:r>
    </w:p>
    <w:p>
      <w:pPr>
        <w:pStyle w:val="Compact"/>
        <w:numPr>
          <w:ilvl w:val="0"/>
          <w:numId w:val="1001"/>
        </w:numPr>
      </w:pPr>
      <w:r>
        <w:rPr>
          <w:b/>
          <w:bCs/>
        </w:rPr>
        <w:t xml:space="preserve">Peter and Mary tidied up the camp,</w:t>
      </w:r>
      <w:r>
        <w:rPr>
          <w:b/>
          <w:bCs/>
        </w:rPr>
        <w:t xml:space="preserve"> </w:t>
      </w:r>
      <w:r>
        <w:rPr>
          <w:b/>
          <w:bCs/>
          <w:u w:val="single"/>
        </w:rPr>
        <w:t xml:space="preserve">replenished</w:t>
      </w:r>
      <w:r>
        <w:rPr>
          <w:b/>
          <w:bCs/>
        </w:rPr>
        <w:t xml:space="preserve"> </w:t>
      </w:r>
      <w:r>
        <w:rPr>
          <w:b/>
          <w:bCs/>
        </w:rPr>
        <w:t xml:space="preserve">the fire, cooked the last of the yarrawa and offered the bush boy a share —but he wouldn't eat.</w:t>
      </w:r>
      <w:r>
        <w:br/>
      </w:r>
      <w:r>
        <w:t xml:space="preserve">    (a) encouraged growth or excitement, or caused something to happen</w:t>
      </w:r>
      <w:r>
        <w:br/>
      </w:r>
      <w:r>
        <w:t xml:space="preserve">    (b) replaced what was used up; or restored to a previous condition</w:t>
      </w:r>
      <w:r>
        <w:br/>
      </w:r>
      <w:r>
        <w:t xml:space="preserve">    (c) ignored someone's wishes or caused inconvenience or discomfort</w:t>
      </w:r>
    </w:p>
    <w:p>
      <w:pPr>
        <w:pStyle w:val="Compact"/>
        <w:numPr>
          <w:ilvl w:val="0"/>
          <w:numId w:val="1001"/>
        </w:numPr>
      </w:pPr>
      <w:r>
        <w:rPr>
          <w:b/>
          <w:bCs/>
        </w:rPr>
        <w:t xml:space="preserve">But a little before noon he came — if only for a moment — out of his</w:t>
      </w:r>
      <w:r>
        <w:rPr>
          <w:b/>
          <w:bCs/>
        </w:rPr>
        <w:t xml:space="preserve"> </w:t>
      </w:r>
      <w:r>
        <w:rPr>
          <w:b/>
          <w:bCs/>
          <w:u w:val="single"/>
        </w:rPr>
        <w:t xml:space="preserve">lethargy</w:t>
      </w:r>
      <w:r>
        <w:rPr>
          <w:b/>
          <w:bCs/>
        </w:rPr>
        <w:t xml:space="preserve">.</w:t>
      </w:r>
      <w:r>
        <w:br/>
      </w:r>
      <w:r>
        <w:t xml:space="preserve">    (a) not appropriate or not properly related in size, amount, or degree</w:t>
      </w:r>
      <w:r>
        <w:br/>
      </w:r>
      <w:r>
        <w:t xml:space="preserve">    (b) the quality or degree of the involvement of other people or things</w:t>
      </w:r>
      <w:r>
        <w:br/>
      </w:r>
      <w:r>
        <w:t xml:space="preserve">    (c) lack of energy; or (often in historic literature) a state of sleep</w:t>
      </w:r>
    </w:p>
    <w:p>
      <w:pPr>
        <w:pStyle w:val="Compact"/>
        <w:numPr>
          <w:ilvl w:val="0"/>
          <w:numId w:val="1001"/>
        </w:numPr>
      </w:pPr>
      <w:r>
        <w:rPr>
          <w:b/>
          <w:bCs/>
        </w:rPr>
        <w:t xml:space="preserve">Soon their column too was broken into a</w:t>
      </w:r>
      <w:r>
        <w:rPr>
          <w:b/>
          <w:bCs/>
        </w:rPr>
        <w:t xml:space="preserve"> </w:t>
      </w:r>
      <w:r>
        <w:rPr>
          <w:b/>
          <w:bCs/>
          <w:u w:val="single"/>
        </w:rPr>
        <w:t xml:space="preserve">sequence</w:t>
      </w:r>
      <w:r>
        <w:rPr>
          <w:b/>
          <w:bCs/>
        </w:rPr>
        <w:t xml:space="preserve"> </w:t>
      </w:r>
      <w:r>
        <w:rPr>
          <w:b/>
          <w:bCs/>
        </w:rPr>
        <w:t xml:space="preserve">of irregular puffs.</w:t>
      </w:r>
      <w:r>
        <w:br/>
      </w:r>
      <w:r>
        <w:t xml:space="preserve">    (a) something repeated regularly</w:t>
      </w:r>
      <w:r>
        <w:br/>
      </w:r>
      <w:r>
        <w:t xml:space="preserve">    (b) arranged in a specific order</w:t>
      </w:r>
      <w:r>
        <w:br/>
      </w:r>
      <w:r>
        <w:t xml:space="preserve">    (c) tell someone about something</w:t>
      </w:r>
    </w:p>
    <w:p>
      <w:pPr>
        <w:pStyle w:val="Compact"/>
        <w:numPr>
          <w:ilvl w:val="0"/>
          <w:numId w:val="1001"/>
        </w:numPr>
      </w:pPr>
      <w:r>
        <w:rPr>
          <w:b/>
          <w:bCs/>
        </w:rPr>
        <w:t xml:space="preserve">Quite suddenly Mary got the</w:t>
      </w:r>
      <w:r>
        <w:rPr>
          <w:b/>
          <w:bCs/>
        </w:rPr>
        <w:t xml:space="preserve"> </w:t>
      </w:r>
      <w:r>
        <w:rPr>
          <w:b/>
          <w:bCs/>
          <w:u w:val="single"/>
        </w:rPr>
        <w:t xml:space="preserve">gist</w:t>
      </w:r>
      <w:r>
        <w:rPr>
          <w:b/>
          <w:bCs/>
        </w:rPr>
        <w:t xml:space="preserve"> </w:t>
      </w:r>
      <w:r>
        <w:rPr>
          <w:b/>
          <w:bCs/>
        </w:rPr>
        <w:t xml:space="preserve">of what she was saying.</w:t>
      </w:r>
      <w:r>
        <w:br/>
      </w:r>
      <w:r>
        <w:t xml:space="preserve">    (a) the main point(s) of a more detailed matter</w:t>
      </w:r>
      <w:r>
        <w:br/>
      </w:r>
      <w:r>
        <w:t xml:space="preserve">    (b) something that helps clarify or demonstrate</w:t>
      </w:r>
      <w:r>
        <w:br/>
      </w:r>
      <w:r>
        <w:t xml:space="preserve">    (c) the act of taking something on as one's own</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2026-07-31T17:00:27Z</dcterms:created>
  <dcterms:modified xsi:type="dcterms:W3CDTF">2026-07-31T17:00:27Z</dcterms:modified>
</cp:coreProperties>
</file>

<file path=docProps/custom.xml><?xml version="1.0" encoding="utf-8"?>
<Properties xmlns="http://schemas.openxmlformats.org/officeDocument/2006/custom-properties" xmlns:vt="http://schemas.openxmlformats.org/officeDocument/2006/docPropsVTypes"/>
</file>