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17e2d032cd23d1823be802b78a3fbc9b5e4ef9"/>
    <w:p>
      <w:pPr>
        <w:pStyle w:val="Heading1"/>
      </w:pPr>
      <w:r>
        <w:rPr>
          <w:b/>
          <w:bCs/>
        </w:rPr>
        <w:t xml:space="preserve">Walk Two Moons</w:t>
      </w:r>
      <w:r>
        <w:br/>
      </w:r>
      <w:r>
        <w:rPr>
          <w:i/>
          <w:iCs/>
        </w:rPr>
        <w:t xml:space="preserve">Sharon Creech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What's on today's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agenda</w:t>
      </w:r>
      <w:r>
        <w:rPr>
          <w:b/>
          <w:bCs/>
        </w:rPr>
        <w:t xml:space="preserve">?</w:t>
      </w:r>
      <w:r>
        <w:br/>
      </w:r>
      <w:r>
        <w:t xml:space="preserve">    (a) items to ignore</w:t>
      </w:r>
      <w:r>
        <w:br/>
      </w:r>
      <w:r>
        <w:t xml:space="preserve">    (b) items in the news</w:t>
      </w:r>
      <w:r>
        <w:br/>
      </w:r>
      <w:r>
        <w:t xml:space="preserve">    (c) items to discuss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What's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agenda</w:t>
      </w:r>
      <w:r>
        <w:rPr>
          <w:b/>
          <w:bCs/>
        </w:rPr>
        <w:t xml:space="preserve"> </w:t>
      </w:r>
      <w:r>
        <w:rPr>
          <w:b/>
          <w:bCs/>
        </w:rPr>
        <w:t xml:space="preserve">today?</w:t>
      </w:r>
      <w:r>
        <w:br/>
      </w:r>
      <w:r>
        <w:t xml:space="preserve">    (a) television</w:t>
      </w:r>
      <w:r>
        <w:br/>
      </w:r>
      <w:r>
        <w:t xml:space="preserve">    (b) task list</w:t>
      </w:r>
      <w:r>
        <w:br/>
      </w:r>
      <w:r>
        <w:t xml:space="preserve">    (c) menu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coach studied the film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analyze</w:t>
      </w:r>
      <w:r>
        <w:rPr>
          <w:b/>
          <w:bCs/>
        </w:rPr>
        <w:t xml:space="preserve"> </w:t>
      </w:r>
      <w:r>
        <w:rPr>
          <w:b/>
          <w:bCs/>
        </w:rPr>
        <w:t xml:space="preserve">the defensive breakdown.</w:t>
      </w:r>
      <w:r>
        <w:br/>
      </w:r>
      <w:r>
        <w:t xml:space="preserve">    (a) avoid</w:t>
      </w:r>
      <w:r>
        <w:br/>
      </w:r>
      <w:r>
        <w:t xml:space="preserve">    (b) cause</w:t>
      </w:r>
      <w:r>
        <w:br/>
      </w:r>
      <w:r>
        <w:t xml:space="preserve">    (c) examine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wonders who made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anonymous</w:t>
      </w:r>
      <w:r>
        <w:rPr>
          <w:b/>
          <w:bCs/>
        </w:rPr>
        <w:t xml:space="preserve"> </w:t>
      </w:r>
      <w:r>
        <w:rPr>
          <w:b/>
          <w:bCs/>
        </w:rPr>
        <w:t xml:space="preserve">donation.</w:t>
      </w:r>
      <w:r>
        <w:br/>
      </w:r>
      <w:r>
        <w:t xml:space="preserve">    (a) nameless</w:t>
      </w:r>
      <w:r>
        <w:br/>
      </w:r>
      <w:r>
        <w:t xml:space="preserve">    (b) surprising</w:t>
      </w:r>
      <w:r>
        <w:br/>
      </w:r>
      <w:r>
        <w:t xml:space="preserve">    (c) generous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is remembered</w:t>
      </w:r>
      <w:r>
        <w:br/>
      </w:r>
      <w:r>
        <w:t xml:space="preserve">    (b) continues</w:t>
      </w:r>
      <w:r>
        <w:br/>
      </w:r>
      <w:r>
        <w:t xml:space="preserve">    (c) gets nearer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this problem in a new way.</w:t>
      </w:r>
      <w:r>
        <w:br/>
      </w:r>
      <w:r>
        <w:t xml:space="preserve">    (a) avoid</w:t>
      </w:r>
      <w:r>
        <w:br/>
      </w:r>
      <w:r>
        <w:t xml:space="preserve">    (b) assign</w:t>
      </w:r>
      <w:r>
        <w:br/>
      </w:r>
      <w:r>
        <w:t xml:space="preserve">    (c) think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three months, the diet decreased my blood pressure and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cholesterol</w:t>
      </w:r>
      <w:r>
        <w:rPr>
          <w:b/>
          <w:bCs/>
        </w:rPr>
        <w:t xml:space="preserve">.</w:t>
      </w:r>
      <w:r>
        <w:br/>
      </w:r>
      <w:r>
        <w:t xml:space="preserve">    (a) blood chemical associated with allergies</w:t>
      </w:r>
      <w:r>
        <w:br/>
      </w:r>
      <w:r>
        <w:t xml:space="preserve">    (b) blood chemical associated with heart disease</w:t>
      </w:r>
      <w:r>
        <w:br/>
      </w:r>
      <w:r>
        <w:t xml:space="preserve">    (c) blood chemical associated with cancer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"You'll be alright," she said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consoling</w:t>
      </w:r>
      <w:r>
        <w:rPr>
          <w:b/>
          <w:bCs/>
        </w:rPr>
        <w:t xml:space="preserve"> </w:t>
      </w:r>
      <w:r>
        <w:rPr>
          <w:b/>
          <w:bCs/>
        </w:rPr>
        <w:t xml:space="preserve">voice.</w:t>
      </w:r>
      <w:r>
        <w:br/>
      </w:r>
      <w:r>
        <w:t xml:space="preserve">    (a) energetic</w:t>
      </w:r>
      <w:r>
        <w:br/>
      </w:r>
      <w:r>
        <w:t xml:space="preserve">    (b) confident</w:t>
      </w:r>
      <w:r>
        <w:br/>
      </w:r>
      <w:r>
        <w:t xml:space="preserve">    (c) comforting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--help is on the way!</w:t>
      </w:r>
      <w:r>
        <w:br/>
      </w:r>
      <w:r>
        <w:t xml:space="preserve">    (a) cry</w:t>
      </w:r>
      <w:r>
        <w:br/>
      </w:r>
      <w:r>
        <w:t xml:space="preserve">    (b) be impatient</w:t>
      </w:r>
      <w:r>
        <w:br/>
      </w:r>
      <w:r>
        <w:t xml:space="preserve">    (c) lose hope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we talked,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elaborated</w:t>
      </w:r>
      <w:r>
        <w:rPr>
          <w:b/>
          <w:bCs/>
        </w:rPr>
        <w:t xml:space="preserve"> </w:t>
      </w:r>
      <w:r>
        <w:rPr>
          <w:b/>
          <w:bCs/>
        </w:rPr>
        <w:t xml:space="preserve">on her idea</w:t>
      </w:r>
      <w:r>
        <w:br/>
      </w:r>
      <w:r>
        <w:t xml:space="preserve">    (a) responded to criticism</w:t>
      </w:r>
      <w:r>
        <w:br/>
      </w:r>
      <w:r>
        <w:t xml:space="preserve">    (b) changed thinking</w:t>
      </w:r>
      <w:r>
        <w:br/>
      </w:r>
      <w:r>
        <w:t xml:space="preserve">    (c) added 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Fans have enjoyed watching the characters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evolve</w:t>
      </w:r>
      <w:r>
        <w:rPr>
          <w:b/>
          <w:bCs/>
        </w:rPr>
        <w:t xml:space="preserve"> </w:t>
      </w:r>
      <w:r>
        <w:rPr>
          <w:b/>
          <w:bCs/>
        </w:rPr>
        <w:t xml:space="preserve">for over a decade now.</w:t>
      </w:r>
      <w:r>
        <w:br/>
      </w:r>
      <w:r>
        <w:t xml:space="preserve">    (a) battle</w:t>
      </w:r>
      <w:r>
        <w:br/>
      </w:r>
      <w:r>
        <w:t xml:space="preserve">    (b) dramatic reactions</w:t>
      </w:r>
      <w:r>
        <w:br/>
      </w:r>
      <w:r>
        <w:t xml:space="preserve">    (c) gradually develop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indicate</w:t>
      </w:r>
      <w:r>
        <w:rPr>
          <w:b/>
          <w:bCs/>
        </w:rPr>
        <w:t xml:space="preserve"> </w:t>
      </w:r>
      <w:r>
        <w:rPr>
          <w:b/>
          <w:bCs/>
        </w:rPr>
        <w:t xml:space="preserve">which candidate she supports.</w:t>
      </w:r>
      <w:r>
        <w:br/>
      </w:r>
      <w:r>
        <w:t xml:space="preserve">    (a) decide</w:t>
      </w:r>
      <w:r>
        <w:br/>
      </w:r>
      <w:r>
        <w:t xml:space="preserve">    (b) hide or disguise</w:t>
      </w:r>
      <w:r>
        <w:br/>
      </w:r>
      <w:r>
        <w:t xml:space="preserve">    (c) express of show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estimates that about a third of those making a legal claim for a pain disorder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malingering</w:t>
      </w:r>
      <w:r>
        <w:rPr>
          <w:b/>
          <w:bCs/>
        </w:rPr>
        <w:t xml:space="preserve">.</w:t>
      </w:r>
      <w:r>
        <w:br/>
      </w:r>
      <w:r>
        <w:t xml:space="preserve">    (a) just hoping</w:t>
      </w:r>
      <w:r>
        <w:br/>
      </w:r>
      <w:r>
        <w:t xml:space="preserve">    (b) pretending to be injured</w:t>
      </w:r>
      <w:r>
        <w:br/>
      </w:r>
      <w:r>
        <w:t xml:space="preserve">    (c) expecting success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driving moc</w:t>
      </w:r>
      <w:r>
        <w:rPr>
          <w:b/>
          <w:bCs/>
        </w:rPr>
        <w:t xml:space="preserve"> </w:t>
      </w:r>
      <w:r>
        <w:rPr>
          <w:b/>
          <w:bCs/>
        </w:rPr>
        <w:t xml:space="preserve">is a contemporary version of the traditional Native American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moccasin</w:t>
      </w:r>
      <w:r>
        <w:rPr>
          <w:b/>
          <w:bCs/>
        </w:rPr>
        <w:t xml:space="preserve">.</w:t>
      </w:r>
      <w:r>
        <w:br/>
      </w:r>
      <w:r>
        <w:t xml:space="preserve">    (a) soft seat cushion</w:t>
      </w:r>
      <w:r>
        <w:br/>
      </w:r>
      <w:r>
        <w:t xml:space="preserve">    (b) weatherproof poncho</w:t>
      </w:r>
      <w:r>
        <w:br/>
      </w:r>
      <w:r>
        <w:t xml:space="preserve">    (c) soft leather shoe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ornery</w:t>
      </w:r>
      <w:r>
        <w:rPr>
          <w:b/>
          <w:bCs/>
        </w:rPr>
        <w:t xml:space="preserve"> </w:t>
      </w:r>
      <w:r>
        <w:rPr>
          <w:b/>
          <w:bCs/>
        </w:rPr>
        <w:t xml:space="preserve">to celebrate his birthday.</w:t>
      </w:r>
      <w:r>
        <w:br/>
      </w:r>
      <w:r>
        <w:t xml:space="preserve">    (a) ill</w:t>
      </w:r>
      <w:r>
        <w:br/>
      </w:r>
      <w:r>
        <w:t xml:space="preserve">    (b) old</w:t>
      </w:r>
      <w:r>
        <w:br/>
      </w:r>
      <w:r>
        <w:t xml:space="preserve">    (c) bad-tempered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reading 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passage</w:t>
      </w:r>
      <w:r>
        <w:rPr>
          <w:b/>
          <w:bCs/>
        </w:rPr>
        <w:t xml:space="preserve">, choose the best answer to each question.</w:t>
      </w:r>
      <w:r>
        <w:br/>
      </w:r>
      <w:r>
        <w:t xml:space="preserve">    (a) route to get somewhere</w:t>
      </w:r>
      <w:r>
        <w:br/>
      </w:r>
      <w:r>
        <w:t xml:space="preserve">    (b) short part of a longer work</w:t>
      </w:r>
      <w:r>
        <w:br/>
      </w:r>
      <w:r>
        <w:t xml:space="preserve">    (c) article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PS</w:t>
      </w:r>
      <w:r>
        <w:rPr>
          <w:b/>
          <w:bCs/>
        </w:rPr>
        <w:t xml:space="preserve">: Bella says she misses you too.</w:t>
      </w:r>
      <w:r>
        <w:br/>
      </w:r>
      <w:r>
        <w:t xml:space="preserve">    (a) an abbreviation for "postscript" indicating that the letter is confidential</w:t>
      </w:r>
      <w:r>
        <w:br/>
      </w:r>
      <w:r>
        <w:t xml:space="preserve">    (b) an abbreviation for "postscript" placed before a final recap of a letter</w:t>
      </w:r>
      <w:r>
        <w:br/>
      </w:r>
      <w:r>
        <w:t xml:space="preserve">    (c) an abbreviation for "postscript" placed before a final note at the end of a letter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project.</w:t>
      </w:r>
      <w:r>
        <w:br/>
      </w:r>
      <w:r>
        <w:t xml:space="preserve">    (a) excited</w:t>
      </w:r>
      <w:r>
        <w:br/>
      </w:r>
      <w:r>
        <w:t xml:space="preserve">    (b) doubtful</w:t>
      </w:r>
      <w:r>
        <w:br/>
      </w:r>
      <w:r>
        <w:t xml:space="preserve">    (c) keeping silent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crowd watched the execution.</w:t>
      </w:r>
      <w:r>
        <w:br/>
      </w:r>
      <w:r>
        <w:t xml:space="preserve">    (a) celebrating</w:t>
      </w:r>
      <w:r>
        <w:br/>
      </w:r>
      <w:r>
        <w:t xml:space="preserve">    (b) excited</w:t>
      </w:r>
      <w:r>
        <w:br/>
      </w:r>
      <w:r>
        <w:t xml:space="preserve">    (c) unhappy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taunted</w:t>
      </w:r>
      <w:r>
        <w:rPr>
          <w:b/>
          <w:bCs/>
        </w:rPr>
        <w:t xml:space="preserve"> </w:t>
      </w:r>
      <w:r>
        <w:rPr>
          <w:b/>
          <w:bCs/>
        </w:rPr>
        <w:t xml:space="preserve">her until she responded physically, and then they beat her up.</w:t>
      </w:r>
      <w:r>
        <w:br/>
      </w:r>
      <w:r>
        <w:t xml:space="preserve">    (a) insulted</w:t>
      </w:r>
      <w:r>
        <w:br/>
      </w:r>
      <w:r>
        <w:t xml:space="preserve">    (b) surrounded</w:t>
      </w:r>
      <w:r>
        <w:br/>
      </w:r>
      <w:r>
        <w:t xml:space="preserve">    (c) followed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2026-07-31T19:59:13Z</dcterms:created>
  <dcterms:modified xsi:type="dcterms:W3CDTF">2026-07-31T19:59:13Z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