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2436a7624ffe43b73eccd78a85a030a5c11888"/>
    <w:p>
      <w:pPr>
        <w:pStyle w:val="Heading1"/>
      </w:pPr>
      <w:r>
        <w:rPr>
          <w:b/>
          <w:bCs/>
        </w:rPr>
        <w:t xml:space="preserve">Walk Two Moons</w:t>
      </w:r>
      <w:r>
        <w:br/>
      </w:r>
      <w:r>
        <w:rPr>
          <w:i/>
          <w:iCs/>
        </w:rPr>
        <w:t xml:space="preserve">Sharon Creech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Inside was a small piece of blue paper and on it was printed this message: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Don't judge a man until you've walked two moons in his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u w:val="single"/>
        </w:rPr>
        <w:t xml:space="preserve">moccasins</w:t>
      </w:r>
      <w:r>
        <w:rPr>
          <w:b/>
          <w:bCs/>
          <w:i/>
          <w:iCs/>
        </w:rPr>
        <w:t xml:space="preserve">.</w:t>
      </w:r>
      <w:r>
        <w:br/>
      </w:r>
      <w:r>
        <w:t xml:space="preserve">    (a) traditional Native American shoe</w:t>
      </w:r>
      <w:r>
        <w:br/>
      </w:r>
      <w:r>
        <w:t xml:space="preserve">    (b) footprints left in mud or soft soil</w:t>
      </w:r>
      <w:r>
        <w:br/>
      </w:r>
      <w:r>
        <w:t xml:space="preserve">    (c) shadow in the heat of the afternoon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message was: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Everyone has his own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u w:val="single"/>
        </w:rPr>
        <w:t xml:space="preserve">agenda</w:t>
      </w:r>
      <w:r>
        <w:rPr>
          <w:b/>
          <w:bCs/>
          <w:i/>
          <w:iCs/>
        </w:rPr>
        <w:t xml:space="preserve">.</w:t>
      </w:r>
      <w:r>
        <w:br/>
      </w:r>
      <w:r>
        <w:t xml:space="preserve">    (a) list of strengths</w:t>
      </w:r>
      <w:r>
        <w:br/>
      </w:r>
      <w:r>
        <w:t xml:space="preserve">    (b) list of weaknesses</w:t>
      </w:r>
      <w:r>
        <w:br/>
      </w:r>
      <w:r>
        <w:t xml:space="preserve">    (c) things they want to do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"Okay," Phoebe said, "an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agenda</w:t>
      </w:r>
      <w:r>
        <w:rPr>
          <w:b/>
          <w:bCs/>
        </w:rPr>
        <w:t xml:space="preserve"> </w:t>
      </w:r>
      <w:r>
        <w:rPr>
          <w:b/>
          <w:bCs/>
        </w:rPr>
        <w:t xml:space="preserve">is a..."</w:t>
      </w:r>
      <w:r>
        <w:br/>
      </w:r>
      <w:r>
        <w:rPr>
          <w:b/>
          <w:bCs/>
        </w:rPr>
        <w:t xml:space="preserve">"So maybe it's for your dad," I suggested. "Does he go to meetings?"</w:t>
      </w:r>
      <w:r>
        <w:br/>
      </w:r>
      <w:r>
        <w:t xml:space="preserve">    (a) a report about an issue to be discussed</w:t>
      </w:r>
      <w:r>
        <w:br/>
      </w:r>
      <w:r>
        <w:t xml:space="preserve">    (b) a list of items to discuss at a meeting</w:t>
      </w:r>
      <w:r>
        <w:br/>
      </w:r>
      <w:r>
        <w:t xml:space="preserve">    (c) a book of notes from a meeting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I mentioned about Ben asking where my mother was and my saying that she was in Lewiston, but that I didn't want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elaborate</w:t>
      </w:r>
      <w:r>
        <w:rPr>
          <w:b/>
          <w:bCs/>
        </w:rPr>
        <w:t xml:space="preserve">, Gram and Gramps looked at each other.</w:t>
      </w:r>
      <w:r>
        <w:br/>
      </w:r>
      <w:r>
        <w:t xml:space="preserve">    (a) make eye contact</w:t>
      </w:r>
      <w:r>
        <w:br/>
      </w:r>
      <w:r>
        <w:t xml:space="preserve">    (b) exaggerate the truth</w:t>
      </w:r>
      <w:r>
        <w:br/>
      </w:r>
      <w:r>
        <w:t xml:space="preserve">    (c) tell more 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Phoebe was sending me messages with her eyebrows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indicated</w:t>
      </w:r>
      <w:r>
        <w:rPr>
          <w:b/>
          <w:bCs/>
        </w:rPr>
        <w:t xml:space="preserve"> </w:t>
      </w:r>
      <w:r>
        <w:rPr>
          <w:b/>
          <w:bCs/>
        </w:rPr>
        <w:t xml:space="preserve">that she was not too pleased either.</w:t>
      </w:r>
      <w:r>
        <w:br/>
      </w:r>
      <w:r>
        <w:t xml:space="preserve">    (a) denied</w:t>
      </w:r>
      <w:r>
        <w:br/>
      </w:r>
      <w:r>
        <w:t xml:space="preserve">    (b) rejected</w:t>
      </w:r>
      <w:r>
        <w:br/>
      </w:r>
      <w:r>
        <w:t xml:space="preserve">    (c) showed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Phoebe imagined that every noise was the lunatic sneaking in or the message-leaver creeping up to drop off another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anonymous</w:t>
      </w:r>
      <w:r>
        <w:rPr>
          <w:b/>
          <w:bCs/>
        </w:rPr>
        <w:t xml:space="preserve"> </w:t>
      </w:r>
      <w:r>
        <w:rPr>
          <w:b/>
          <w:bCs/>
        </w:rPr>
        <w:t xml:space="preserve">note.</w:t>
      </w:r>
      <w:r>
        <w:br/>
      </w:r>
      <w:r>
        <w:t xml:space="preserve">    (a) frightening</w:t>
      </w:r>
      <w:r>
        <w:br/>
      </w:r>
      <w:r>
        <w:t xml:space="preserve">    (b) crazy</w:t>
      </w:r>
      <w:r>
        <w:br/>
      </w:r>
      <w:r>
        <w:t xml:space="preserve">    (c) unsigned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"Maybe Mr. Birkway helped her chop up her husband and bury him and maybe they were getting worried and decided to disguise the spot with a rhododendron bush." I must have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skeptical</w:t>
      </w:r>
      <w:r>
        <w:rPr>
          <w:b/>
          <w:bCs/>
        </w:rPr>
        <w:t xml:space="preserve">. Phoebe said, "Sal, you never can tell."</w:t>
      </w:r>
      <w:r>
        <w:br/>
      </w:r>
      <w:r>
        <w:t xml:space="preserve">    (a) doubtful (that something is true)</w:t>
      </w:r>
      <w:r>
        <w:br/>
      </w:r>
      <w:r>
        <w:t xml:space="preserve">    (b) nervous or afraid</w:t>
      </w:r>
      <w:r>
        <w:br/>
      </w:r>
      <w:r>
        <w:t xml:space="preserve">    (c) ready to take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wanted to warn him. "Phoebe and I saw her slashing and hacking away at the bushes in her backyard."</w:t>
      </w:r>
      <w:r>
        <w:br/>
      </w:r>
      <w:r>
        <w:rPr>
          <w:b/>
          <w:bCs/>
        </w:rPr>
        <w:t xml:space="preserve">"Is there something wrong with that?" he asked.</w:t>
      </w:r>
      <w:r>
        <w:br/>
      </w:r>
      <w:r>
        <w:rPr>
          <w:b/>
          <w:bCs/>
        </w:rPr>
        <w:t xml:space="preserve">I tried another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. "Her voice is like dead leaves blowing around, and her hair is spooky."</w:t>
      </w:r>
      <w:r>
        <w:br/>
      </w:r>
      <w:r>
        <w:t xml:space="preserve">    (a) tone of voice</w:t>
      </w:r>
      <w:r>
        <w:br/>
      </w:r>
      <w:r>
        <w:t xml:space="preserve">    (b) way to get nearer</w:t>
      </w:r>
      <w:r>
        <w:br/>
      </w:r>
      <w:r>
        <w:t xml:space="preserve">    (c) way of doing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east the sky was smoky gray, and I was glad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approaching</w:t>
      </w:r>
      <w:r>
        <w:rPr>
          <w:b/>
          <w:bCs/>
        </w:rPr>
        <w:t xml:space="preserve"> </w:t>
      </w:r>
      <w:r>
        <w:rPr>
          <w:b/>
          <w:bCs/>
        </w:rPr>
        <w:t xml:space="preserve">dawn.</w:t>
      </w:r>
      <w:r>
        <w:br/>
      </w:r>
      <w:r>
        <w:t xml:space="preserve">    (a) ending</w:t>
      </w:r>
      <w:r>
        <w:br/>
      </w:r>
      <w:r>
        <w:t xml:space="preserve">    (b) coming</w:t>
      </w:r>
      <w:r>
        <w:br/>
      </w:r>
      <w:r>
        <w:t xml:space="preserve">    (c) continuing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always pictured murderers as being mopey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sullen</w:t>
      </w:r>
      <w:r>
        <w:rPr>
          <w:b/>
          <w:bCs/>
        </w:rPr>
        <w:t xml:space="preserve">.</w:t>
      </w:r>
      <w:r>
        <w:br/>
      </w:r>
      <w:r>
        <w:t xml:space="preserve">    (a) unhappy and withdrawn</w:t>
      </w:r>
      <w:r>
        <w:br/>
      </w:r>
      <w:r>
        <w:t xml:space="preserve">    (b) recklessly passionate</w:t>
      </w:r>
      <w:r>
        <w:br/>
      </w:r>
      <w:r>
        <w:t xml:space="preserve">    (c) looking dangerous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"I'm sick. Honest," she said. "It might be cancer."</w:t>
      </w:r>
      <w:r>
        <w:br/>
      </w:r>
      <w:r>
        <w:rPr>
          <w:b/>
          <w:bCs/>
        </w:rPr>
        <w:t xml:space="preserve">"Phoebe, I know you're worried, but there's nothing we can do but wait. We have to go on with things. We can't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malinger</w:t>
      </w:r>
      <w:r>
        <w:rPr>
          <w:b/>
          <w:bCs/>
        </w:rPr>
        <w:t xml:space="preserve">."</w:t>
      </w:r>
      <w:r>
        <w:br/>
      </w:r>
      <w:r>
        <w:t xml:space="preserve">    (a) give up</w:t>
      </w:r>
      <w:r>
        <w:br/>
      </w:r>
      <w:r>
        <w:t xml:space="preserve">    (b) pretend to be sick</w:t>
      </w:r>
      <w:r>
        <w:br/>
      </w:r>
      <w:r>
        <w:t xml:space="preserve">    (c) delay until later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Whenever anyone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console</w:t>
      </w:r>
      <w:r>
        <w:rPr>
          <w:b/>
          <w:bCs/>
        </w:rPr>
        <w:t xml:space="preserve"> </w:t>
      </w:r>
      <w:r>
        <w:rPr>
          <w:b/>
          <w:bCs/>
        </w:rPr>
        <w:t xml:space="preserve">me about my mother, I had nearly chomped their heads off.</w:t>
      </w:r>
      <w:r>
        <w:br/>
      </w:r>
      <w:r>
        <w:t xml:space="preserve">    (a) guide or influence</w:t>
      </w:r>
      <w:r>
        <w:br/>
      </w:r>
      <w:r>
        <w:t xml:space="preserve">    (b) comfort (emotionally)</w:t>
      </w:r>
      <w:r>
        <w:br/>
      </w:r>
      <w:r>
        <w:t xml:space="preserve">    (c) restrain or calm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Whenever anyone tried to console me about my mother, I had nearly chomped their heads off. I was a complete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ornery</w:t>
      </w:r>
      <w:r>
        <w:rPr>
          <w:b/>
          <w:bCs/>
        </w:rPr>
        <w:t xml:space="preserve"> </w:t>
      </w:r>
      <w:r>
        <w:rPr>
          <w:b/>
          <w:bCs/>
        </w:rPr>
        <w:t xml:space="preserve">old donkey. When my father would say, "You must feel terrible," I denied it. "I don't," I told him. "I don't feel anything at all." But I did feel terrible.</w:t>
      </w:r>
      <w:r>
        <w:br/>
      </w:r>
      <w:r>
        <w:t xml:space="preserve">    (a) disagreeable</w:t>
      </w:r>
      <w:r>
        <w:br/>
      </w:r>
      <w:r>
        <w:t xml:space="preserve">    (b) quiet</w:t>
      </w:r>
      <w:r>
        <w:br/>
      </w:r>
      <w:r>
        <w:t xml:space="preserve">    (c) stubborn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Fried foods aren't good for you. First of all, there's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cholesterol</w:t>
      </w:r>
      <w:r>
        <w:rPr>
          <w:b/>
          <w:bCs/>
        </w:rPr>
        <w:t xml:space="preserve">—</w:t>
      </w:r>
      <w:r>
        <w:br/>
      </w:r>
      <w:r>
        <w:t xml:space="preserve">    (a) blood chemical associated with allergies</w:t>
      </w:r>
      <w:r>
        <w:br/>
      </w:r>
      <w:r>
        <w:t xml:space="preserve">    (b) blood chemical associated with heart disease</w:t>
      </w:r>
      <w:r>
        <w:br/>
      </w:r>
      <w:r>
        <w:t xml:space="preserve">    (c) blood chemical associated with cancer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Beneath Mrs. Cadaver's signature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P.S.</w:t>
      </w:r>
      <w:r>
        <w:rPr>
          <w:b/>
          <w:bCs/>
        </w:rPr>
        <w:t xml:space="preserve"> </w:t>
      </w:r>
      <w:r>
        <w:rPr>
          <w:b/>
          <w:bCs/>
        </w:rPr>
        <w:t xml:space="preserve">saying that Mrs. Cadaver would be away until Monday.</w:t>
      </w:r>
      <w:r>
        <w:br/>
      </w:r>
      <w:r>
        <w:t xml:space="preserve">    (a) an abbreviation for "postscript" placed before a final recap of a letter</w:t>
      </w:r>
      <w:r>
        <w:br/>
      </w:r>
      <w:r>
        <w:t xml:space="preserve">    (b) an abbreviation for "postscript" indicating that the letter is confidential</w:t>
      </w:r>
      <w:r>
        <w:br/>
      </w:r>
      <w:r>
        <w:t xml:space="preserve">    (c) an abbreviation for "postscript" placed before a final note at the end of a letter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Phoebe pulled out the envelope with the unidentifiable hair strands. "Perhaps you could have these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analyzed</w:t>
      </w:r>
      <w:r>
        <w:rPr>
          <w:b/>
          <w:bCs/>
        </w:rPr>
        <w:t xml:space="preserve">," she suggested.</w:t>
      </w:r>
      <w:r>
        <w:br/>
      </w:r>
      <w:r>
        <w:t xml:space="preserve">    (a) examined</w:t>
      </w:r>
      <w:r>
        <w:br/>
      </w:r>
      <w:r>
        <w:t xml:space="preserve">    (b) put away</w:t>
      </w:r>
      <w:r>
        <w:br/>
      </w:r>
      <w:r>
        <w:t xml:space="preserve">    (c) thrown away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Mr. Birkway liked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passage</w:t>
      </w:r>
      <w:r>
        <w:rPr>
          <w:b/>
          <w:bCs/>
        </w:rPr>
        <w:t xml:space="preserve"> </w:t>
      </w:r>
      <w:r>
        <w:rPr>
          <w:b/>
          <w:bCs/>
        </w:rPr>
        <w:t xml:space="preserve">because it showed that even though someone might be our best friend, he or she could still drive us crazy.</w:t>
      </w:r>
      <w:r>
        <w:br/>
      </w:r>
      <w:r>
        <w:t xml:space="preserve">    (a) route to avoid difficult travel</w:t>
      </w:r>
      <w:r>
        <w:br/>
      </w:r>
      <w:r>
        <w:t xml:space="preserve">    (b) a difficult period of time</w:t>
      </w:r>
      <w:r>
        <w:br/>
      </w:r>
      <w:r>
        <w:t xml:space="preserve">    (c) short part of a longer written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...and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taunted</w:t>
      </w:r>
      <w:r>
        <w:rPr>
          <w:b/>
          <w:bCs/>
        </w:rPr>
        <w:t xml:space="preserve"> </w:t>
      </w:r>
      <w:r>
        <w:rPr>
          <w:b/>
          <w:bCs/>
        </w:rPr>
        <w:t xml:space="preserve">me with, "Do you really kiss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trees</w:t>
      </w:r>
      <w:r>
        <w:rPr>
          <w:b/>
          <w:bCs/>
        </w:rPr>
        <w:t xml:space="preserve">? Didn't you know you're supposed to kiss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boys</w:t>
      </w:r>
      <w:r>
        <w:rPr>
          <w:b/>
          <w:bCs/>
        </w:rPr>
        <w:t xml:space="preserve">?"</w:t>
      </w:r>
      <w:r>
        <w:br/>
      </w:r>
      <w:r>
        <w:t xml:space="preserve">    (a) teased</w:t>
      </w:r>
      <w:r>
        <w:br/>
      </w:r>
      <w:r>
        <w:t xml:space="preserve">    (b) amused</w:t>
      </w:r>
      <w:r>
        <w:br/>
      </w:r>
      <w:r>
        <w:t xml:space="preserve">    (c) interested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Nine hours after that bus rolled over, as all those stretchers were being carried up the hill, and everyone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despairing</w:t>
      </w:r>
      <w:r>
        <w:rPr>
          <w:b/>
          <w:bCs/>
        </w:rPr>
        <w:t xml:space="preserve">—there was her hand coming up out of the window and everyone was shouting because there it was, a moving hand.</w:t>
      </w:r>
      <w:r>
        <w:br/>
      </w:r>
      <w:r>
        <w:t xml:space="preserve">    (a) understanding</w:t>
      </w:r>
      <w:r>
        <w:br/>
      </w:r>
      <w:r>
        <w:t xml:space="preserve">    (b) losing hope</w:t>
      </w:r>
      <w:r>
        <w:br/>
      </w:r>
      <w:r>
        <w:t xml:space="preserve">    (c) rushing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Gramps said that those myths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evolved</w:t>
      </w:r>
      <w:r>
        <w:rPr>
          <w:b/>
          <w:bCs/>
        </w:rPr>
        <w:t xml:space="preserve"> </w:t>
      </w:r>
      <w:r>
        <w:rPr>
          <w:b/>
          <w:bCs/>
        </w:rPr>
        <w:t xml:space="preserve">because people needed a way to explain where fire came from and why there was evil in the world.</w:t>
      </w:r>
      <w:r>
        <w:br/>
      </w:r>
      <w:r>
        <w:t xml:space="preserve">    (a) transformed</w:t>
      </w:r>
      <w:r>
        <w:br/>
      </w:r>
      <w:r>
        <w:t xml:space="preserve">    (b) stopped</w:t>
      </w:r>
      <w:r>
        <w:br/>
      </w:r>
      <w:r>
        <w:t xml:space="preserve">    (c) developed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2026-07-31T19:59:13Z</dcterms:created>
  <dcterms:modified xsi:type="dcterms:W3CDTF">2026-07-31T19:59:13Z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