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e144e35e6310e206506b80bac74fc0ea90f876"/>
    <w:p>
      <w:pPr>
        <w:pStyle w:val="Heading1"/>
      </w:pPr>
      <w:r>
        <w:rPr>
          <w:b/>
          <w:bCs/>
        </w:rPr>
        <w:t xml:space="preserve">Walden</w:t>
      </w:r>
      <w:r>
        <w:br/>
      </w:r>
      <w:r>
        <w:rPr>
          <w:i/>
          <w:iCs/>
        </w:rPr>
        <w:t xml:space="preserve">Henry David Thoreau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men ... are so occupied with the ...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superfluously</w:t>
      </w:r>
      <w:r>
        <w:rPr>
          <w:b/>
          <w:bCs/>
        </w:rPr>
        <w:t xml:space="preserve"> </w:t>
      </w:r>
      <w:r>
        <w:rPr>
          <w:b/>
          <w:bCs/>
        </w:rPr>
        <w:t xml:space="preserve">coarse labors of life that its finer fruits cannot be plucked by them.</w:t>
      </w:r>
      <w:r>
        <w:br/>
      </w:r>
      <w:r>
        <w:t xml:space="preserve">    (a) in a way that is good at solving problems</w:t>
      </w:r>
      <w:r>
        <w:br/>
      </w:r>
      <w:r>
        <w:t xml:space="preserve">    (b) (extra) more than is needed</w:t>
      </w:r>
      <w:r>
        <w:br/>
      </w:r>
      <w:r>
        <w:t xml:space="preserve">    (c) in a manner that is not easily identified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Nature is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well adapted</w:t>
      </w:r>
      <w:r>
        <w:rPr>
          <w:b/>
          <w:bCs/>
        </w:rPr>
        <w:t xml:space="preserve"> </w:t>
      </w:r>
      <w:r>
        <w:rPr>
          <w:b/>
          <w:bCs/>
        </w:rPr>
        <w:t xml:space="preserve">to our weakness as to our strength.</w:t>
      </w:r>
      <w:r>
        <w:br/>
      </w:r>
      <w:r>
        <w:t xml:space="preserve">    (a) restraining</w:t>
      </w:r>
      <w:r>
        <w:br/>
      </w:r>
      <w:r>
        <w:t xml:space="preserve">    (b) surrendered</w:t>
      </w:r>
      <w:r>
        <w:br/>
      </w:r>
      <w:r>
        <w:t xml:space="preserve">    (c) well suited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 is an animal who more than any other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</w:t>
      </w:r>
      <w:r>
        <w:rPr>
          <w:b/>
          <w:bCs/>
        </w:rPr>
        <w:t xml:space="preserve"> </w:t>
      </w:r>
      <w:r>
        <w:rPr>
          <w:b/>
          <w:bCs/>
        </w:rPr>
        <w:t xml:space="preserve">himself to all climates and circumstances.</w:t>
      </w:r>
      <w:r>
        <w:br/>
      </w:r>
      <w:r>
        <w:t xml:space="preserve">    (a) change to fit a different situation; or make suitable</w:t>
      </w:r>
      <w:r>
        <w:br/>
      </w:r>
      <w:r>
        <w:t xml:space="preserve">    (b) alter the regular state of an otherwise stable system</w:t>
      </w:r>
      <w:r>
        <w:br/>
      </w:r>
      <w:r>
        <w:t xml:space="preserve">    (c) to spread one-sided information to influence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answer her with equal mystery,</w:t>
      </w:r>
      <w:r>
        <w:br/>
      </w:r>
      <w:r>
        <w:t xml:space="preserve">    (a) the degree to which something can be solved or settled</w:t>
      </w:r>
      <w:r>
        <w:br/>
      </w:r>
      <w:r>
        <w:t xml:space="preserve">    (b) in the mood (with a tendency to)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sitting on a ladder sunning themselves, with their bodies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forward</w:t>
      </w:r>
      <w:r>
        <w:br/>
      </w:r>
      <w:r>
        <w:t xml:space="preserve">    (a) lied or misled</w:t>
      </w:r>
      <w:r>
        <w:br/>
      </w:r>
      <w:r>
        <w:t xml:space="preserve">    (b) told (a story)</w:t>
      </w:r>
      <w:r>
        <w:br/>
      </w:r>
      <w:r>
        <w:t xml:space="preserve">    (c) bent (or angled)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Shall the respectable citizen thus gravely teach,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precept</w:t>
      </w:r>
      <w:r>
        <w:rPr>
          <w:b/>
          <w:bCs/>
        </w:rPr>
        <w:t xml:space="preserve"> </w:t>
      </w:r>
      <w:r>
        <w:rPr>
          <w:b/>
          <w:bCs/>
        </w:rPr>
        <w:t xml:space="preserve">and example, the necessity of the young man's providing a certain number of superfluous glow-shoes, and umbrellas, and empty guest chambers for empty guests, before he dies?</w:t>
      </w:r>
      <w:r>
        <w:br/>
      </w:r>
      <w:r>
        <w:t xml:space="preserve">    (a) act of hiring again</w:t>
      </w:r>
      <w:r>
        <w:br/>
      </w:r>
      <w:r>
        <w:t xml:space="preserve">    (b) a rule for behavior</w:t>
      </w:r>
      <w:r>
        <w:br/>
      </w:r>
      <w:r>
        <w:t xml:space="preserve">    (c) wrong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got out several cords of stumps in plowing, which supplied me with fuel for a long time, and left small circles of virgin mould, easily distinguishable through the summer by the greater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luxuriance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beans there.</w:t>
      </w:r>
      <w:r>
        <w:br/>
      </w:r>
      <w:r>
        <w:t xml:space="preserve">    (a) characterized by growing well or being richly thick or abundant -- as of vegetation or hair</w:t>
      </w:r>
      <w:r>
        <w:br/>
      </w:r>
      <w:r>
        <w:br/>
      </w:r>
      <w:r>
        <w:t xml:space="preserve">or (more rarely):</w:t>
      </w:r>
      <w:r>
        <w:br/>
      </w:r>
      <w:r>
        <w:br/>
      </w:r>
      <w:r>
        <w:t xml:space="preserve">characterized by luxury (very comfortable or extravagant)</w:t>
      </w:r>
      <w:r>
        <w:br/>
      </w:r>
      <w:r>
        <w:t xml:space="preserve">    (b) a person with or something related to an eating disorder in which overeating is followed by guilt and unhealthy attempts at correction -- especially self-induced vomiting</w:t>
      </w:r>
      <w:r>
        <w:br/>
      </w:r>
      <w:r>
        <w:t xml:space="preserve">    (c) a musical play with orchestra in which most of the dialogue is sung (or the art form that consists of such musicals; or describing something as related to that art form)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give the Latin on account of the savoriness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trivial</w:t>
      </w:r>
      <w:r>
        <w:rPr>
          <w:b/>
          <w:bCs/>
        </w:rPr>
        <w:t xml:space="preserve"> </w:t>
      </w:r>
      <w:r>
        <w:rPr>
          <w:b/>
          <w:bCs/>
        </w:rPr>
        <w:t xml:space="preserve">name.</w:t>
      </w:r>
      <w:r>
        <w:br/>
      </w:r>
      <w:r>
        <w:t xml:space="preserve">    (a) not sincere</w:t>
      </w:r>
      <w:r>
        <w:br/>
      </w:r>
      <w:r>
        <w:t xml:space="preserve">    (b) unimportant</w:t>
      </w:r>
      <w:r>
        <w:br/>
      </w:r>
      <w:r>
        <w:t xml:space="preserve">    (c) intentional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Undoubtedly, in this case, what is true for one is truer still for a thousand, as a large house is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proportionally</w:t>
      </w:r>
      <w:r>
        <w:rPr>
          <w:b/>
          <w:bCs/>
        </w:rPr>
        <w:t xml:space="preserve"> </w:t>
      </w:r>
      <w:r>
        <w:rPr>
          <w:b/>
          <w:bCs/>
        </w:rPr>
        <w:t xml:space="preserve">more expensive than a small one, since one roof may cover, one cellar underlie, and one wall separate several apartments.</w:t>
      </w:r>
      <w:r>
        <w:br/>
      </w:r>
      <w:r>
        <w:t xml:space="preserve">    (a) in a manner that is appropriate or related in size, amount, or degree</w:t>
      </w:r>
      <w:r>
        <w:br/>
      </w:r>
      <w:r>
        <w:t xml:space="preserve">    (b) in a manner that is extremely sad or miserable--often with loneliness</w:t>
      </w:r>
      <w:r>
        <w:br/>
      </w:r>
      <w:r>
        <w:t xml:space="preserve">    (c) in a manner that is not sexually attractive, or persuasively tempting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I have tried it fairly, and, strange as it may seem, am satisfied that it does not agree with my constitution.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in addition to what has just been said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words which express our faith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piety</w:t>
      </w:r>
      <w:r>
        <w:rPr>
          <w:b/>
          <w:bCs/>
        </w:rPr>
        <w:t xml:space="preserve"> </w:t>
      </w:r>
      <w:r>
        <w:rPr>
          <w:b/>
          <w:bCs/>
        </w:rPr>
        <w:t xml:space="preserve">are not definite;</w:t>
      </w:r>
      <w:r>
        <w:br/>
      </w:r>
      <w:r>
        <w:t xml:space="preserve">    (a) a shop that offers loans to individuals who use their personal property as collateral</w:t>
      </w:r>
      <w:r>
        <w:br/>
      </w:r>
      <w:r>
        <w:t xml:space="preserve">    (b) a substance that stimulates the production of antibodies to protect against a disease</w:t>
      </w:r>
      <w:r>
        <w:br/>
      </w:r>
      <w:r>
        <w:t xml:space="preserve">    (c) religious or moral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retained the landscape, and I have since annually carried off what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without a wheelbarrow.</w:t>
      </w:r>
      <w:r>
        <w:br/>
      </w:r>
      <w:r>
        <w:t xml:space="preserve">    (a) gave in, gave way, or gave up</w:t>
      </w:r>
      <w:r>
        <w:br/>
      </w:r>
      <w:r>
        <w:t xml:space="preserve">    (b) embarrassed or self-conscious</w:t>
      </w:r>
      <w:r>
        <w:br/>
      </w:r>
      <w:r>
        <w:t xml:space="preserve">    (c) with rises and falls in pitch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told me that in a good day they could get out a thousand tons, which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of about one acre.</w:t>
      </w:r>
      <w:r>
        <w:br/>
      </w:r>
      <w:r>
        <w:t xml:space="preserve">    (a) production</w:t>
      </w:r>
      <w:r>
        <w:br/>
      </w:r>
      <w:r>
        <w:t xml:space="preserve">    (b) stop (something from happening)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indigenous</w:t>
      </w:r>
      <w:r>
        <w:rPr>
          <w:b/>
          <w:bCs/>
        </w:rPr>
        <w:t xml:space="preserve"> </w:t>
      </w:r>
      <w:r>
        <w:rPr>
          <w:b/>
          <w:bCs/>
        </w:rPr>
        <w:t xml:space="preserve">even than the natives.</w:t>
      </w:r>
      <w:r>
        <w:br/>
      </w:r>
      <w:r>
        <w:t xml:space="preserve">    (a) of local origin</w:t>
      </w:r>
      <w:r>
        <w:br/>
      </w:r>
      <w:r>
        <w:t xml:space="preserve">    (b) material wealth</w:t>
      </w:r>
      <w:r>
        <w:br/>
      </w:r>
      <w:r>
        <w:t xml:space="preserve">    (c) strongly biased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would be better if there were but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inhabitant</w:t>
      </w:r>
      <w:r>
        <w:rPr>
          <w:b/>
          <w:bCs/>
        </w:rPr>
        <w:t xml:space="preserve"> </w:t>
      </w:r>
      <w:r>
        <w:rPr>
          <w:b/>
          <w:bCs/>
        </w:rPr>
        <w:t xml:space="preserve">to a square mile, as where I live.</w:t>
      </w:r>
      <w:r>
        <w:br/>
      </w:r>
      <w:r>
        <w:t xml:space="preserve">    (a) someone who waves or makes a showy gesture</w:t>
      </w:r>
      <w:r>
        <w:br/>
      </w:r>
      <w:r>
        <w:t xml:space="preserve">    (b) person that lives in a particular place</w:t>
      </w:r>
      <w:r>
        <w:br/>
      </w:r>
      <w:r>
        <w:t xml:space="preserve">    (c) someone who stops something from happening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only open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cultivated</w:t>
      </w:r>
      <w:r>
        <w:rPr>
          <w:b/>
          <w:bCs/>
        </w:rPr>
        <w:t xml:space="preserve"> </w:t>
      </w:r>
      <w:r>
        <w:rPr>
          <w:b/>
          <w:bCs/>
        </w:rPr>
        <w:t xml:space="preserve">field for a great distance on either side of the road,</w:t>
      </w:r>
      <w:r>
        <w:br/>
      </w:r>
      <w:r>
        <w:t xml:space="preserve">    (a) a non-doctor who assisted a women in childbirth</w:t>
      </w:r>
      <w:r>
        <w:br/>
      </w:r>
      <w:r>
        <w:t xml:space="preserve">    (b) not found guilty or forced into a bad situation</w:t>
      </w:r>
      <w:r>
        <w:br/>
      </w:r>
      <w:r>
        <w:t xml:space="preserve">    (c) developed for growing crops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commonly higher in the winter and lower in the summer, though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corresponding</w:t>
      </w:r>
      <w:r>
        <w:rPr>
          <w:b/>
          <w:bCs/>
        </w:rPr>
        <w:t xml:space="preserve"> </w:t>
      </w:r>
      <w:r>
        <w:rPr>
          <w:b/>
          <w:bCs/>
        </w:rPr>
        <w:t xml:space="preserve">to the general wet and dryness.</w:t>
      </w:r>
      <w:r>
        <w:br/>
      </w:r>
      <w:r>
        <w:t xml:space="preserve">    (a) connected or fitting together by being equivalent, proportionate, or matched</w:t>
      </w:r>
      <w:r>
        <w:br/>
      </w:r>
      <w:r>
        <w:t xml:space="preserve">    (b) sticking out, attracting more attention than desired, or imposing on others</w:t>
      </w:r>
      <w:r>
        <w:br/>
      </w:r>
      <w:r>
        <w:t xml:space="preserve">    (c) drying out by heat or excessive exposure to sunlight; or making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you invert your head, it looks like a thread of finest gossamer stretched across the valley, and gleaming against the distant pine woods, separating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stratum</w:t>
      </w:r>
      <w:r>
        <w:rPr>
          <w:b/>
          <w:bCs/>
        </w:rPr>
        <w:t xml:space="preserve"> </w:t>
      </w:r>
      <w:r>
        <w:rPr>
          <w:b/>
          <w:bCs/>
        </w:rPr>
        <w:t xml:space="preserve">of the atmosphere from another.</w:t>
      </w:r>
      <w:r>
        <w:br/>
      </w:r>
      <w:r>
        <w:t xml:space="preserve">    (a) layers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levels, classes, or groups into which people or other things are divided</w:t>
      </w:r>
      <w:r>
        <w:br/>
      </w:r>
      <w:r>
        <w:t xml:space="preserve">    (b) a hollow muscular organ in the pelvic cavity of females which can hold a developing fetus</w:t>
      </w:r>
      <w:r>
        <w:br/>
      </w:r>
      <w:r>
        <w:t xml:space="preserve">    (c) one who believes that knowledge is acquired primarily by reason rather than by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probably the same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phenomenon</w:t>
      </w:r>
      <w:r>
        <w:rPr>
          <w:b/>
          <w:bCs/>
        </w:rPr>
        <w:t xml:space="preserve"> </w:t>
      </w:r>
      <w:r>
        <w:rPr>
          <w:b/>
          <w:bCs/>
        </w:rPr>
        <w:t xml:space="preserve">to which I have referred, which is especially observed in the morning, but also at other times, and even by moonlight.</w:t>
      </w:r>
      <w:r>
        <w:br/>
      </w:r>
      <w:r>
        <w:t xml:space="preserve">    (a) something that was once small, but is getting very large</w:t>
      </w:r>
      <w:r>
        <w:br/>
      </w:r>
      <w:r>
        <w:t xml:space="preserve">    (b) something important that is hard to see or sense</w:t>
      </w:r>
      <w:r>
        <w:br/>
      </w:r>
      <w:r>
        <w:t xml:space="preserve">    (c) something that exists or happened -- often of special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every one mind his own business,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</w:t>
      </w:r>
      <w:r>
        <w:rPr>
          <w:b/>
          <w:bCs/>
        </w:rPr>
        <w:t xml:space="preserve"> </w:t>
      </w:r>
      <w:r>
        <w:rPr>
          <w:b/>
          <w:bCs/>
        </w:rPr>
        <w:t xml:space="preserve">to be what he was made.</w:t>
      </w:r>
      <w:r>
        <w:br/>
      </w:r>
      <w:r>
        <w:t xml:space="preserve">    (a) to write or exchange written letters or emails</w:t>
      </w:r>
      <w:r>
        <w:br/>
      </w:r>
      <w:r>
        <w:t xml:space="preserve">    (b) try or attempt</w:t>
      </w:r>
      <w:r>
        <w:br/>
      </w:r>
      <w:r>
        <w:t xml:space="preserve">    (c) a slight amount; or to contain a slight amount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2026-07-31T16:27:53Z</dcterms:created>
  <dcterms:modified xsi:type="dcterms:W3CDTF">2026-07-31T16:27:53Z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