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9f19ecea1de6ac322498457d5a4ccf5dec732b"/>
    <w:p>
      <w:pPr>
        <w:pStyle w:val="Heading1"/>
      </w:pPr>
      <w:r>
        <w:rPr>
          <w:b/>
          <w:bCs/>
        </w:rPr>
        <w:t xml:space="preserve">Volpone</w:t>
      </w:r>
      <w:r>
        <w:br/>
      </w:r>
      <w:r>
        <w:rPr>
          <w:i/>
          <w:iCs/>
        </w:rPr>
        <w:t xml:space="preserve">Ben Jonson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MOS: And besides, sir, You are not like a thresher that doth stand With a huge flail, watching a heap of corn, And, hungry, dares not taste the smallest grain, But feeds on mallows, and such bitter herbs; Nor like the merchant, who hath fill'd his vaults With Romagnia, and rich Candian wines, Yet drinks the lees of Lombard's vinegar: You will not lie in straw, whilst moths and worms Feed on your</w:t>
      </w:r>
      <w:r>
        <w:rPr>
          <w:b/>
          <w:bCs/>
        </w:rPr>
        <w:t xml:space="preserve"> </w:t>
      </w:r>
      <w:r>
        <w:rPr>
          <w:b/>
          <w:bCs/>
          <w:u w:val="single"/>
        </w:rPr>
        <w:t xml:space="preserve">sumptuous</w:t>
      </w:r>
      <w:r>
        <w:rPr>
          <w:b/>
          <w:bCs/>
        </w:rPr>
        <w:t xml:space="preserve"> </w:t>
      </w:r>
      <w:r>
        <w:rPr>
          <w:b/>
          <w:bCs/>
        </w:rPr>
        <w:t xml:space="preserve">hangings and soft beds; You know the use of riches, and dare give now From that bright heap, to me, your poor observer, Or to your dwarf, or your hermaphrodite, Your eunuch, or what other household-trifle Your pleasure allows maintenance.</w:t>
      </w:r>
      <w:r>
        <w:br/>
      </w:r>
      <w:r>
        <w:t xml:space="preserve">    (a) magnificent (impressively wonderful) -- often indicating something expensive</w:t>
      </w:r>
      <w:r>
        <w:br/>
      </w:r>
      <w:r>
        <w:t xml:space="preserve">    (b) the state or degree of having the ability to change for different situations</w:t>
      </w:r>
      <w:r>
        <w:br/>
      </w:r>
      <w:r>
        <w:t xml:space="preserve">    (c) the quality of behaving in an instinctive, uninhibited, and unplanned manner</w:t>
      </w:r>
    </w:p>
    <w:p>
      <w:pPr>
        <w:pStyle w:val="Compact"/>
        <w:numPr>
          <w:ilvl w:val="0"/>
          <w:numId w:val="1001"/>
        </w:numPr>
      </w:pPr>
      <w:r>
        <w:rPr>
          <w:b/>
          <w:bCs/>
        </w:rPr>
        <w:t xml:space="preserve">AND: Of that an</w:t>
      </w:r>
      <w:r>
        <w:rPr>
          <w:b/>
          <w:bCs/>
        </w:rPr>
        <w:t xml:space="preserve"> </w:t>
      </w:r>
      <w:r>
        <w:rPr>
          <w:b/>
          <w:bCs/>
          <w:u w:val="single"/>
        </w:rPr>
        <w:t xml:space="preserve">obstreperous</w:t>
      </w:r>
      <w:r>
        <w:rPr>
          <w:b/>
          <w:bCs/>
        </w:rPr>
        <w:t xml:space="preserve"> </w:t>
      </w:r>
      <w:r>
        <w:rPr>
          <w:b/>
          <w:bCs/>
        </w:rPr>
        <w:t xml:space="preserve">lawyer bereft me.</w:t>
      </w:r>
      <w:r>
        <w:br/>
      </w:r>
      <w:r>
        <w:t xml:space="preserve">    (a) without involvement of anything in between</w:t>
      </w:r>
      <w:r>
        <w:br/>
      </w:r>
      <w:r>
        <w:t xml:space="preserve">    (b) mental activity of which one is self-aware</w:t>
      </w:r>
      <w:r>
        <w:br/>
      </w:r>
      <w:r>
        <w:t xml:space="preserve">    (c) noisily unruly (disorderly and disruptive)</w:t>
      </w:r>
    </w:p>
    <w:p>
      <w:pPr>
        <w:pStyle w:val="Compact"/>
        <w:numPr>
          <w:ilvl w:val="0"/>
          <w:numId w:val="1001"/>
        </w:numPr>
      </w:pPr>
      <w:r>
        <w:rPr>
          <w:b/>
          <w:bCs/>
        </w:rPr>
        <w:t xml:space="preserve">VOLT: Thy modesty Is not to know it; well, we shall</w:t>
      </w:r>
      <w:r>
        <w:rPr>
          <w:b/>
          <w:bCs/>
        </w:rPr>
        <w:t xml:space="preserve"> </w:t>
      </w:r>
      <w:r>
        <w:rPr>
          <w:b/>
          <w:bCs/>
          <w:u w:val="single"/>
        </w:rPr>
        <w:t xml:space="preserve">requite</w:t>
      </w:r>
      <w:r>
        <w:rPr>
          <w:b/>
          <w:bCs/>
        </w:rPr>
        <w:t xml:space="preserve"> </w:t>
      </w:r>
      <w:r>
        <w:rPr>
          <w:b/>
          <w:bCs/>
        </w:rPr>
        <w:t xml:space="preserve">it.</w:t>
      </w:r>
      <w:r>
        <w:br/>
      </w:r>
      <w:r>
        <w:t xml:space="preserve">    (a) repay or return</w:t>
      </w:r>
      <w:r>
        <w:br/>
      </w:r>
      <w:r>
        <w:t xml:space="preserve">    (b) think carefully</w:t>
      </w:r>
      <w:r>
        <w:br/>
      </w:r>
      <w:r>
        <w:t xml:space="preserve">    (c) strongly desire</w:t>
      </w:r>
    </w:p>
    <w:p>
      <w:pPr>
        <w:pStyle w:val="Compact"/>
        <w:numPr>
          <w:ilvl w:val="0"/>
          <w:numId w:val="1001"/>
        </w:numPr>
      </w:pPr>
      <w:r>
        <w:rPr>
          <w:b/>
          <w:bCs/>
        </w:rPr>
        <w:t xml:space="preserve">And, To any question he was silent too, I still interpreted the nods he made, Through weakness, for consent: and sent home th' others, Nothing</w:t>
      </w:r>
      <w:r>
        <w:rPr>
          <w:b/>
          <w:bCs/>
        </w:rPr>
        <w:t xml:space="preserve"> </w:t>
      </w:r>
      <w:r>
        <w:rPr>
          <w:b/>
          <w:bCs/>
          <w:u w:val="single"/>
        </w:rPr>
        <w:t xml:space="preserve">bequeath'd</w:t>
      </w:r>
      <w:r>
        <w:rPr>
          <w:b/>
          <w:bCs/>
        </w:rPr>
        <w:t xml:space="preserve"> </w:t>
      </w:r>
      <w:r>
        <w:rPr>
          <w:b/>
          <w:bCs/>
        </w:rPr>
        <w:t xml:space="preserve">them, but to cry and curse.</w:t>
      </w:r>
      <w:r>
        <w:br/>
      </w:r>
      <w:r>
        <w:t xml:space="preserve">    (a) not found guilty or forced into a bad situation</w:t>
      </w:r>
      <w:r>
        <w:br/>
      </w:r>
      <w:r>
        <w:t xml:space="preserve">    (b) a non-doctor who assisted a women in childbirth</w:t>
      </w:r>
      <w:r>
        <w:br/>
      </w:r>
      <w:r>
        <w:t xml:space="preserve">    (c) give or pass down -- often upon death in a will</w:t>
      </w:r>
    </w:p>
    <w:p>
      <w:pPr>
        <w:pStyle w:val="Compact"/>
        <w:numPr>
          <w:ilvl w:val="0"/>
          <w:numId w:val="1001"/>
        </w:numPr>
      </w:pPr>
      <w:r>
        <w:rPr>
          <w:b/>
          <w:bCs/>
        </w:rPr>
        <w:t xml:space="preserve">SIR P: Sir,</w:t>
      </w:r>
      <w:r>
        <w:rPr>
          <w:b/>
          <w:bCs/>
        </w:rPr>
        <w:t xml:space="preserve"> </w:t>
      </w:r>
      <w:r>
        <w:rPr>
          <w:b/>
          <w:bCs/>
          <w:u w:val="single"/>
        </w:rPr>
        <w:t xml:space="preserve">calumnies</w:t>
      </w:r>
      <w:r>
        <w:rPr>
          <w:b/>
          <w:bCs/>
        </w:rPr>
        <w:t xml:space="preserve"> </w:t>
      </w:r>
      <w:r>
        <w:rPr>
          <w:b/>
          <w:bCs/>
        </w:rPr>
        <w:t xml:space="preserve">are answer'd best with silence.</w:t>
      </w:r>
      <w:r>
        <w:br/>
      </w:r>
      <w:r>
        <w:t xml:space="preserve">    (a) false accusations against a person</w:t>
      </w:r>
      <w:r>
        <w:br/>
      </w:r>
      <w:r>
        <w:t xml:space="preserve">    (b) a central open spaces in buildings</w:t>
      </w:r>
      <w:r>
        <w:br/>
      </w:r>
      <w:r>
        <w:t xml:space="preserve">    (c) acts of stopping a battle or fight</w:t>
      </w:r>
    </w:p>
    <w:p>
      <w:pPr>
        <w:pStyle w:val="Compact"/>
        <w:numPr>
          <w:ilvl w:val="0"/>
          <w:numId w:val="1001"/>
        </w:numPr>
      </w:pPr>
      <w:r>
        <w:rPr>
          <w:b/>
          <w:bCs/>
        </w:rPr>
        <w:t xml:space="preserve">Only to shew my affection to you, honourable gentlemen, and your</w:t>
      </w:r>
      <w:r>
        <w:rPr>
          <w:b/>
          <w:bCs/>
        </w:rPr>
        <w:t xml:space="preserve"> </w:t>
      </w:r>
      <w:r>
        <w:rPr>
          <w:b/>
          <w:bCs/>
          <w:u w:val="single"/>
        </w:rPr>
        <w:t xml:space="preserve">illustrious</w:t>
      </w:r>
      <w:r>
        <w:rPr>
          <w:b/>
          <w:bCs/>
        </w:rPr>
        <w:t xml:space="preserve"> </w:t>
      </w:r>
      <w:r>
        <w:rPr>
          <w:b/>
          <w:bCs/>
        </w:rPr>
        <w:t xml:space="preserve">State here, I have neglected the messages of these princes, mine own offices, framed my journey hither, only to present you with the fruits of my travels.</w:t>
      </w:r>
      <w:r>
        <w:br/>
      </w:r>
      <w:r>
        <w:t xml:space="preserve">    (a) able to be taken up or received into heaven</w:t>
      </w:r>
      <w:r>
        <w:br/>
      </w:r>
      <w:r>
        <w:t xml:space="preserve">    (b) famous and admired; or worthy of admiration</w:t>
      </w:r>
      <w:r>
        <w:br/>
      </w:r>
      <w:r>
        <w:t xml:space="preserve">    (c) the state or degree of being bad or harmful</w:t>
      </w:r>
    </w:p>
    <w:p>
      <w:pPr>
        <w:pStyle w:val="Compact"/>
        <w:numPr>
          <w:ilvl w:val="0"/>
          <w:numId w:val="1001"/>
        </w:numPr>
      </w:pPr>
      <w:r>
        <w:rPr>
          <w:b/>
          <w:bCs/>
        </w:rPr>
        <w:t xml:space="preserve">Or his easier ears</w:t>
      </w:r>
      <w:r>
        <w:rPr>
          <w:b/>
          <w:bCs/>
        </w:rPr>
        <w:t xml:space="preserve"> </w:t>
      </w:r>
      <w:r>
        <w:rPr>
          <w:b/>
          <w:bCs/>
          <w:u w:val="single"/>
        </w:rPr>
        <w:t xml:space="preserve">beguile</w:t>
      </w:r>
      <w:r>
        <w:rPr>
          <w:b/>
          <w:bCs/>
        </w:rPr>
        <w:t xml:space="preserve">, Thus remooved by our wile?</w:t>
      </w:r>
      <w:r>
        <w:br/>
      </w:r>
      <w:r>
        <w:t xml:space="preserve">    (a) to think of something as true or likely, even though it is not known with certainty</w:t>
      </w:r>
      <w:r>
        <w:br/>
      </w:r>
      <w:r>
        <w:t xml:space="preserve">    (b) give authority, power, knowledge, or confidence to someone so they can do something</w:t>
      </w:r>
      <w:r>
        <w:br/>
      </w:r>
      <w:r>
        <w:t xml:space="preserve">    (c) to charm, enchant, or entertain someone; or to deceive -- especially through charm</w:t>
      </w:r>
    </w:p>
    <w:p>
      <w:pPr>
        <w:pStyle w:val="Compact"/>
        <w:numPr>
          <w:ilvl w:val="0"/>
          <w:numId w:val="1001"/>
        </w:numPr>
      </w:pPr>
      <w:r>
        <w:rPr>
          <w:b/>
          <w:bCs/>
        </w:rPr>
        <w:t xml:space="preserve">CEL: If you have ears that will be pierc'd—or eyes That can be open'd—a heart that may be touch'd—Or any part that yet sounds man about you—If you have touch of holy saints—or heaven—Do me the grace to let me 'scape—if not, Be</w:t>
      </w:r>
      <w:r>
        <w:rPr>
          <w:b/>
          <w:bCs/>
        </w:rPr>
        <w:t xml:space="preserve"> </w:t>
      </w:r>
      <w:r>
        <w:rPr>
          <w:b/>
          <w:bCs/>
          <w:u w:val="single"/>
        </w:rPr>
        <w:t xml:space="preserve">bountiful</w:t>
      </w:r>
      <w:r>
        <w:rPr>
          <w:b/>
          <w:bCs/>
        </w:rPr>
        <w:t xml:space="preserve"> </w:t>
      </w:r>
      <w:r>
        <w:rPr>
          <w:b/>
          <w:bCs/>
        </w:rPr>
        <w:t xml:space="preserve">and kill me.</w:t>
      </w:r>
      <w:r>
        <w:br/>
      </w:r>
      <w:r>
        <w:t xml:space="preserve">    (a) not having the characteristic of bouncing back light/heat/sound...</w:t>
      </w:r>
      <w:r>
        <w:br/>
      </w:r>
      <w:r>
        <w:t xml:space="preserve">    (b) the quality or degree of the involvement of other people or things</w:t>
      </w:r>
      <w:r>
        <w:br/>
      </w:r>
      <w:r>
        <w:t xml:space="preserve">    (c) given in abundance (a large amount); or an abundant (large) amount</w:t>
      </w:r>
    </w:p>
    <w:p>
      <w:pPr>
        <w:pStyle w:val="Compact"/>
        <w:numPr>
          <w:ilvl w:val="0"/>
          <w:numId w:val="1001"/>
        </w:numPr>
      </w:pPr>
      <w:r>
        <w:rPr>
          <w:b/>
          <w:bCs/>
        </w:rPr>
        <w:t xml:space="preserve">That I had Nestor's</w:t>
      </w:r>
      <w:r>
        <w:rPr>
          <w:b/>
          <w:bCs/>
        </w:rPr>
        <w:t xml:space="preserve"> </w:t>
      </w:r>
      <w:r>
        <w:rPr>
          <w:b/>
          <w:bCs/>
          <w:u w:val="single"/>
        </w:rPr>
        <w:t xml:space="preserve">hernia</w:t>
      </w:r>
      <w:r>
        <w:rPr>
          <w:b/>
          <w:bCs/>
        </w:rPr>
        <w:t xml:space="preserve">, thou wouldst think.</w:t>
      </w:r>
      <w:r>
        <w:br/>
      </w:r>
      <w:r>
        <w:t xml:space="preserve">    (a) related to psychosis or someone who suffers from a psychosis (any severe mental disorder in which contact with reality is lost or highly distorted)</w:t>
      </w:r>
      <w:r>
        <w:br/>
      </w:r>
      <w:r>
        <w:t xml:space="preserve">    (b) a rupture in smooth muscle tissue through which a bodily structure protrudes -- most commonly in men with an intestine protruding in the groin area</w:t>
      </w:r>
      <w:r>
        <w:br/>
      </w:r>
      <w:r>
        <w:t xml:space="preserve">    (c) group of people responsible for determining if early release from prison is permitted and if so, what conditions should be required of the prisoner</w:t>
      </w:r>
    </w:p>
    <w:p>
      <w:pPr>
        <w:pStyle w:val="Compact"/>
        <w:numPr>
          <w:ilvl w:val="0"/>
          <w:numId w:val="1001"/>
        </w:numPr>
      </w:pPr>
      <w:r>
        <w:rPr>
          <w:b/>
          <w:bCs/>
        </w:rPr>
        <w:t xml:space="preserve">I do degenerate, and abuse my nation, To play with opportunity thus long; I should have done the act, and then have</w:t>
      </w:r>
      <w:r>
        <w:rPr>
          <w:b/>
          <w:bCs/>
        </w:rPr>
        <w:t xml:space="preserve"> </w:t>
      </w:r>
      <w:r>
        <w:rPr>
          <w:b/>
          <w:bCs/>
          <w:u w:val="single"/>
        </w:rPr>
        <w:t xml:space="preserve">parley'd</w:t>
      </w:r>
      <w:r>
        <w:rPr>
          <w:b/>
          <w:bCs/>
        </w:rPr>
        <w:t xml:space="preserve">.</w:t>
      </w:r>
      <w:r>
        <w:br/>
      </w:r>
      <w:r>
        <w:t xml:space="preserve">    (a) promised, guaranteed, or indicated certainty of something</w:t>
      </w:r>
      <w:r>
        <w:br/>
      </w:r>
      <w:r>
        <w:t xml:space="preserve">    (b) a negotiation or discussion -- especially between enemies</w:t>
      </w:r>
      <w:r>
        <w:br/>
      </w:r>
      <w:r>
        <w:t xml:space="preserve">    (c) viewed in a certain way so as to form a belief or opinion</w:t>
      </w:r>
    </w:p>
    <w:p>
      <w:pPr>
        <w:pStyle w:val="Compact"/>
        <w:numPr>
          <w:ilvl w:val="0"/>
          <w:numId w:val="1001"/>
        </w:numPr>
      </w:pPr>
      <w:r>
        <w:rPr>
          <w:b/>
          <w:bCs/>
        </w:rPr>
        <w:t xml:space="preserve">MOS: 'Tis true, By my device, drawn to it by my plot, With hope— VOLT: Your patron should</w:t>
      </w:r>
      <w:r>
        <w:rPr>
          <w:b/>
          <w:bCs/>
        </w:rPr>
        <w:t xml:space="preserve"> </w:t>
      </w:r>
      <w:r>
        <w:rPr>
          <w:b/>
          <w:bCs/>
          <w:u w:val="single"/>
        </w:rPr>
        <w:t xml:space="preserve">reciprocate</w:t>
      </w:r>
      <w:r>
        <w:rPr>
          <w:b/>
          <w:bCs/>
        </w:rPr>
        <w:t xml:space="preserve">?</w:t>
      </w:r>
      <w:r>
        <w:br/>
      </w:r>
      <w:r>
        <w:t xml:space="preserve">    (a) give in return</w:t>
      </w:r>
      <w:r>
        <w:br/>
      </w:r>
      <w:r>
        <w:t xml:space="preserve">    (b) less than zero</w:t>
      </w:r>
      <w:r>
        <w:br/>
      </w:r>
      <w:r>
        <w:t xml:space="preserve">    (c) begin fighting</w:t>
      </w:r>
    </w:p>
    <w:p>
      <w:pPr>
        <w:pStyle w:val="Compact"/>
        <w:numPr>
          <w:ilvl w:val="0"/>
          <w:numId w:val="1001"/>
        </w:numPr>
      </w:pPr>
      <w:r>
        <w:rPr>
          <w:b/>
          <w:bCs/>
        </w:rPr>
        <w:t xml:space="preserve">he dragg'd forth The aged gentleman that had there lain bed-rid Three years and more, out of his innocent couch, Naked upon the floor, there left him; wounded His servant in the face: and, with this strumpet The stale to his forged practice, who was glad To be so active,—(I shall here desire Your fatherhoods to note but my collections, As most remarkable,—) thought at once to stop His father's ends;</w:t>
      </w:r>
      <w:r>
        <w:rPr>
          <w:b/>
          <w:bCs/>
        </w:rPr>
        <w:t xml:space="preserve"> </w:t>
      </w:r>
      <w:r>
        <w:rPr>
          <w:b/>
          <w:bCs/>
          <w:u w:val="single"/>
        </w:rPr>
        <w:t xml:space="preserve">discredit</w:t>
      </w:r>
      <w:r>
        <w:rPr>
          <w:b/>
          <w:bCs/>
        </w:rPr>
        <w:t xml:space="preserve"> </w:t>
      </w:r>
      <w:r>
        <w:rPr>
          <w:b/>
          <w:bCs/>
        </w:rPr>
        <w:t xml:space="preserve">his free choice In the old gentleman, redeem themselves, By laying infamy upon this man, To whom, with blushing, they should owe their lives.</w:t>
      </w:r>
      <w:r>
        <w:br/>
      </w:r>
      <w:r>
        <w:t xml:space="preserve">    (a) struggle or disagreement</w:t>
      </w:r>
      <w:r>
        <w:br/>
      </w:r>
      <w:r>
        <w:t xml:space="preserve">    (b) include consideration of</w:t>
      </w:r>
      <w:r>
        <w:br/>
      </w:r>
      <w:r>
        <w:t xml:space="preserve">    (c) damage the reputation of</w:t>
      </w:r>
    </w:p>
    <w:p>
      <w:pPr>
        <w:pStyle w:val="Compact"/>
        <w:numPr>
          <w:ilvl w:val="0"/>
          <w:numId w:val="1001"/>
        </w:numPr>
      </w:pPr>
      <w:r>
        <w:rPr>
          <w:b/>
          <w:bCs/>
        </w:rPr>
        <w:t xml:space="preserve">he dragg'd forth The aged gentleman that had there lain bed-rid Three years and more, out of his innocent couch, Naked upon the floor, there left him; wounded His servant in the face: and, with this strumpet The stale to his forged practice, who was glad To be so active,—(I shall here desire Your fatherhoods to note but my collections, As most remarkable,—) thought at once to stop His father's ends; discredit his free choice In the old gentleman, redeem themselves, By laying</w:t>
      </w:r>
      <w:r>
        <w:rPr>
          <w:b/>
          <w:bCs/>
        </w:rPr>
        <w:t xml:space="preserve"> </w:t>
      </w:r>
      <w:r>
        <w:rPr>
          <w:b/>
          <w:bCs/>
          <w:u w:val="single"/>
        </w:rPr>
        <w:t xml:space="preserve">infamy</w:t>
      </w:r>
      <w:r>
        <w:rPr>
          <w:b/>
          <w:bCs/>
        </w:rPr>
        <w:t xml:space="preserve"> </w:t>
      </w:r>
      <w:r>
        <w:rPr>
          <w:b/>
          <w:bCs/>
        </w:rPr>
        <w:t xml:space="preserve">upon this man, To whom, with blushing, they should owe their lives.</w:t>
      </w:r>
      <w:r>
        <w:br/>
      </w:r>
      <w:r>
        <w:t xml:space="preserve">    (a) person, organization, or anything with a separate existence</w:t>
      </w:r>
      <w:r>
        <w:br/>
      </w:r>
      <w:r>
        <w:t xml:space="preserve">    (b) the process or result of learning, discovering, or deciding</w:t>
      </w:r>
      <w:r>
        <w:br/>
      </w:r>
      <w:r>
        <w:t xml:space="preserve">    (c) famous for something that is bad; or an extremely bad event</w:t>
      </w:r>
    </w:p>
    <w:p>
      <w:pPr>
        <w:pStyle w:val="Compact"/>
        <w:numPr>
          <w:ilvl w:val="0"/>
          <w:numId w:val="1001"/>
        </w:numPr>
      </w:pPr>
      <w:r>
        <w:rPr>
          <w:b/>
          <w:bCs/>
        </w:rPr>
        <w:t xml:space="preserve">I'll have my mouth first stopt with earth; my heart Abhors his knowledge: I</w:t>
      </w:r>
      <w:r>
        <w:rPr>
          <w:b/>
          <w:bCs/>
        </w:rPr>
        <w:t xml:space="preserve"> </w:t>
      </w:r>
      <w:r>
        <w:rPr>
          <w:b/>
          <w:bCs/>
          <w:u w:val="single"/>
        </w:rPr>
        <w:t xml:space="preserve">disclaim</w:t>
      </w:r>
      <w:r>
        <w:rPr>
          <w:b/>
          <w:bCs/>
        </w:rPr>
        <w:t xml:space="preserve"> </w:t>
      </w:r>
      <w:r>
        <w:rPr>
          <w:b/>
          <w:bCs/>
        </w:rPr>
        <w:t xml:space="preserve">in him.</w:t>
      </w:r>
      <w:r>
        <w:br/>
      </w:r>
      <w:r>
        <w:t xml:space="preserve">    (a) deny (responsibility, knowledge, or ownership)</w:t>
      </w:r>
      <w:r>
        <w:br/>
      </w:r>
      <w:r>
        <w:t xml:space="preserve">    (b) something that is necessary for something else</w:t>
      </w:r>
      <w:r>
        <w:br/>
      </w:r>
      <w:r>
        <w:t xml:space="preserve">    (c) to write or exchange written letters or emails</w:t>
      </w:r>
    </w:p>
    <w:p>
      <w:pPr>
        <w:pStyle w:val="Compact"/>
        <w:numPr>
          <w:ilvl w:val="0"/>
          <w:numId w:val="1001"/>
        </w:numPr>
      </w:pPr>
      <w:r>
        <w:rPr>
          <w:b/>
          <w:bCs/>
        </w:rPr>
        <w:t xml:space="preserve">CORV: Most</w:t>
      </w:r>
      <w:r>
        <w:rPr>
          <w:b/>
          <w:bCs/>
        </w:rPr>
        <w:t xml:space="preserve"> </w:t>
      </w:r>
      <w:r>
        <w:rPr>
          <w:b/>
          <w:bCs/>
          <w:u w:val="single"/>
        </w:rPr>
        <w:t xml:space="preserve">impetuous</w:t>
      </w:r>
      <w:r>
        <w:rPr>
          <w:b/>
          <w:bCs/>
        </w:rPr>
        <w:t xml:space="preserve">, Unsatisfied, grave fathers!</w:t>
      </w:r>
      <w:r>
        <w:br/>
      </w:r>
      <w:r>
        <w:t xml:space="preserve">    (a) most important; or person that is most important</w:t>
      </w:r>
      <w:r>
        <w:br/>
      </w:r>
      <w:r>
        <w:t xml:space="preserve">    (b) impulsive (acting suddenly without much thought)</w:t>
      </w:r>
      <w:r>
        <w:br/>
      </w:r>
      <w:r>
        <w:t xml:space="preserve">    (c) tending to have exceedingly unfavorable opinions</w:t>
      </w:r>
    </w:p>
    <w:p>
      <w:pPr>
        <w:pStyle w:val="Compact"/>
        <w:numPr>
          <w:ilvl w:val="0"/>
          <w:numId w:val="1001"/>
        </w:numPr>
      </w:pPr>
      <w:r>
        <w:rPr>
          <w:b/>
          <w:bCs/>
        </w:rPr>
        <w:t xml:space="preserve">VOLT: May her feignings Not take your wisdoms: but this day she baited A stranger, a grave knight, with her loose eyes, And more</w:t>
      </w:r>
      <w:r>
        <w:rPr>
          <w:b/>
          <w:bCs/>
        </w:rPr>
        <w:t xml:space="preserve"> </w:t>
      </w:r>
      <w:r>
        <w:rPr>
          <w:b/>
          <w:bCs/>
          <w:u w:val="single"/>
        </w:rPr>
        <w:t xml:space="preserve">lascivious</w:t>
      </w:r>
      <w:r>
        <w:rPr>
          <w:b/>
          <w:bCs/>
        </w:rPr>
        <w:t xml:space="preserve"> </w:t>
      </w:r>
      <w:r>
        <w:rPr>
          <w:b/>
          <w:bCs/>
        </w:rPr>
        <w:t xml:space="preserve">kisses.</w:t>
      </w:r>
      <w:r>
        <w:br/>
      </w:r>
      <w:r>
        <w:t xml:space="preserve">    (a) an argument attributed to one's opponent that is weaker than their actual argument</w:t>
      </w:r>
      <w:r>
        <w:br/>
      </w:r>
      <w:r>
        <w:t xml:space="preserve">    (b) the quality of feeling angry or unhappy about having to accept something not liked</w:t>
      </w:r>
      <w:r>
        <w:br/>
      </w:r>
      <w:r>
        <w:t xml:space="preserve">    (c) expressing, showing, or provoking strong and typically inappropriate sexual desire</w:t>
      </w:r>
    </w:p>
    <w:p>
      <w:pPr>
        <w:pStyle w:val="Compact"/>
        <w:numPr>
          <w:ilvl w:val="0"/>
          <w:numId w:val="1001"/>
        </w:numPr>
      </w:pPr>
      <w:r>
        <w:rPr>
          <w:b/>
          <w:bCs/>
        </w:rPr>
        <w:t xml:space="preserve">LADY P: And been</w:t>
      </w:r>
      <w:r>
        <w:rPr>
          <w:b/>
          <w:bCs/>
        </w:rPr>
        <w:t xml:space="preserve"> </w:t>
      </w:r>
      <w:r>
        <w:rPr>
          <w:b/>
          <w:bCs/>
          <w:u w:val="single"/>
        </w:rPr>
        <w:t xml:space="preserve">exorbitant</w:t>
      </w:r>
      <w:r>
        <w:rPr>
          <w:b/>
          <w:bCs/>
        </w:rPr>
        <w:t xml:space="preserve">— 2 AVOC: You have not, lady.</w:t>
      </w:r>
      <w:r>
        <w:br/>
      </w:r>
      <w:r>
        <w:t xml:space="preserve">    (a) a lot more than is reasonable or typical</w:t>
      </w:r>
      <w:r>
        <w:br/>
      </w:r>
      <w:r>
        <w:t xml:space="preserve">    (b) without a tendency to be full of thought</w:t>
      </w:r>
      <w:r>
        <w:br/>
      </w:r>
      <w:r>
        <w:t xml:space="preserve">    (c) lacking a tendency to be full of thought</w:t>
      </w:r>
    </w:p>
    <w:p>
      <w:pPr>
        <w:pStyle w:val="Compact"/>
        <w:numPr>
          <w:ilvl w:val="0"/>
          <w:numId w:val="1001"/>
        </w:numPr>
      </w:pPr>
      <w:r>
        <w:rPr>
          <w:b/>
          <w:bCs/>
        </w:rPr>
        <w:t xml:space="preserve">music out of</w:t>
      </w:r>
      <w:r>
        <w:rPr>
          <w:b/>
          <w:bCs/>
        </w:rPr>
        <w:t xml:space="preserve"> </w:t>
      </w:r>
      <w:r>
        <w:rPr>
          <w:b/>
          <w:bCs/>
          <w:u w:val="single"/>
        </w:rPr>
        <w:t xml:space="preserve">discords</w:t>
      </w:r>
      <w:r>
        <w:br/>
      </w:r>
      <w:r>
        <w:t xml:space="preserve">    (a) makes more varied</w:t>
      </w:r>
      <w:r>
        <w:br/>
      </w:r>
      <w:r>
        <w:t xml:space="preserve">    (b) unpleasant sounding</w:t>
      </w:r>
      <w:r>
        <w:br/>
      </w:r>
      <w:r>
        <w:t xml:space="preserve">    (c) works or operates</w:t>
      </w:r>
    </w:p>
    <w:p>
      <w:pPr>
        <w:pStyle w:val="Compact"/>
        <w:numPr>
          <w:ilvl w:val="0"/>
          <w:numId w:val="1001"/>
        </w:numPr>
      </w:pPr>
      <w:r>
        <w:rPr>
          <w:b/>
          <w:bCs/>
          <w:u w:val="single"/>
        </w:rPr>
        <w:t xml:space="preserve">Perjured</w:t>
      </w:r>
      <w:r>
        <w:rPr>
          <w:b/>
          <w:bCs/>
        </w:rPr>
        <w:t xml:space="preserve"> </w:t>
      </w:r>
      <w:r>
        <w:rPr>
          <w:b/>
          <w:bCs/>
        </w:rPr>
        <w:t xml:space="preserve">yourself?</w:t>
      </w:r>
      <w:r>
        <w:br/>
      </w:r>
      <w:r>
        <w:t xml:space="preserve">    (a) related such that a change in one thing helps predict a change in another</w:t>
      </w:r>
      <w:r>
        <w:br/>
      </w:r>
      <w:r>
        <w:t xml:space="preserve">    (b) having points along the edge -- like a saw, some knives, and some leaves</w:t>
      </w:r>
      <w:r>
        <w:br/>
      </w:r>
      <w:r>
        <w:t xml:space="preserve">    (c) broke the law by telling lies after formally promising to tell the truth</w:t>
      </w:r>
    </w:p>
    <w:p>
      <w:pPr>
        <w:pStyle w:val="Compact"/>
        <w:numPr>
          <w:ilvl w:val="0"/>
          <w:numId w:val="1001"/>
        </w:numPr>
      </w:pPr>
      <w:r>
        <w:rPr>
          <w:b/>
          <w:bCs/>
        </w:rPr>
        <w:t xml:space="preserve">VOLP: Nay, now, My ruins shall not come alone; your match I'll</w:t>
      </w:r>
      <w:r>
        <w:rPr>
          <w:b/>
          <w:bCs/>
        </w:rPr>
        <w:t xml:space="preserve"> </w:t>
      </w:r>
      <w:r>
        <w:rPr>
          <w:b/>
          <w:bCs/>
          <w:u w:val="single"/>
        </w:rPr>
        <w:t xml:space="preserve">hinder</w:t>
      </w:r>
      <w:r>
        <w:rPr>
          <w:b/>
          <w:bCs/>
        </w:rPr>
        <w:t xml:space="preserve"> </w:t>
      </w:r>
      <w:r>
        <w:rPr>
          <w:b/>
          <w:bCs/>
        </w:rPr>
        <w:t xml:space="preserve">sure: my substance shall not glue you, Nor screw you into a family.</w:t>
      </w:r>
      <w:r>
        <w:br/>
      </w:r>
      <w:r>
        <w:t xml:space="preserve">    (a) to cause something to move forward</w:t>
      </w:r>
      <w:r>
        <w:br/>
      </w:r>
      <w:r>
        <w:t xml:space="preserve">    (b) make different; or show difference</w:t>
      </w:r>
      <w:r>
        <w:br/>
      </w:r>
      <w:r>
        <w:t xml:space="preserve">    (c) slowed down or caused problems for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2026-07-31T16:27:26Z</dcterms:created>
  <dcterms:modified xsi:type="dcterms:W3CDTF">2026-07-31T16:27:26Z</dcterms:modified>
</cp:coreProperties>
</file>

<file path=docProps/custom.xml><?xml version="1.0" encoding="utf-8"?>
<Properties xmlns="http://schemas.openxmlformats.org/officeDocument/2006/custom-properties" xmlns:vt="http://schemas.openxmlformats.org/officeDocument/2006/docPropsVTypes"/>
</file>