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0405ac828a3e1f34c1680ad7057dd0c73e9bbd"/>
    <w:p>
      <w:pPr>
        <w:pStyle w:val="Heading1"/>
      </w:pPr>
      <w:r>
        <w:rPr>
          <w:b/>
          <w:bCs/>
        </w:rPr>
        <w:t xml:space="preserve">Vanity Fair</w:t>
      </w:r>
      <w:r>
        <w:br/>
      </w:r>
      <w:r>
        <w:rPr>
          <w:i/>
          <w:iCs/>
        </w:rPr>
        <w:t xml:space="preserve">William Makepeace Thackeray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embarrassment</w:t>
      </w:r>
      <w:r>
        <w:br/>
      </w:r>
      <w:r>
        <w:t xml:space="preserve">    (b) concern</w:t>
      </w:r>
      <w:r>
        <w:br/>
      </w:r>
      <w:r>
        <w:t xml:space="preserve">    (c) quickness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another example of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artifice</w:t>
      </w:r>
      <w:r>
        <w:rPr>
          <w:b/>
          <w:bCs/>
        </w:rPr>
        <w:t xml:space="preserve">.</w:t>
      </w:r>
      <w:r>
        <w:br/>
      </w:r>
      <w:r>
        <w:t xml:space="preserve">    (a) discrimination</w:t>
      </w:r>
      <w:r>
        <w:br/>
      </w:r>
      <w:r>
        <w:t xml:space="preserve">    (b) deceptive behavior</w:t>
      </w:r>
      <w:r>
        <w:br/>
      </w:r>
      <w:r>
        <w:t xml:space="preserve">    (c) favor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expect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calumny</w:t>
      </w:r>
      <w:r>
        <w:rPr>
          <w:b/>
          <w:bCs/>
        </w:rPr>
        <w:t xml:space="preserve"> </w:t>
      </w:r>
      <w:r>
        <w:rPr>
          <w:b/>
          <w:bCs/>
        </w:rPr>
        <w:t xml:space="preserve">from our critics.</w:t>
      </w:r>
      <w:r>
        <w:br/>
      </w:r>
      <w:r>
        <w:t xml:space="preserve">    (a) criticism</w:t>
      </w:r>
      <w:r>
        <w:br/>
      </w:r>
      <w:r>
        <w:t xml:space="preserve">    (b) foolish mistakes</w:t>
      </w:r>
      <w:r>
        <w:br/>
      </w:r>
      <w:r>
        <w:t xml:space="preserve">    (c) false accusations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movie portrayed the villain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caricature</w:t>
      </w:r>
      <w:r>
        <w:rPr>
          <w:b/>
          <w:bCs/>
        </w:rPr>
        <w:t xml:space="preserve">, lacking depth and complexity.</w:t>
      </w:r>
      <w:r>
        <w:br/>
      </w:r>
      <w:r>
        <w:t xml:space="preserve">    (a) exaggerated representation</w:t>
      </w:r>
      <w:r>
        <w:br/>
      </w:r>
      <w:r>
        <w:t xml:space="preserve">    (b) complex human being</w:t>
      </w:r>
      <w:r>
        <w:br/>
      </w:r>
      <w:r>
        <w:t xml:space="preserve">    (c) silly clown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rare and unusual</w:t>
      </w:r>
      <w:r>
        <w:br/>
      </w:r>
      <w:r>
        <w:t xml:space="preserve">    (b) large in quantity</w:t>
      </w:r>
      <w:r>
        <w:br/>
      </w:r>
      <w:r>
        <w:t xml:space="preserve">    (c) small in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comedian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way of describing everyday life.</w:t>
      </w:r>
      <w:r>
        <w:br/>
      </w:r>
      <w:r>
        <w:t xml:space="preserve">    (a) dull and serious</w:t>
      </w:r>
      <w:r>
        <w:br/>
      </w:r>
      <w:r>
        <w:t xml:space="preserve">    (b) harsh and bitter</w:t>
      </w:r>
      <w:r>
        <w:br/>
      </w:r>
      <w:r>
        <w:t xml:space="preserve">    (c) quirky and funny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both entertains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edifies</w:t>
      </w:r>
      <w:r>
        <w:rPr>
          <w:b/>
          <w:bCs/>
        </w:rPr>
        <w:t xml:space="preserve"> </w:t>
      </w:r>
      <w:r>
        <w:rPr>
          <w:b/>
          <w:bCs/>
        </w:rPr>
        <w:t xml:space="preserve">when she speaks.</w:t>
      </w:r>
      <w:r>
        <w:br/>
      </w:r>
      <w:r>
        <w:t xml:space="preserve">    (a) puzzles listeners</w:t>
      </w:r>
      <w:r>
        <w:br/>
      </w:r>
      <w:r>
        <w:t xml:space="preserve">    (b) teaches or instructs</w:t>
      </w:r>
      <w:r>
        <w:br/>
      </w:r>
      <w:r>
        <w:t xml:space="preserve">    (c) learns from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of the old traditions are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extant</w:t>
      </w:r>
      <w:r>
        <w:rPr>
          <w:b/>
          <w:bCs/>
        </w:rPr>
        <w:t xml:space="preserve"> </w:t>
      </w:r>
      <w:r>
        <w:rPr>
          <w:b/>
          <w:bCs/>
        </w:rPr>
        <w:t xml:space="preserve">in rural areas.</w:t>
      </w:r>
      <w:r>
        <w:br/>
      </w:r>
      <w:r>
        <w:t xml:space="preserve">    (a) wrongly translates</w:t>
      </w:r>
      <w:r>
        <w:br/>
      </w:r>
      <w:r>
        <w:t xml:space="preserve">    (b) still in existence</w:t>
      </w:r>
      <w:r>
        <w:br/>
      </w:r>
      <w:r>
        <w:t xml:space="preserve">    (c) restarted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trust you didn't take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facetious</w:t>
      </w:r>
      <w:r>
        <w:rPr>
          <w:b/>
          <w:bCs/>
        </w:rPr>
        <w:t xml:space="preserve"> </w:t>
      </w:r>
      <w:r>
        <w:rPr>
          <w:b/>
          <w:bCs/>
        </w:rPr>
        <w:t xml:space="preserve">remarks seriously.</w:t>
      </w:r>
      <w:r>
        <w:br/>
      </w:r>
      <w:r>
        <w:t xml:space="preserve">    (a) mildly offensive</w:t>
      </w:r>
      <w:r>
        <w:br/>
      </w:r>
      <w:r>
        <w:t xml:space="preserve">    (b) not serious</w:t>
      </w:r>
      <w:r>
        <w:br/>
      </w:r>
      <w:r>
        <w:t xml:space="preserve">    (c) deeply personal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indefatigable</w:t>
      </w:r>
      <w:r>
        <w:rPr>
          <w:b/>
          <w:bCs/>
        </w:rPr>
        <w:t xml:space="preserve"> </w:t>
      </w:r>
      <w:r>
        <w:rPr>
          <w:b/>
          <w:bCs/>
        </w:rPr>
        <w:t xml:space="preserve">performer, working six days a week.</w:t>
      </w:r>
      <w:r>
        <w:br/>
      </w:r>
      <w:r>
        <w:t xml:space="preserve">    (a) tireless</w:t>
      </w:r>
      <w:r>
        <w:br/>
      </w:r>
      <w:r>
        <w:t xml:space="preserve">    (b) successful</w:t>
      </w:r>
      <w:r>
        <w:br/>
      </w:r>
      <w:r>
        <w:t xml:space="preserve">    (c) busy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remembered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indomitable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cheerful optimism and flexibility</w:t>
      </w:r>
      <w:r>
        <w:br/>
      </w:r>
      <w:r>
        <w:t xml:space="preserve">    (b) uncertain hope and nervous energy</w:t>
      </w:r>
      <w:r>
        <w:br/>
      </w:r>
      <w:r>
        <w:t xml:space="preserve">    (c) unyielding resolve and spirit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ingratitude</w:t>
      </w:r>
      <w:r>
        <w:rPr>
          <w:b/>
          <w:bCs/>
        </w:rPr>
        <w:t xml:space="preserve"> </w:t>
      </w:r>
      <w:r>
        <w:rPr>
          <w:b/>
          <w:bCs/>
        </w:rPr>
        <w:t xml:space="preserve">shown by those who benefited from her kindness was a bitter reminder of the world's indifference.</w:t>
      </w:r>
      <w:r>
        <w:br/>
      </w:r>
      <w:r>
        <w:t xml:space="preserve">    (a) lack of gratefulness</w:t>
      </w:r>
      <w:r>
        <w:br/>
      </w:r>
      <w:r>
        <w:t xml:space="preserve">    (b) lack of success</w:t>
      </w:r>
      <w:r>
        <w:br/>
      </w:r>
      <w:r>
        <w:t xml:space="preserve">    (c) lack of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reporter's questions felt more like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inquisition</w:t>
      </w:r>
      <w:r>
        <w:rPr>
          <w:b/>
          <w:bCs/>
        </w:rPr>
        <w:t xml:space="preserve"> </w:t>
      </w:r>
      <w:r>
        <w:rPr>
          <w:b/>
          <w:bCs/>
        </w:rPr>
        <w:t xml:space="preserve">than an interview.</w:t>
      </w:r>
      <w:r>
        <w:br/>
      </w:r>
      <w:r>
        <w:t xml:space="preserve">    (a) friendly chat</w:t>
      </w:r>
      <w:r>
        <w:br/>
      </w:r>
      <w:r>
        <w:t xml:space="preserve">    (b) harsh questioning</w:t>
      </w:r>
      <w:r>
        <w:br/>
      </w:r>
      <w:r>
        <w:t xml:space="preserve">    (c) formal apology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obsequious</w:t>
      </w:r>
      <w:r>
        <w:rPr>
          <w:b/>
          <w:bCs/>
        </w:rPr>
        <w:t xml:space="preserve"> </w:t>
      </w:r>
      <w:r>
        <w:rPr>
          <w:b/>
          <w:bCs/>
        </w:rPr>
        <w:t xml:space="preserve">waiter praised every comment the celebrity made.</w:t>
      </w:r>
      <w:r>
        <w:br/>
      </w:r>
      <w:r>
        <w:t xml:space="preserve">    (a) quick to complain</w:t>
      </w:r>
      <w:r>
        <w:br/>
      </w:r>
      <w:r>
        <w:t xml:space="preserve">    (b) hard to recognize</w:t>
      </w:r>
      <w:r>
        <w:br/>
      </w:r>
      <w:r>
        <w:t xml:space="preserve">    (c) too eager to please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considered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paragon</w:t>
      </w:r>
      <w:r>
        <w:rPr>
          <w:b/>
          <w:bCs/>
        </w:rPr>
        <w:t xml:space="preserve"> </w:t>
      </w:r>
      <w:r>
        <w:rPr>
          <w:b/>
          <w:bCs/>
        </w:rPr>
        <w:t xml:space="preserve">of patience by all her coworkers.</w:t>
      </w:r>
      <w:r>
        <w:br/>
      </w:r>
      <w:r>
        <w:t xml:space="preserve">    (a) a perfect example</w:t>
      </w:r>
      <w:r>
        <w:br/>
      </w:r>
      <w:r>
        <w:t xml:space="preserve">    (b) a clear failure</w:t>
      </w:r>
      <w:r>
        <w:br/>
      </w:r>
      <w:r>
        <w:t xml:space="preserve">    (c) an average sample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grew up in a world of stillbirths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privation</w:t>
      </w:r>
      <w:r>
        <w:rPr>
          <w:b/>
          <w:bCs/>
        </w:rPr>
        <w:t xml:space="preserve">.</w:t>
      </w:r>
      <w:r>
        <w:br/>
      </w:r>
      <w:r>
        <w:t xml:space="preserve">    (a) a stone coffin (usually bearing sculpture or inscriptions)</w:t>
      </w:r>
      <w:r>
        <w:br/>
      </w:r>
      <w:r>
        <w:t xml:space="preserve">    (b) rules of conduct said to be universally desired by all peoples</w:t>
      </w:r>
      <w:r>
        <w:br/>
      </w:r>
      <w:r>
        <w:t xml:space="preserve">    (c) lack of basic things needed to live in a satisfactory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town viewed her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reprobate</w:t>
      </w:r>
      <w:r>
        <w:rPr>
          <w:b/>
          <w:bCs/>
        </w:rPr>
        <w:t xml:space="preserve">, always involved in dubious activities and scandals.</w:t>
      </w:r>
      <w:r>
        <w:br/>
      </w:r>
      <w:r>
        <w:t xml:space="preserve">    (a) an unprincipled or immoral person</w:t>
      </w:r>
      <w:r>
        <w:br/>
      </w:r>
      <w:r>
        <w:t xml:space="preserve">    (b) related to psychosis or someone who suffers from a psychosis (any severe mental disorder in which contact with reality is lost or highly distorted)</w:t>
      </w:r>
      <w:r>
        <w:br/>
      </w:r>
      <w:r>
        <w:t xml:space="preserve">    (c) inability to think clearly; or an instance of not thinking clearly; or describing parts as not fitting together in a consistent or pleasing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introduction</w:t>
      </w:r>
      <w:r>
        <w:br/>
      </w:r>
      <w:r>
        <w:t xml:space="preserve">    (b) greeting</w:t>
      </w:r>
      <w:r>
        <w:br/>
      </w:r>
      <w:r>
        <w:t xml:space="preserve">    (c) smile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known facts</w:t>
      </w:r>
      <w:r>
        <w:br/>
      </w:r>
      <w:r>
        <w:t xml:space="preserve">    (b) firmness of purpose</w:t>
      </w:r>
      <w:r>
        <w:br/>
      </w:r>
      <w:r>
        <w:t xml:space="preserve">    (c) principles that discourage certain kinds of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student answered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timorous</w:t>
      </w:r>
      <w:r>
        <w:rPr>
          <w:b/>
          <w:bCs/>
        </w:rPr>
        <w:t xml:space="preserve"> </w:t>
      </w:r>
      <w:r>
        <w:rPr>
          <w:b/>
          <w:bCs/>
        </w:rPr>
        <w:t xml:space="preserve">voice barely above a whisper.</w:t>
      </w:r>
      <w:r>
        <w:br/>
      </w:r>
      <w:r>
        <w:t xml:space="preserve">    (a) angry</w:t>
      </w:r>
      <w:r>
        <w:br/>
      </w:r>
      <w:r>
        <w:t xml:space="preserve">    (b) loud</w:t>
      </w:r>
      <w:r>
        <w:br/>
      </w:r>
      <w:r>
        <w:t xml:space="preserve">    (c) timid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2026-07-31T16:25:40Z</dcterms:created>
  <dcterms:modified xsi:type="dcterms:W3CDTF">2026-07-31T16:25:40Z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