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utopia-thomas-more-vocabulary-in-context"/>
    <w:p>
      <w:pPr>
        <w:pStyle w:val="Heading1"/>
      </w:pPr>
      <w:r>
        <w:rPr>
          <w:b/>
          <w:bCs/>
        </w:rPr>
        <w:t xml:space="preserve">Utopia</w:t>
      </w:r>
      <w:r>
        <w:br/>
      </w:r>
      <w:r>
        <w:rPr>
          <w:i/>
          <w:iCs/>
        </w:rPr>
        <w:t xml:space="preserve">Thomas More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But it were too long to dwell on all that he told us he had observed in every place, it would be too great a digression from our present purpose: whatever is necessary to be told concerning those wise and</w:t>
      </w:r>
      <w:r>
        <w:rPr>
          <w:b/>
          <w:bCs/>
        </w:rPr>
        <w:t xml:space="preserve"> </w:t>
      </w:r>
      <w:r>
        <w:rPr>
          <w:b/>
          <w:bCs/>
          <w:u w:val="single"/>
        </w:rPr>
        <w:t xml:space="preserve">prudent</w:t>
      </w:r>
      <w:r>
        <w:rPr>
          <w:b/>
          <w:bCs/>
        </w:rPr>
        <w:t xml:space="preserve"> </w:t>
      </w:r>
      <w:r>
        <w:rPr>
          <w:b/>
          <w:bCs/>
        </w:rPr>
        <w:t xml:space="preserve">institutions which he observed among civilised nations, may perhaps be related by us on a more proper occasion.</w:t>
      </w:r>
      <w:r>
        <w:br/>
      </w:r>
      <w:r>
        <w:t xml:space="preserve">    (a) not demonstrative of</w:t>
      </w:r>
      <w:r>
        <w:br/>
      </w:r>
      <w:r>
        <w:t xml:space="preserve">    (b) sensible and careful</w:t>
      </w:r>
      <w:r>
        <w:br/>
      </w:r>
      <w:r>
        <w:t xml:space="preserve">    (c) sincerity (realness)</w:t>
      </w:r>
    </w:p>
    <w:p>
      <w:pPr>
        <w:pStyle w:val="Compact"/>
        <w:numPr>
          <w:ilvl w:val="0"/>
          <w:numId w:val="1001"/>
        </w:numPr>
      </w:pPr>
      <w:r>
        <w:rPr>
          <w:b/>
          <w:bCs/>
        </w:rPr>
        <w:t xml:space="preserve">We asked him many questions concerning all these things, to which he answered very willingly; we made no</w:t>
      </w:r>
      <w:r>
        <w:rPr>
          <w:b/>
          <w:bCs/>
        </w:rPr>
        <w:t xml:space="preserve"> </w:t>
      </w:r>
      <w:r>
        <w:rPr>
          <w:b/>
          <w:bCs/>
          <w:u w:val="single"/>
        </w:rPr>
        <w:t xml:space="preserve">inquiries</w:t>
      </w:r>
      <w:r>
        <w:rPr>
          <w:b/>
          <w:bCs/>
        </w:rPr>
        <w:t xml:space="preserve"> </w:t>
      </w:r>
      <w:r>
        <w:rPr>
          <w:b/>
          <w:bCs/>
        </w:rPr>
        <w:t xml:space="preserve">after monsters, than which nothing is more common; for everywhere one may hear of ravenous dogs and wolves, and cruel men-eaters, but it is not so easy to find states that are well and wisely governed.</w:t>
      </w:r>
      <w:r>
        <w:br/>
      </w:r>
      <w:r>
        <w:t xml:space="preserve">    (a) questions or investigations</w:t>
      </w:r>
      <w:r>
        <w:br/>
      </w:r>
      <w:r>
        <w:t xml:space="preserve">    (b) reasons for doing something</w:t>
      </w:r>
      <w:r>
        <w:br/>
      </w:r>
      <w:r>
        <w:t xml:space="preserve">    (c) social events or ceremonies</w:t>
      </w:r>
    </w:p>
    <w:p>
      <w:pPr>
        <w:pStyle w:val="Compact"/>
        <w:numPr>
          <w:ilvl w:val="0"/>
          <w:numId w:val="1001"/>
        </w:numPr>
      </w:pPr>
      <w:r>
        <w:rPr>
          <w:b/>
          <w:bCs/>
        </w:rPr>
        <w:t xml:space="preserve">He spoke both gracefully and weightily; he was</w:t>
      </w:r>
      <w:r>
        <w:rPr>
          <w:b/>
          <w:bCs/>
        </w:rPr>
        <w:t xml:space="preserve"> </w:t>
      </w:r>
      <w:r>
        <w:rPr>
          <w:b/>
          <w:bCs/>
          <w:u w:val="single"/>
        </w:rPr>
        <w:t xml:space="preserve">eminently</w:t>
      </w:r>
      <w:r>
        <w:rPr>
          <w:b/>
          <w:bCs/>
        </w:rPr>
        <w:t xml:space="preserve"> </w:t>
      </w:r>
      <w:r>
        <w:rPr>
          <w:b/>
          <w:bCs/>
        </w:rPr>
        <w:t xml:space="preserve">skilled in the law, had a vast understanding, and a prodigious memory; and those excellent talents with which nature had furnished him were improved by study and experience.</w:t>
      </w:r>
      <w:r>
        <w:br/>
      </w:r>
      <w:r>
        <w:t xml:space="preserve">    (a) in a sloped manner</w:t>
      </w:r>
      <w:r>
        <w:br/>
      </w:r>
      <w:r>
        <w:t xml:space="preserve">    (b) with strong desire</w:t>
      </w:r>
      <w:r>
        <w:br/>
      </w:r>
      <w:r>
        <w:t xml:space="preserve">    (c) with high standing</w:t>
      </w:r>
    </w:p>
    <w:p>
      <w:pPr>
        <w:pStyle w:val="Compact"/>
        <w:numPr>
          <w:ilvl w:val="0"/>
          <w:numId w:val="1001"/>
        </w:numPr>
      </w:pPr>
      <w:r>
        <w:rPr>
          <w:b/>
          <w:bCs/>
        </w:rPr>
        <w:t xml:space="preserve">They go about loose and free, working for the public: if they are idle or backward to work they are whipped, but if they work hard they are well used and treated without any mark of</w:t>
      </w:r>
      <w:r>
        <w:rPr>
          <w:b/>
          <w:bCs/>
        </w:rPr>
        <w:t xml:space="preserve"> </w:t>
      </w:r>
      <w:r>
        <w:rPr>
          <w:b/>
          <w:bCs/>
          <w:u w:val="single"/>
        </w:rPr>
        <w:t xml:space="preserve">reproach</w:t>
      </w:r>
      <w:r>
        <w:rPr>
          <w:b/>
          <w:bCs/>
        </w:rPr>
        <w:t xml:space="preserve">; only the lists of them are called always at night, and then they are shut up.</w:t>
      </w:r>
      <w:r>
        <w:br/>
      </w:r>
      <w:r>
        <w:t xml:space="preserve">    (a) to spread to other parts of the body</w:t>
      </w:r>
      <w:r>
        <w:br/>
      </w:r>
      <w:r>
        <w:t xml:space="preserve">    (b) a criticism; or to express criticism</w:t>
      </w:r>
      <w:r>
        <w:br/>
      </w:r>
      <w:r>
        <w:t xml:space="preserve">    (c) move into position to work; or start</w:t>
      </w:r>
    </w:p>
    <w:p>
      <w:pPr>
        <w:pStyle w:val="Compact"/>
        <w:numPr>
          <w:ilvl w:val="0"/>
          <w:numId w:val="1001"/>
        </w:numPr>
      </w:pPr>
      <w:r>
        <w:rPr>
          <w:b/>
          <w:bCs/>
        </w:rPr>
        <w:t xml:space="preserve">'That is done already,' answered the Fool, 'for the Cardinal has provided for you by what he proposed for restraining</w:t>
      </w:r>
      <w:r>
        <w:rPr>
          <w:b/>
          <w:bCs/>
        </w:rPr>
        <w:t xml:space="preserve"> </w:t>
      </w:r>
      <w:r>
        <w:rPr>
          <w:b/>
          <w:bCs/>
          <w:u w:val="single"/>
        </w:rPr>
        <w:t xml:space="preserve">vagabonds</w:t>
      </w:r>
      <w:r>
        <w:rPr>
          <w:b/>
          <w:bCs/>
        </w:rPr>
        <w:t xml:space="preserve"> </w:t>
      </w:r>
      <w:r>
        <w:rPr>
          <w:b/>
          <w:bCs/>
        </w:rPr>
        <w:t xml:space="preserve">and setting them to work, for I know no vagabonds like you.'</w:t>
      </w:r>
      <w:r>
        <w:br/>
      </w:r>
      <w:r>
        <w:t xml:space="preserve">    (a) degrades (decreases) the purity, quality, or status of something</w:t>
      </w:r>
      <w:r>
        <w:br/>
      </w:r>
      <w:r>
        <w:t xml:space="preserve">    (b) shows fear by positioning the body as though afraid of being hit</w:t>
      </w:r>
      <w:r>
        <w:br/>
      </w:r>
      <w:r>
        <w:t xml:space="preserve">    (c) a person who wanders from town to town with no fixed home or job</w:t>
      </w:r>
    </w:p>
    <w:p>
      <w:pPr>
        <w:pStyle w:val="Compact"/>
        <w:numPr>
          <w:ilvl w:val="0"/>
          <w:numId w:val="1001"/>
        </w:numPr>
      </w:pPr>
      <w:r>
        <w:rPr>
          <w:b/>
          <w:bCs/>
        </w:rPr>
        <w:t xml:space="preserve">'No, my lord,' said he, 'I speak not but from a good</w:t>
      </w:r>
      <w:r>
        <w:rPr>
          <w:b/>
          <w:bCs/>
        </w:rPr>
        <w:t xml:space="preserve"> </w:t>
      </w:r>
      <w:r>
        <w:rPr>
          <w:b/>
          <w:bCs/>
          <w:u w:val="single"/>
        </w:rPr>
        <w:t xml:space="preserve">zeal</w:t>
      </w:r>
      <w:r>
        <w:rPr>
          <w:b/>
          <w:bCs/>
        </w:rPr>
        <w:t xml:space="preserve">, which I ought to have, for holy men have had a good zeal, as it is said, "The zeal of thy house hath eaten me up;" and we sing in our church that those who mocked Elisha as he went up to the house of God felt the effects of his zeal, which that mocker, that rogue, that scoundrel, will perhaps feel.'</w:t>
      </w:r>
      <w:r>
        <w:br/>
      </w:r>
      <w:r>
        <w:t xml:space="preserve">    (a) relating to the chest (thorax)</w:t>
      </w:r>
      <w:r>
        <w:br/>
      </w:r>
      <w:r>
        <w:t xml:space="preserve">    (b) active interest and enthusiasm</w:t>
      </w:r>
      <w:r>
        <w:br/>
      </w:r>
      <w:r>
        <w:t xml:space="preserve">    (c) made by taking on as one's own</w:t>
      </w:r>
    </w:p>
    <w:p>
      <w:pPr>
        <w:pStyle w:val="Compact"/>
        <w:numPr>
          <w:ilvl w:val="0"/>
          <w:numId w:val="1001"/>
        </w:numPr>
      </w:pPr>
      <w:r>
        <w:rPr>
          <w:b/>
          <w:bCs/>
        </w:rPr>
        <w:t xml:space="preserve">Another proposes a</w:t>
      </w:r>
      <w:r>
        <w:rPr>
          <w:b/>
          <w:bCs/>
        </w:rPr>
        <w:t xml:space="preserve"> </w:t>
      </w:r>
      <w:r>
        <w:rPr>
          <w:b/>
          <w:bCs/>
          <w:u w:val="single"/>
        </w:rPr>
        <w:t xml:space="preserve">pretence</w:t>
      </w:r>
      <w:r>
        <w:rPr>
          <w:b/>
          <w:bCs/>
        </w:rPr>
        <w:t xml:space="preserve"> </w:t>
      </w:r>
      <w:r>
        <w:rPr>
          <w:b/>
          <w:bCs/>
        </w:rPr>
        <w:t xml:space="preserve">of a war, that money might be raised in order to carry it on, and that a peace be concluded as soon as that was done; and this with such appearances of religion as might work on the people, and make them impute it to the piety of their prince, and to his tenderness for the lives of his subjects.</w:t>
      </w:r>
      <w:r>
        <w:br/>
      </w:r>
      <w:r>
        <w:t xml:space="preserve">    (a) the act, process, or instance of telling a story</w:t>
      </w:r>
      <w:r>
        <w:br/>
      </w:r>
      <w:r>
        <w:t xml:space="preserve">    (b) a false appearance or action to help one pretend</w:t>
      </w:r>
      <w:r>
        <w:br/>
      </w:r>
      <w:r>
        <w:t xml:space="preserve">    (c) a general feeling of not being as good as others</w:t>
      </w:r>
    </w:p>
    <w:p>
      <w:pPr>
        <w:pStyle w:val="Compact"/>
        <w:numPr>
          <w:ilvl w:val="0"/>
          <w:numId w:val="1001"/>
        </w:numPr>
      </w:pPr>
      <w:r>
        <w:rPr>
          <w:b/>
          <w:bCs/>
        </w:rPr>
        <w:t xml:space="preserve">This would serve two ends, both of them acceptable to many; for as those whose</w:t>
      </w:r>
      <w:r>
        <w:rPr>
          <w:b/>
          <w:bCs/>
        </w:rPr>
        <w:t xml:space="preserve"> </w:t>
      </w:r>
      <w:r>
        <w:rPr>
          <w:b/>
          <w:bCs/>
          <w:u w:val="single"/>
        </w:rPr>
        <w:t xml:space="preserve">avarice</w:t>
      </w:r>
      <w:r>
        <w:rPr>
          <w:b/>
          <w:bCs/>
        </w:rPr>
        <w:t xml:space="preserve"> </w:t>
      </w:r>
      <w:r>
        <w:rPr>
          <w:b/>
          <w:bCs/>
        </w:rPr>
        <w:t xml:space="preserve">led them to transgress would be severely fined, so the selling licences dear would look as if a prince were tender of his people, and would not easily, or at low rates, dispense with anything that might be against the public good.</w:t>
      </w:r>
      <w:r>
        <w:br/>
      </w:r>
      <w:r>
        <w:t xml:space="preserve">    (a) arousing or inspiring again</w:t>
      </w:r>
      <w:r>
        <w:br/>
      </w:r>
      <w:r>
        <w:t xml:space="preserve">    (b) pessimism or unpleasantness</w:t>
      </w:r>
      <w:r>
        <w:br/>
      </w:r>
      <w:r>
        <w:t xml:space="preserve">    (c) excessive desire for wealth</w:t>
      </w:r>
    </w:p>
    <w:p>
      <w:pPr>
        <w:pStyle w:val="Compact"/>
        <w:numPr>
          <w:ilvl w:val="0"/>
          <w:numId w:val="1001"/>
        </w:numPr>
      </w:pPr>
      <w:r>
        <w:rPr>
          <w:b/>
          <w:bCs/>
        </w:rPr>
        <w:t xml:space="preserve">And therefore Fabricius, a man of a noble and exalted temper, said 'he would rather govern rich men than be rich himself; since for one man to</w:t>
      </w:r>
      <w:r>
        <w:rPr>
          <w:b/>
          <w:bCs/>
        </w:rPr>
        <w:t xml:space="preserve"> </w:t>
      </w:r>
      <w:r>
        <w:rPr>
          <w:b/>
          <w:bCs/>
          <w:u w:val="single"/>
        </w:rPr>
        <w:t xml:space="preserve">abound</w:t>
      </w:r>
      <w:r>
        <w:rPr>
          <w:b/>
          <w:bCs/>
        </w:rPr>
        <w:t xml:space="preserve"> </w:t>
      </w:r>
      <w:r>
        <w:rPr>
          <w:b/>
          <w:bCs/>
        </w:rPr>
        <w:t xml:space="preserve">in wealth and pleasure when all about him are mourning and groaning, is to be a gaoler and not a king.'</w:t>
      </w:r>
      <w:r>
        <w:br/>
      </w:r>
      <w:r>
        <w:t xml:space="preserve">    (a) abundant or plentiful</w:t>
      </w:r>
      <w:r>
        <w:br/>
      </w:r>
      <w:r>
        <w:t xml:space="preserve">    (b) gradually disappear</w:t>
      </w:r>
      <w:r>
        <w:br/>
      </w:r>
      <w:r>
        <w:t xml:space="preserve">    (c) are extremely rare</w:t>
      </w:r>
    </w:p>
    <w:p>
      <w:pPr>
        <w:pStyle w:val="Compact"/>
        <w:numPr>
          <w:ilvl w:val="0"/>
          <w:numId w:val="1001"/>
        </w:numPr>
      </w:pPr>
      <w:r>
        <w:rPr>
          <w:b/>
          <w:bCs/>
        </w:rPr>
        <w:t xml:space="preserve">Let him punish crimes, and, by his wise conduct, let him</w:t>
      </w:r>
      <w:r>
        <w:rPr>
          <w:b/>
          <w:bCs/>
        </w:rPr>
        <w:t xml:space="preserve"> </w:t>
      </w:r>
      <w:r>
        <w:rPr>
          <w:b/>
          <w:bCs/>
          <w:u w:val="single"/>
        </w:rPr>
        <w:t xml:space="preserve">endeavour</w:t>
      </w:r>
      <w:r>
        <w:rPr>
          <w:b/>
          <w:bCs/>
        </w:rPr>
        <w:t xml:space="preserve"> </w:t>
      </w:r>
      <w:r>
        <w:rPr>
          <w:b/>
          <w:bCs/>
        </w:rPr>
        <w:t xml:space="preserve">to prevent them, rather than be severe when he has suffered them to be too common.</w:t>
      </w:r>
      <w:r>
        <w:br/>
      </w:r>
      <w:r>
        <w:t xml:space="preserve">    (a) to write or exchange written letters or emails</w:t>
      </w:r>
      <w:r>
        <w:br/>
      </w:r>
      <w:r>
        <w:t xml:space="preserve">    (b) a slight amount; or to contain a slight amount</w:t>
      </w:r>
      <w:r>
        <w:br/>
      </w:r>
      <w:r>
        <w:t xml:space="preserve">    (c) to attempt; or a project or activity attempted</w:t>
      </w:r>
    </w:p>
    <w:p>
      <w:pPr>
        <w:pStyle w:val="Compact"/>
        <w:numPr>
          <w:ilvl w:val="0"/>
          <w:numId w:val="1001"/>
        </w:numPr>
      </w:pPr>
      <w:r>
        <w:rPr>
          <w:b/>
          <w:bCs/>
        </w:rPr>
        <w:t xml:space="preserve">To these things I would add that law among the Macarians—a people that live not far from</w:t>
      </w:r>
      <w:r>
        <w:rPr>
          <w:b/>
          <w:bCs/>
        </w:rPr>
        <w:t xml:space="preserve"> </w:t>
      </w:r>
      <w:r>
        <w:rPr>
          <w:b/>
          <w:bCs/>
          <w:u w:val="single"/>
        </w:rPr>
        <w:t xml:space="preserve">Utopia</w:t>
      </w:r>
      <w:r>
        <w:rPr>
          <w:b/>
          <w:bCs/>
        </w:rPr>
        <w:t xml:space="preserve">—by which their king, on the day on which he began to reign, is tied by an oath, confirmed by solemn sacrifices, never to have at once above a thousand pounds of gold in his treasures, or so much silver as is equal to that in value.</w:t>
      </w:r>
      <w:r>
        <w:br/>
      </w:r>
      <w:r>
        <w:t xml:space="preserve">    (a) the taking on or adoption of power or responsibility</w:t>
      </w:r>
      <w:r>
        <w:br/>
      </w:r>
      <w:r>
        <w:t xml:space="preserve">    (b) the process of controlling (how something turns out)</w:t>
      </w:r>
      <w:r>
        <w:br/>
      </w:r>
      <w:r>
        <w:t xml:space="preserve">    (c) an imaginary place considered to be perfect or ideal</w:t>
      </w:r>
    </w:p>
    <w:p>
      <w:pPr>
        <w:pStyle w:val="Compact"/>
        <w:numPr>
          <w:ilvl w:val="0"/>
          <w:numId w:val="1001"/>
        </w:numPr>
      </w:pPr>
      <w:r>
        <w:rPr>
          <w:b/>
          <w:bCs/>
        </w:rPr>
        <w:t xml:space="preserve">or if,</w:t>
      </w:r>
      <w:r>
        <w:rPr>
          <w:b/>
          <w:bCs/>
        </w:rPr>
        <w:t xml:space="preserve"> </w:t>
      </w:r>
      <w:r>
        <w:rPr>
          <w:b/>
          <w:bCs/>
          <w:u w:val="single"/>
        </w:rPr>
        <w:t xml:space="preserve">notwithstanding</w:t>
      </w:r>
      <w:r>
        <w:rPr>
          <w:b/>
          <w:bCs/>
        </w:rPr>
        <w:t xml:space="preserve"> </w:t>
      </w:r>
      <w:r>
        <w:rPr>
          <w:b/>
          <w:bCs/>
        </w:rPr>
        <w:t xml:space="preserve">all their ill company, he still remains steady and innocent, yet their follies and knavery will be imputed to him;</w:t>
      </w:r>
      <w:r>
        <w:br/>
      </w:r>
      <w:r>
        <w:t xml:space="preserve">    (a) used to show that something remains true even though something else seems to go against it</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If people come to be pinched with want, and yet cannot dispose of anything as their own, what can follow upon this but</w:t>
      </w:r>
      <w:r>
        <w:rPr>
          <w:b/>
          <w:bCs/>
        </w:rPr>
        <w:t xml:space="preserve"> </w:t>
      </w:r>
      <w:r>
        <w:rPr>
          <w:b/>
          <w:bCs/>
          <w:u w:val="single"/>
        </w:rPr>
        <w:t xml:space="preserve">perpetual</w:t>
      </w:r>
      <w:r>
        <w:rPr>
          <w:b/>
          <w:bCs/>
        </w:rPr>
        <w:t xml:space="preserve"> </w:t>
      </w:r>
      <w:r>
        <w:rPr>
          <w:b/>
          <w:bCs/>
        </w:rPr>
        <w:t xml:space="preserve">sedition and bloodshed, especially when the reverence and authority due to magistrates falls to the ground?</w:t>
      </w:r>
      <w:r>
        <w:br/>
      </w:r>
      <w:r>
        <w:t xml:space="preserve">    (a) having the characteristics of a</w:t>
      </w:r>
      <w:r>
        <w:t xml:space="preserve"> </w:t>
      </w:r>
      <w:r>
        <w:rPr>
          <w:i/>
          <w:iCs/>
        </w:rPr>
        <w:t xml:space="preserve">monk</w:t>
      </w:r>
      <w:r>
        <w:t xml:space="preserve"> </w:t>
      </w:r>
      <w:r>
        <w:t xml:space="preserve">(often inclined toward self-denial)</w:t>
      </w:r>
      <w:r>
        <w:br/>
      </w:r>
      <w:r>
        <w:t xml:space="preserve">    (b) about things beyond the physical world, such as existence, reality, or the soul</w:t>
      </w:r>
      <w:r>
        <w:br/>
      </w:r>
      <w:r>
        <w:t xml:space="preserve">    (c) continuing forever without change; or occurring so frequently it seems constant</w:t>
      </w:r>
    </w:p>
    <w:p>
      <w:pPr>
        <w:pStyle w:val="Compact"/>
        <w:numPr>
          <w:ilvl w:val="0"/>
          <w:numId w:val="1001"/>
        </w:numPr>
      </w:pPr>
      <w:r>
        <w:rPr>
          <w:b/>
          <w:bCs/>
        </w:rPr>
        <w:t xml:space="preserve">On the other side of the island there are likewise many harbours; and the coast is so fortified, both by nature and art, that a small number of men can</w:t>
      </w:r>
      <w:r>
        <w:rPr>
          <w:b/>
          <w:bCs/>
        </w:rPr>
        <w:t xml:space="preserve"> </w:t>
      </w:r>
      <w:r>
        <w:rPr>
          <w:b/>
          <w:bCs/>
          <w:u w:val="single"/>
        </w:rPr>
        <w:t xml:space="preserve">hinder</w:t>
      </w:r>
      <w:r>
        <w:rPr>
          <w:b/>
          <w:bCs/>
        </w:rPr>
        <w:t xml:space="preserve"> </w:t>
      </w:r>
      <w:r>
        <w:rPr>
          <w:b/>
          <w:bCs/>
        </w:rPr>
        <w:t xml:space="preserve">the descent of a great army.</w:t>
      </w:r>
      <w:r>
        <w:br/>
      </w:r>
      <w:r>
        <w:t xml:space="preserve">    (a) to cause something to move forward</w:t>
      </w:r>
      <w:r>
        <w:br/>
      </w:r>
      <w:r>
        <w:t xml:space="preserve">    (b) make different; or show difference</w:t>
      </w:r>
      <w:r>
        <w:br/>
      </w:r>
      <w:r>
        <w:t xml:space="preserve">    (c) slowed down or caused problems for</w:t>
      </w:r>
    </w:p>
    <w:p>
      <w:pPr>
        <w:pStyle w:val="Compact"/>
        <w:numPr>
          <w:ilvl w:val="0"/>
          <w:numId w:val="1001"/>
        </w:numPr>
      </w:pPr>
      <w:r>
        <w:rPr>
          <w:b/>
          <w:bCs/>
          <w:u w:val="single"/>
        </w:rPr>
        <w:t xml:space="preserve">Inhabitants</w:t>
      </w:r>
      <w:r>
        <w:rPr>
          <w:b/>
          <w:bCs/>
        </w:rPr>
        <w:t xml:space="preserve"> </w:t>
      </w:r>
      <w:r>
        <w:rPr>
          <w:b/>
          <w:bCs/>
        </w:rPr>
        <w:t xml:space="preserve">are sent, by turns, from the cities to dwell in them; no country family has fewer than forty men and women in it, besides two slaves.</w:t>
      </w:r>
      <w:r>
        <w:br/>
      </w:r>
      <w:r>
        <w:t xml:space="preserve">    (a) people (who live in a particular place)</w:t>
      </w:r>
      <w:r>
        <w:br/>
      </w:r>
      <w:r>
        <w:t xml:space="preserve">    (b) things accepted as true (without proof)</w:t>
      </w:r>
      <w:r>
        <w:br/>
      </w:r>
      <w:r>
        <w:t xml:space="preserve">    (c) things designed to stops something else</w:t>
      </w:r>
    </w:p>
    <w:p>
      <w:pPr>
        <w:pStyle w:val="Compact"/>
        <w:numPr>
          <w:ilvl w:val="0"/>
          <w:numId w:val="1001"/>
        </w:numPr>
      </w:pPr>
      <w:r>
        <w:rPr>
          <w:b/>
          <w:bCs/>
        </w:rPr>
        <w:t xml:space="preserve">There is a master and a mistress set over every family, and over thirty families there is a</w:t>
      </w:r>
      <w:r>
        <w:rPr>
          <w:b/>
          <w:bCs/>
        </w:rPr>
        <w:t xml:space="preserve"> </w:t>
      </w:r>
      <w:r>
        <w:rPr>
          <w:b/>
          <w:bCs/>
          <w:u w:val="single"/>
        </w:rPr>
        <w:t xml:space="preserve">magistrate</w:t>
      </w:r>
      <w:r>
        <w:rPr>
          <w:b/>
          <w:bCs/>
        </w:rPr>
        <w:t xml:space="preserve">.</w:t>
      </w:r>
      <w:r>
        <w:br/>
      </w:r>
      <w:r>
        <w:t xml:space="preserve">    (a) people who attack</w:t>
      </w:r>
      <w:r>
        <w:br/>
      </w:r>
      <w:r>
        <w:t xml:space="preserve">    (b) someone who shows</w:t>
      </w:r>
      <w:r>
        <w:br/>
      </w:r>
      <w:r>
        <w:t xml:space="preserve">    (c) judicial official</w:t>
      </w:r>
    </w:p>
    <w:p>
      <w:pPr>
        <w:pStyle w:val="Compact"/>
        <w:numPr>
          <w:ilvl w:val="0"/>
          <w:numId w:val="1001"/>
        </w:numPr>
      </w:pPr>
      <w:r>
        <w:rPr>
          <w:b/>
          <w:bCs/>
        </w:rPr>
        <w:t xml:space="preserve">By this means such as dwell in those country farms are never ignorant of agriculture, and so commit no errors which might otherwise be fatal and bring them under a</w:t>
      </w:r>
      <w:r>
        <w:rPr>
          <w:b/>
          <w:bCs/>
        </w:rPr>
        <w:t xml:space="preserve"> </w:t>
      </w:r>
      <w:r>
        <w:rPr>
          <w:b/>
          <w:bCs/>
          <w:u w:val="single"/>
        </w:rPr>
        <w:t xml:space="preserve">scarcity</w:t>
      </w:r>
      <w:r>
        <w:rPr>
          <w:b/>
          <w:bCs/>
        </w:rPr>
        <w:t xml:space="preserve"> </w:t>
      </w:r>
      <w:r>
        <w:rPr>
          <w:b/>
          <w:bCs/>
        </w:rPr>
        <w:t xml:space="preserve">of corn.</w:t>
      </w:r>
      <w:r>
        <w:br/>
      </w:r>
      <w:r>
        <w:t xml:space="preserve">    (a) shortage (having an amount that is less than desired)</w:t>
      </w:r>
      <w:r>
        <w:br/>
      </w:r>
      <w:r>
        <w:t xml:space="preserve">    (b) someone who exposes wrongdoing within an organization</w:t>
      </w:r>
      <w:r>
        <w:br/>
      </w:r>
      <w:r>
        <w:t xml:space="preserve">    (c) an expert in the branch of geology that studies rocks</w:t>
      </w:r>
    </w:p>
    <w:p>
      <w:pPr>
        <w:pStyle w:val="Compact"/>
        <w:numPr>
          <w:ilvl w:val="0"/>
          <w:numId w:val="1001"/>
        </w:numPr>
      </w:pPr>
      <w:r>
        <w:rPr>
          <w:b/>
          <w:bCs/>
        </w:rPr>
        <w:t xml:space="preserve">Upon this they infer that no man ought to seek his own conveniences so eagerly as to prejudice others; and therefore they think that not only all agreements between private persons ought to be observed, but likewise that all those laws ought to be kept which either a good prince has published in due form, or to which a people that is neither oppressed with tyranny nor circumvented by</w:t>
      </w:r>
      <w:r>
        <w:rPr>
          <w:b/>
          <w:bCs/>
        </w:rPr>
        <w:t xml:space="preserve"> </w:t>
      </w:r>
      <w:r>
        <w:rPr>
          <w:b/>
          <w:bCs/>
          <w:u w:val="single"/>
        </w:rPr>
        <w:t xml:space="preserve">fraud</w:t>
      </w:r>
      <w:r>
        <w:rPr>
          <w:b/>
          <w:bCs/>
        </w:rPr>
        <w:t xml:space="preserve"> </w:t>
      </w:r>
      <w:r>
        <w:rPr>
          <w:b/>
          <w:bCs/>
        </w:rPr>
        <w:t xml:space="preserve">has consented, for distributing those conveniences of life which afford us all our pleasures.</w:t>
      </w:r>
      <w:r>
        <w:br/>
      </w:r>
      <w:r>
        <w:t xml:space="preserve">    (a) intangible (non-touchable) property that is the result of creativity (such as patents or trademarks or copyrights)</w:t>
      </w:r>
      <w:r>
        <w:br/>
      </w:r>
      <w:r>
        <w:t xml:space="preserve">    (b) an English Protestant who in the 16th and 17th centuries who wanted simpler worship and strict, hard-working lives</w:t>
      </w:r>
      <w:r>
        <w:br/>
      </w:r>
      <w:r>
        <w:t xml:space="preserve">    (c) the act of deceiving someone for personal gain; or a person or thing that is not what it pretends or appears to be</w:t>
      </w:r>
    </w:p>
    <w:p>
      <w:pPr>
        <w:pStyle w:val="Compact"/>
        <w:numPr>
          <w:ilvl w:val="0"/>
          <w:numId w:val="1001"/>
        </w:numPr>
      </w:pPr>
      <w:r>
        <w:rPr>
          <w:b/>
          <w:bCs/>
        </w:rPr>
        <w:t xml:space="preserve">which is partly owing to the justice and goodness of the princes themselves, and partly to the reverence they pay to the popes, who, as they are the most religious observers of their own promises, so they exhort all other princes to perform theirs, and, when fainter methods do not prevail, they compel them to it by the severity of the pastoral</w:t>
      </w:r>
      <w:r>
        <w:rPr>
          <w:b/>
          <w:bCs/>
        </w:rPr>
        <w:t xml:space="preserve"> </w:t>
      </w:r>
      <w:r>
        <w:rPr>
          <w:b/>
          <w:bCs/>
          <w:u w:val="single"/>
        </w:rPr>
        <w:t xml:space="preserve">censure</w:t>
      </w:r>
      <w:r>
        <w:rPr>
          <w:b/>
          <w:bCs/>
        </w:rPr>
        <w:t xml:space="preserve">, and think that it would be the most indecent thing possible if men who are particularly distinguished by the title of 'The Faithful' should not religiously keep the faith of their treaties.</w:t>
      </w:r>
      <w:r>
        <w:br/>
      </w:r>
      <w:r>
        <w:t xml:space="preserve">    (a) find, search, or research</w:t>
      </w:r>
      <w:r>
        <w:br/>
      </w:r>
      <w:r>
        <w:t xml:space="preserve">    (b) being a boundary or limit</w:t>
      </w:r>
      <w:r>
        <w:br/>
      </w:r>
      <w:r>
        <w:t xml:space="preserve">    (c) harsh or formal criticism</w:t>
      </w:r>
    </w:p>
    <w:p>
      <w:pPr>
        <w:pStyle w:val="Compact"/>
        <w:numPr>
          <w:ilvl w:val="0"/>
          <w:numId w:val="1001"/>
        </w:numPr>
      </w:pPr>
      <w:r>
        <w:rPr>
          <w:b/>
          <w:bCs/>
        </w:rPr>
        <w:t xml:space="preserve">They never raise any that hold these</w:t>
      </w:r>
      <w:r>
        <w:rPr>
          <w:b/>
          <w:bCs/>
        </w:rPr>
        <w:t xml:space="preserve"> </w:t>
      </w:r>
      <w:r>
        <w:rPr>
          <w:b/>
          <w:bCs/>
          <w:u w:val="single"/>
        </w:rPr>
        <w:t xml:space="preserve">maxims</w:t>
      </w:r>
      <w:r>
        <w:rPr>
          <w:b/>
          <w:bCs/>
        </w:rPr>
        <w:t xml:space="preserve">, either to honours or offices, nor employ them in any public trust, but despise them, as men of base and sordid minds.</w:t>
      </w:r>
      <w:r>
        <w:br/>
      </w:r>
      <w:r>
        <w:t xml:space="preserve">    (a) members of Nazi organization for children aged 10 to 18</w:t>
      </w:r>
      <w:r>
        <w:br/>
      </w:r>
      <w:r>
        <w:t xml:space="preserve">    (b) harmful software that spreads from computer to computer</w:t>
      </w:r>
      <w:r>
        <w:br/>
      </w:r>
      <w:r>
        <w:t xml:space="preserve">    (c) short sayings that express general truths or principles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2026-05-20T13:46:06Z</dcterms:created>
  <dcterms:modified xsi:type="dcterms:W3CDTF">2026-05-20T13:46:06Z</dcterms:modified>
</cp:coreProperties>
</file>

<file path=docProps/custom.xml><?xml version="1.0" encoding="utf-8"?>
<Properties xmlns="http://schemas.openxmlformats.org/officeDocument/2006/custom-properties" xmlns:vt="http://schemas.openxmlformats.org/officeDocument/2006/docPropsVTypes"/>
</file>