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0bdcef95246a495283447637086bd7e773a2b5"/>
    <w:p>
      <w:pPr>
        <w:pStyle w:val="Heading1"/>
      </w:pPr>
      <w:r>
        <w:rPr>
          <w:b/>
          <w:bCs/>
        </w:rPr>
        <w:t xml:space="preserve">Uprising</w:t>
      </w:r>
      <w:r>
        <w:br/>
      </w:r>
      <w:r>
        <w:rPr>
          <w:i/>
          <w:iCs/>
        </w:rPr>
        <w:t xml:space="preserve">Margaret Peterson Haddix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demonstrated</w:t>
      </w:r>
      <w:r>
        <w:rPr>
          <w:b/>
          <w:bCs/>
        </w:rPr>
        <w:t xml:space="preserve"> </w:t>
      </w:r>
      <w:r>
        <w:rPr>
          <w:b/>
          <w:bCs/>
        </w:rPr>
        <w:t xml:space="preserve">as he talked, lifting a shirtwaist from the table, snipping threads, dropping the finished shirtwaist into a basket.</w:t>
      </w:r>
      <w:r>
        <w:br/>
      </w:r>
      <w:r>
        <w:t xml:space="preserve">    (a) traded</w:t>
      </w:r>
      <w:r>
        <w:br/>
      </w:r>
      <w:r>
        <w:t xml:space="preserve">    (b) showed</w:t>
      </w:r>
      <w:r>
        <w:br/>
      </w:r>
      <w:r>
        <w:t xml:space="preserve">    (c) copied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"Tu es ale mol inem zelbikn seyder," the other girl said, which was totally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incomprehensible</w:t>
      </w:r>
      <w:r>
        <w:rPr>
          <w:b/>
          <w:bCs/>
        </w:rPr>
        <w:t xml:space="preserve">.</w:t>
      </w:r>
      <w:r>
        <w:br/>
      </w:r>
      <w:r>
        <w:t xml:space="preserve">    (a) quickly spoken</w:t>
      </w:r>
      <w:r>
        <w:br/>
      </w:r>
      <w:r>
        <w:t xml:space="preserve">    (b) not understandable</w:t>
      </w:r>
      <w:r>
        <w:br/>
      </w:r>
      <w:r>
        <w:t xml:space="preserve">    (c) very detailed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You're just an ignorant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peasant</w:t>
      </w:r>
      <w:r>
        <w:rPr>
          <w:b/>
          <w:bCs/>
        </w:rPr>
        <w:t xml:space="preserve">!</w:t>
      </w:r>
      <w:r>
        <w:br/>
      </w:r>
      <w:r>
        <w:t xml:space="preserve">    (a) used historically or possibly in relation to a very poor country:  a person of low income, education, and social standing -- especially one who raises crops or livestock</w:t>
      </w:r>
      <w:r>
        <w:br/>
      </w:r>
      <w:r>
        <w:t xml:space="preserve">    (b) relating to an artistic movement pioneered by Pablo Picasso and Georges Braque that featured surfaces of geometrical planes to depict three-dimensional organic forms</w:t>
      </w:r>
      <w:r>
        <w:br/>
      </w:r>
      <w:r>
        <w:t xml:space="preserve">    (c) someone who walks slowly without definite direction  OR  someone who writes or talks without definite direction (changing subjects or rambling rather than in a purposeful direct way)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"It's not a very good one, if their clothes are any indication," Miss Milhouse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scornfully</w:t>
      </w:r>
      <w:r>
        <w:rPr>
          <w:b/>
          <w:bCs/>
        </w:rPr>
        <w:t xml:space="preserve">.</w:t>
      </w:r>
      <w:r>
        <w:br/>
      </w:r>
      <w:r>
        <w:t xml:space="preserve">    (a) with grace of movement and flexibility</w:t>
      </w:r>
      <w:r>
        <w:br/>
      </w:r>
      <w:r>
        <w:t xml:space="preserve">    (b) in a manner that is not easily noticed</w:t>
      </w:r>
      <w:r>
        <w:br/>
      </w:r>
      <w:r>
        <w:t xml:space="preserve">    (c) in a disrespectful or rejecting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Nico whispered, and that hurt too, what 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implying</w:t>
      </w:r>
      <w:r>
        <w:rPr>
          <w:b/>
          <w:bCs/>
        </w:rPr>
        <w:t xml:space="preserve">.</w:t>
      </w:r>
      <w:r>
        <w:br/>
      </w:r>
      <w:r>
        <w:t xml:space="preserve">    (a) acting in an official capacity</w:t>
      </w:r>
      <w:r>
        <w:br/>
      </w:r>
      <w:r>
        <w:t xml:space="preserve">    (b) suggesting (saying indirectly)</w:t>
      </w:r>
      <w:r>
        <w:br/>
      </w:r>
      <w:r>
        <w:t xml:space="preserve">    (c) going back to a previous state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Yetta waited for Rahel to correct her, to say they weren't Jewish anymore, they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socialists</w:t>
      </w:r>
      <w:r>
        <w:rPr>
          <w:b/>
          <w:bCs/>
        </w:rPr>
        <w:t xml:space="preserve">, unionists, revolutionaries.</w:t>
      </w:r>
      <w:r>
        <w:br/>
      </w:r>
      <w:r>
        <w:t xml:space="preserve">    (a) math values that tell how many times a number is multiplied by itself to reach another number -- often used to describe very big or very small quantities</w:t>
      </w:r>
      <w:r>
        <w:br/>
      </w:r>
      <w:r>
        <w:t xml:space="preserve">    (b) people who believe in the teaching of Buddha -- that aims to end suffering by ending selfish desire and following a path of wisdom, ethics, and meditation</w:t>
      </w:r>
      <w:r>
        <w:br/>
      </w:r>
      <w:r>
        <w:t xml:space="preserve">    (c) people who want an economic system based on government ownership or control of all important companies -- with the ideal of equal benefits to all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want to join a union, join the Triangle Employees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Benevolent</w:t>
      </w:r>
      <w:r>
        <w:rPr>
          <w:b/>
          <w:bCs/>
        </w:rPr>
        <w:t xml:space="preserve"> </w:t>
      </w:r>
      <w:r>
        <w:rPr>
          <w:b/>
          <w:bCs/>
        </w:rPr>
        <w:t xml:space="preserve">Association.</w:t>
      </w:r>
      <w:r>
        <w:br/>
      </w:r>
      <w:r>
        <w:t xml:space="preserve">    (a) kind, generous, or charitable</w:t>
      </w:r>
      <w:r>
        <w:br/>
      </w:r>
      <w:r>
        <w:t xml:space="preserve">    (b) not thoughtful about the past</w:t>
      </w:r>
      <w:r>
        <w:br/>
      </w:r>
      <w:r>
        <w:t xml:space="preserve">    (c) not able to be disagreed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Yetta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indignantly</w:t>
      </w:r>
      <w:r>
        <w:rPr>
          <w:b/>
          <w:bCs/>
        </w:rPr>
        <w:t xml:space="preserve">.</w:t>
      </w:r>
      <w:r>
        <w:br/>
      </w:r>
      <w:r>
        <w:t xml:space="preserve">    (a) with surprise as something unexpected</w:t>
      </w:r>
      <w:r>
        <w:br/>
      </w:r>
      <w:r>
        <w:t xml:space="preserve">    (b) with acceptance of something undesired as unavoidable</w:t>
      </w:r>
      <w:r>
        <w:br/>
      </w:r>
      <w:r>
        <w:t xml:space="preserve">    (c) with anger or annoyance at something unjust or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Vorremmo vedere un'</w:t>
      </w:r>
      <w:r>
        <w:rPr>
          <w:b/>
          <w:bCs/>
          <w:u w:val="single"/>
        </w:rPr>
        <w:t xml:space="preserve">opera</w:t>
      </w:r>
      <w:r>
        <w:rPr>
          <w:b/>
          <w:bCs/>
        </w:rPr>
        <w:t xml:space="preserve">.</w:t>
      </w:r>
      <w:r>
        <w:br/>
      </w:r>
      <w:r>
        <w:t xml:space="preserve">    (a) a musical play with orchestra in which most of the dialogue is sung (or the art form that consists of such musicals; or describing something as related to that art form)</w:t>
      </w:r>
      <w:r>
        <w:br/>
      </w:r>
      <w:r>
        <w:t xml:space="preserve">    (b) a person with or something related to an eating disorder in which overeating is followed by guilt and unhealthy attempts at correction -- especially self-induced vomiting</w:t>
      </w:r>
      <w:r>
        <w:br/>
      </w:r>
      <w:r>
        <w:t xml:space="preserve">    (c) the act of forcing into an undesired activity or situation -- such as legally sentencing someone to punishment  OR  the act of finding guilty -- especially in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professor said most of them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immigrants</w:t>
      </w:r>
      <w:r>
        <w:rPr>
          <w:b/>
          <w:bCs/>
        </w:rPr>
        <w:t xml:space="preserve">.</w:t>
      </w:r>
      <w:r>
        <w:br/>
      </w:r>
      <w:r>
        <w:t xml:space="preserve">    (a) acts of taking something on as one's own</w:t>
      </w:r>
      <w:r>
        <w:br/>
      </w:r>
      <w:r>
        <w:t xml:space="preserve">    (b) people who came to live in a new country</w:t>
      </w:r>
      <w:r>
        <w:br/>
      </w:r>
      <w:r>
        <w:t xml:space="preserve">    (c) oxygen-carrying parts of red blood cells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Atoning</w:t>
      </w:r>
      <w:r>
        <w:rPr>
          <w:b/>
          <w:bCs/>
        </w:rPr>
        <w:t xml:space="preserve"> </w:t>
      </w:r>
      <w:r>
        <w:rPr>
          <w:b/>
          <w:bCs/>
        </w:rPr>
        <w:t xml:space="preserve">for my sins?</w:t>
      </w:r>
      <w:r>
        <w:br/>
      </w:r>
      <w:r>
        <w:t xml:space="preserve">    (a) of a wrong:  fixing or making up for</w:t>
      </w:r>
      <w:r>
        <w:br/>
      </w:r>
      <w:r>
        <w:t xml:space="preserve">    (b) walking in an awkward, shuffling way</w:t>
      </w:r>
      <w:r>
        <w:br/>
      </w:r>
      <w:r>
        <w:t xml:space="preserve">    (c) suggesting that someone was involved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"Bella and Yetta aren't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vagrants</w:t>
      </w:r>
      <w:r>
        <w:rPr>
          <w:b/>
          <w:bCs/>
        </w:rPr>
        <w:t xml:space="preserve">," Jane said stoutly.</w:t>
      </w:r>
      <w:r>
        <w:br/>
      </w:r>
      <w:r>
        <w:t xml:space="preserve">    (a) experts in the branch of geology that studies rocks</w:t>
      </w:r>
      <w:r>
        <w:br/>
      </w:r>
      <w:r>
        <w:t xml:space="preserve">    (b) people who are poor and have no regular home or job</w:t>
      </w:r>
      <w:r>
        <w:br/>
      </w:r>
      <w:r>
        <w:t xml:space="preserve">    (c) people who expose wrongdoing within an organization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Yetta couldn't back down now, not with Miss Milhouse staring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disdainfully</w:t>
      </w:r>
      <w:r>
        <w:rPr>
          <w:b/>
          <w:bCs/>
        </w:rPr>
        <w:t xml:space="preserve">.</w:t>
      </w:r>
      <w:r>
        <w:br/>
      </w:r>
      <w:r>
        <w:t xml:space="preserve">    (a) without concern for what others might think of oneself</w:t>
      </w:r>
      <w:r>
        <w:br/>
      </w:r>
      <w:r>
        <w:t xml:space="preserve">    (b) with a lack of respect; or with a sense of superiority</w:t>
      </w:r>
      <w:r>
        <w:br/>
      </w:r>
      <w:r>
        <w:t xml:space="preserve">    (c) in a manner that is aware or concerned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simply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appalled</w:t>
      </w:r>
      <w:r>
        <w:rPr>
          <w:b/>
          <w:bCs/>
        </w:rPr>
        <w:t xml:space="preserve">!</w:t>
      </w:r>
      <w:r>
        <w:br/>
      </w:r>
      <w:r>
        <w:t xml:space="preserve">    (a) with an unadjusted lens so the image isn't clear</w:t>
      </w:r>
      <w:r>
        <w:br/>
      </w:r>
      <w:r>
        <w:t xml:space="preserve">    (b) shocked by how terrible or horrible something is</w:t>
      </w:r>
      <w:r>
        <w:br/>
      </w:r>
      <w:r>
        <w:t xml:space="preserve">    (c) gave an opinion of what was wrong with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 means you're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fervent</w:t>
      </w:r>
      <w:r>
        <w:rPr>
          <w:b/>
          <w:bCs/>
        </w:rPr>
        <w:t xml:space="preserve"> </w:t>
      </w:r>
      <w:r>
        <w:rPr>
          <w:b/>
          <w:bCs/>
        </w:rPr>
        <w:t xml:space="preserve">girl," Rahel said.</w:t>
      </w:r>
      <w:r>
        <w:br/>
      </w:r>
      <w:r>
        <w:t xml:space="preserve">    (a) able to make clear with example, diagram, photo, etc.</w:t>
      </w:r>
      <w:r>
        <w:br/>
      </w:r>
      <w:r>
        <w:t xml:space="preserve">    (b) not concerned with what others might think of oneself</w:t>
      </w:r>
      <w:r>
        <w:br/>
      </w:r>
      <w:r>
        <w:t xml:space="preserve">    (c) characterized by intense emotion or passionate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father's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tainted</w:t>
      </w:r>
      <w:r>
        <w:rPr>
          <w:b/>
          <w:bCs/>
        </w:rPr>
        <w:t xml:space="preserve"> </w:t>
      </w:r>
      <w:r>
        <w:rPr>
          <w:b/>
          <w:bCs/>
        </w:rPr>
        <w:t xml:space="preserve">money had bought the car, too, and bought Mr. Corrigan's services.</w:t>
      </w:r>
      <w:r>
        <w:br/>
      </w:r>
      <w:r>
        <w:t xml:space="preserve">    (a) spoiled or contaminated</w:t>
      </w:r>
      <w:r>
        <w:br/>
      </w:r>
      <w:r>
        <w:t xml:space="preserve">    (b) did in a particular way</w:t>
      </w:r>
      <w:r>
        <w:br/>
      </w:r>
      <w:r>
        <w:t xml:space="preserve">    (c) requested or challenged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it was warm around her shoulders, and it made her feel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solidarity</w:t>
      </w:r>
      <w:r>
        <w:rPr>
          <w:b/>
          <w:bCs/>
        </w:rPr>
        <w:t xml:space="preserve"> </w:t>
      </w:r>
      <w:r>
        <w:rPr>
          <w:b/>
          <w:bCs/>
        </w:rPr>
        <w:t xml:space="preserve">with Bella, who'd also huddled in a blanket in her moment of tragedy: Bella had lost her entire family, and now Jane had to break away from her father, because he was an evil, evil man.</w:t>
      </w:r>
      <w:r>
        <w:br/>
      </w:r>
      <w:r>
        <w:t xml:space="preserve">    (a) supporters of Oliver Cromwell and his side in the English Civil War</w:t>
      </w:r>
      <w:r>
        <w:br/>
      </w:r>
      <w:r>
        <w:t xml:space="preserve">    (b) a state of agreement and support -- especially for political action</w:t>
      </w:r>
      <w:r>
        <w:br/>
      </w:r>
      <w:r>
        <w:t xml:space="preserve">    (c) people of the second most populous denomination of Islam (over 10%)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"Maybe you could be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subversive</w:t>
      </w:r>
      <w:r>
        <w:rPr>
          <w:b/>
          <w:bCs/>
        </w:rPr>
        <w:t xml:space="preserve"> </w:t>
      </w:r>
      <w:r>
        <w:rPr>
          <w:b/>
          <w:bCs/>
        </w:rPr>
        <w:t xml:space="preserve">governess," Yetta suggested.</w:t>
      </w:r>
      <w:r>
        <w:br/>
      </w:r>
      <w:r>
        <w:t xml:space="preserve">    (a) a person who works from within to destroy an established order; or relating to such destructive efforts</w:t>
      </w:r>
      <w:r>
        <w:br/>
      </w:r>
      <w:r>
        <w:t xml:space="preserve">    (b) the character or degree of bouncing back light (or more rarely: heat, sound, electromagnetic waves...)</w:t>
      </w:r>
      <w:r>
        <w:br/>
      </w:r>
      <w:r>
        <w:t xml:space="preserve">    (c) not relevant (not related to the subject being considered, or not important enough to want to consider)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"Cut in haste, repent at leisure," Yetta said, waving scissors at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reprovingly</w:t>
      </w:r>
      <w:r>
        <w:rPr>
          <w:b/>
          <w:bCs/>
        </w:rPr>
        <w:t xml:space="preserve">.</w:t>
      </w:r>
      <w:r>
        <w:br/>
      </w:r>
      <w:r>
        <w:t xml:space="preserve">    (a) in a wasteful manner</w:t>
      </w:r>
      <w:r>
        <w:br/>
      </w:r>
      <w:r>
        <w:t xml:space="preserve">    (b) in a critical manner</w:t>
      </w:r>
      <w:r>
        <w:br/>
      </w:r>
      <w:r>
        <w:t xml:space="preserve">    (c) with great annoyance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She'd be like that matronly grandmother who'd once worked as a spy in the war—the picture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propriety</w:t>
      </w:r>
      <w:r>
        <w:rPr>
          <w:b/>
          <w:bCs/>
        </w:rPr>
        <w:t xml:space="preserve"> </w:t>
      </w:r>
      <w:r>
        <w:rPr>
          <w:b/>
          <w:bCs/>
        </w:rPr>
        <w:t xml:space="preserve">with a shocking past.</w:t>
      </w:r>
      <w:r>
        <w:br/>
      </w:r>
      <w:r>
        <w:t xml:space="preserve">    (a) someone who is intolerant and prejudiced</w:t>
      </w:r>
      <w:r>
        <w:br/>
      </w:r>
      <w:r>
        <w:t xml:space="preserve">    (b) socially correct or appropriate behavior</w:t>
      </w:r>
      <w:r>
        <w:br/>
      </w:r>
      <w:r>
        <w:t xml:space="preserve">    (c) dreamlike state of altered consciousness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2026-07-31T19:37:03Z</dcterms:created>
  <dcterms:modified xsi:type="dcterms:W3CDTF">2026-07-31T19:37:03Z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