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fc090afa47064956cd97dad3af57d3204ad9b1"/>
    <w:p>
      <w:pPr>
        <w:pStyle w:val="Heading1"/>
      </w:pPr>
      <w:r>
        <w:rPr>
          <w:b/>
          <w:bCs/>
        </w:rPr>
        <w:t xml:space="preserve">Up From Slavery: An Autobiography</w:t>
      </w:r>
      <w:r>
        <w:br/>
      </w:r>
      <w:r>
        <w:rPr>
          <w:i/>
          <w:iCs/>
        </w:rPr>
        <w:t xml:space="preserve">Booker T. Washington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These were the ambitious youths of the race, at work with an earnestness that put to shame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conventional</w:t>
      </w:r>
      <w:r>
        <w:rPr>
          <w:b/>
          <w:bCs/>
        </w:rPr>
        <w:t xml:space="preserve"> </w:t>
      </w:r>
      <w:r>
        <w:rPr>
          <w:b/>
          <w:bCs/>
        </w:rPr>
        <w:t xml:space="preserve">student life of most educational institutions.</w:t>
      </w:r>
      <w:r>
        <w:br/>
      </w:r>
      <w:r>
        <w:t xml:space="preserve">    (a) normal or typical</w:t>
      </w:r>
      <w:r>
        <w:br/>
      </w:r>
      <w:r>
        <w:t xml:space="preserve">    (b) able to challenge</w:t>
      </w:r>
      <w:r>
        <w:br/>
      </w:r>
      <w:r>
        <w:t xml:space="preserve">    (c) complete or total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the Louisiana State Constitutional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Convention</w:t>
      </w:r>
      <w:r>
        <w:rPr>
          <w:b/>
          <w:bCs/>
        </w:rPr>
        <w:t xml:space="preserve"> </w:t>
      </w:r>
      <w:r>
        <w:rPr>
          <w:b/>
          <w:bCs/>
        </w:rPr>
        <w:t xml:space="preserve">was in session, I wrote an open letter to that body pleading for justice for the race.</w:t>
      </w:r>
      <w:r>
        <w:br/>
      </w:r>
      <w:r>
        <w:t xml:space="preserve">    (a) large conference or meeting</w:t>
      </w:r>
      <w:r>
        <w:br/>
      </w:r>
      <w:r>
        <w:t xml:space="preserve">    (b) result or predictable value</w:t>
      </w:r>
      <w:r>
        <w:br/>
      </w:r>
      <w:r>
        <w:t xml:space="preserve">    (c) a long uninterrupted speech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From the time that Garrison, Lovejoy, and others began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agitate</w:t>
      </w:r>
      <w:r>
        <w:rPr>
          <w:b/>
          <w:bCs/>
        </w:rPr>
        <w:t xml:space="preserve"> </w:t>
      </w:r>
      <w:r>
        <w:rPr>
          <w:b/>
          <w:bCs/>
        </w:rPr>
        <w:t xml:space="preserve">for freedom, the slaves throughout the South kept in close touch with the progress of the movement.</w:t>
      </w:r>
      <w:r>
        <w:br/>
      </w:r>
      <w:r>
        <w:t xml:space="preserve">    (a) the act of hiding something by making it blend in with its surroundings; or hiding the truth; or something that hides or deceives</w:t>
      </w:r>
      <w:r>
        <w:br/>
      </w:r>
      <w:r>
        <w:t xml:space="preserve">    (b) present something to treat as true in order to advance a discussion or to further investigation even though it might not be true</w:t>
      </w:r>
      <w:r>
        <w:br/>
      </w:r>
      <w:r>
        <w:t xml:space="preserve">    (c) stir up (public demand)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I walked they made a fearful noise, and besides this they were very inconvenient, since there was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yielding</w:t>
      </w:r>
      <w:r>
        <w:rPr>
          <w:b/>
          <w:bCs/>
        </w:rPr>
        <w:t xml:space="preserve"> </w:t>
      </w:r>
      <w:r>
        <w:rPr>
          <w:b/>
          <w:bCs/>
        </w:rPr>
        <w:t xml:space="preserve">to the natural pressure of the foot.</w:t>
      </w:r>
      <w:r>
        <w:br/>
      </w:r>
      <w:r>
        <w:t xml:space="preserve">    (a) giving in, giving up, or giving way (easily moved or soft)</w:t>
      </w:r>
      <w:r>
        <w:br/>
      </w:r>
      <w:r>
        <w:t xml:space="preserve">    (b) showing, demonstrating, determining, or causing acceptance</w:t>
      </w:r>
      <w:r>
        <w:br/>
      </w:r>
      <w:r>
        <w:t xml:space="preserve">    (c) placing trust (in someone) by talking about private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never a time in my youth, no matter how dark and discouraging the days might be, when 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</w:t>
      </w:r>
      <w:r>
        <w:rPr>
          <w:b/>
          <w:bCs/>
        </w:rPr>
        <w:t xml:space="preserve"> </w:t>
      </w:r>
      <w:r>
        <w:rPr>
          <w:b/>
          <w:bCs/>
        </w:rPr>
        <w:t xml:space="preserve">did not continually remain with me, and that was a determination to secure an education at any cost.</w:t>
      </w:r>
      <w:r>
        <w:br/>
      </w:r>
      <w:r>
        <w:t xml:space="preserve">    (a) wrongly translating</w:t>
      </w:r>
      <w:r>
        <w:br/>
      </w:r>
      <w:r>
        <w:t xml:space="preserve">    (b) difficult situation</w:t>
      </w:r>
      <w:r>
        <w:br/>
      </w:r>
      <w:r>
        <w:t xml:space="preserve">    (c) determination (firmness of purpose to do something)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now long ago that I learned this lesson from General Armstrong,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 </w:t>
      </w:r>
      <w:r>
        <w:rPr>
          <w:b/>
          <w:bCs/>
        </w:rPr>
        <w:t xml:space="preserve">that I would permit no man, no matter what his colour might be, to narrow and degrade my soul by making me hate him.</w:t>
      </w:r>
      <w:r>
        <w:br/>
      </w:r>
      <w:r>
        <w:t xml:space="preserve">    (a) adapted</w:t>
      </w:r>
      <w:r>
        <w:br/>
      </w:r>
      <w:r>
        <w:t xml:space="preserve">    (b) decided</w:t>
      </w:r>
      <w:r>
        <w:br/>
      </w:r>
      <w:r>
        <w:t xml:space="preserve">    (c) 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[M]y mother adopted into our family,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notwithstanding</w:t>
      </w:r>
      <w:r>
        <w:rPr>
          <w:b/>
          <w:bCs/>
        </w:rPr>
        <w:t xml:space="preserve"> </w:t>
      </w:r>
      <w:r>
        <w:rPr>
          <w:b/>
          <w:bCs/>
        </w:rPr>
        <w:t xml:space="preserve">our poverty, an orphan boy, to whom afterward we gave the name of James B. Washington.</w:t>
      </w:r>
      <w:r>
        <w:br/>
      </w:r>
      <w:r>
        <w:t xml:space="preserve">    (a) therefore (for that reason)</w:t>
      </w:r>
      <w:r>
        <w:br/>
      </w:r>
      <w:r>
        <w:t xml:space="preserve">    (b) despite</w:t>
      </w:r>
      <w:r>
        <w:br/>
      </w:r>
      <w:r>
        <w:t xml:space="preserve">    (c) in keeping with or in agreement with what was just stated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Before the end of the vacation she gave me some work, and this, together with work in a coal-mine at some distance from my home,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enabled</w:t>
      </w:r>
      <w:r>
        <w:rPr>
          <w:b/>
          <w:bCs/>
        </w:rPr>
        <w:t xml:space="preserve"> </w:t>
      </w:r>
      <w:r>
        <w:rPr>
          <w:b/>
          <w:bCs/>
        </w:rPr>
        <w:t xml:space="preserve">me to earn a little money.</w:t>
      </w:r>
      <w:r>
        <w:br/>
      </w:r>
      <w:r>
        <w:t xml:space="preserve">    (a) got closer to</w:t>
      </w:r>
      <w:r>
        <w:br/>
      </w:r>
      <w:r>
        <w:t xml:space="preserve">    (b) made possible</w:t>
      </w:r>
      <w:r>
        <w:br/>
      </w:r>
      <w:r>
        <w:t xml:space="preserve">    (c) not satisfied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did receive,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a small salary from the public fund, for my work as a public-school teacher.</w:t>
      </w:r>
      <w:r>
        <w:br/>
      </w:r>
      <w:r>
        <w:t xml:space="preserve">    (a) a word used to connect contrasting ideas as when using</w:t>
      </w:r>
      <w:r>
        <w:t xml:space="preserve"> </w:t>
      </w:r>
      <w:r>
        <w:rPr>
          <w:i/>
          <w:iCs/>
        </w:rPr>
        <w:t xml:space="preserve">though</w:t>
      </w:r>
      <w:r>
        <w:t xml:space="preserve">,</w:t>
      </w:r>
      <w:r>
        <w:t xml:space="preserve"> </w:t>
      </w:r>
      <w:r>
        <w:rPr>
          <w:i/>
          <w:iCs/>
        </w:rPr>
        <w:t xml:space="preserve">in spite of that</w:t>
      </w:r>
      <w:r>
        <w:t xml:space="preserve">,</w:t>
      </w:r>
      <w:r>
        <w:t xml:space="preserve"> </w:t>
      </w:r>
      <w:r>
        <w:rPr>
          <w:i/>
          <w:iCs/>
        </w:rPr>
        <w:t xml:space="preserve">in contrast</w:t>
      </w:r>
      <w:r>
        <w:t xml:space="preserve">,</w:t>
      </w:r>
      <w:r>
        <w:t xml:space="preserve"> </w:t>
      </w:r>
      <w:r>
        <w:rPr>
          <w:i/>
          <w:iCs/>
        </w:rPr>
        <w:t xml:space="preserve">nevertheless</w:t>
      </w:r>
      <w:r>
        <w:t xml:space="preserve">, etc.</w:t>
      </w:r>
      <w:r>
        <w:br/>
      </w:r>
      <w:r>
        <w:t xml:space="preserve">    (b) in keeping with or in agreement with what was just stated</w:t>
      </w:r>
      <w:r>
        <w:br/>
      </w:r>
      <w:r>
        <w:t xml:space="preserve">    (c) therefore (for that reason)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a further feeling that a knowledge,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little, of the Greek and Latin languages would make one a very superior human being, something bordering almost on the supernatural.</w:t>
      </w:r>
      <w:r>
        <w:br/>
      </w:r>
      <w:r>
        <w:t xml:space="preserve">    (a) regardless of how</w:t>
      </w:r>
      <w:r>
        <w:br/>
      </w:r>
      <w:r>
        <w:t xml:space="preserve">    (b) aka analysis -- psychiatric treatment; or a theory of psychiatric treatment</w:t>
      </w:r>
      <w:r>
        <w:br/>
      </w:r>
      <w:r>
        <w:t xml:space="preserve">    (c) people who are good at or spend much time studying, thinking, and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the close of my school year in Washington I was very pleasantly surprised to receive, from a committee of three white people in Charleston, an invitation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canvass</w:t>
      </w:r>
      <w:r>
        <w:rPr>
          <w:b/>
          <w:bCs/>
        </w:rPr>
        <w:t xml:space="preserve"> </w:t>
      </w:r>
      <w:r>
        <w:rPr>
          <w:b/>
          <w:bCs/>
        </w:rPr>
        <w:t xml:space="preserve">the state in the interests of that city.</w:t>
      </w:r>
      <w:r>
        <w:br/>
      </w:r>
      <w:r>
        <w:t xml:space="preserve">    (a) to investigate; or an investigation; or an instrument used for investigation</w:t>
      </w:r>
      <w:r>
        <w:br/>
      </w:r>
      <w:r>
        <w:t xml:space="preserve">    (b) surgically interrupt nerve tracts to and from the frontal lobe of the brain</w:t>
      </w:r>
      <w:r>
        <w:br/>
      </w:r>
      <w:r>
        <w:t xml:space="preserve">    (c) get the opinions (of people) by asking specific questions; or solicit votes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think I may say, without seeming egotism, that it is seldom that five years have wrought such a change in the life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aspirations</w:t>
      </w:r>
      <w:r>
        <w:rPr>
          <w:b/>
          <w:bCs/>
        </w:rPr>
        <w:t xml:space="preserve"> </w:t>
      </w:r>
      <w:r>
        <w:rPr>
          <w:b/>
          <w:bCs/>
        </w:rPr>
        <w:t xml:space="preserve">of an individual.</w:t>
      </w:r>
      <w:r>
        <w:br/>
      </w:r>
      <w:r>
        <w:t xml:space="preserve">    (a) desires</w:t>
      </w:r>
      <w:r>
        <w:br/>
      </w:r>
      <w:r>
        <w:t xml:space="preserve">    (b) results</w:t>
      </w:r>
      <w:r>
        <w:br/>
      </w:r>
      <w:r>
        <w:t xml:space="preserve">    (c) battles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While I was in charge of the Indian boys at Hampton, I had one or two experiences which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illustrate</w:t>
      </w:r>
      <w:r>
        <w:rPr>
          <w:b/>
          <w:bCs/>
        </w:rPr>
        <w:t xml:space="preserve"> </w:t>
      </w:r>
      <w:r>
        <w:rPr>
          <w:b/>
          <w:bCs/>
        </w:rPr>
        <w:t xml:space="preserve">the curious workings of caste in America.</w:t>
      </w:r>
      <w:r>
        <w:br/>
      </w:r>
      <w:r>
        <w:t xml:space="preserve">    (a) think carefully</w:t>
      </w:r>
      <w:r>
        <w:br/>
      </w:r>
      <w:r>
        <w:t xml:space="preserve">    (b) work or operate</w:t>
      </w:r>
      <w:r>
        <w:br/>
      </w:r>
      <w:r>
        <w:t xml:space="preserve">    (c) help make clear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trying to secure money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philanthropic</w:t>
      </w:r>
      <w:r>
        <w:rPr>
          <w:b/>
          <w:bCs/>
        </w:rPr>
        <w:t xml:space="preserve"> </w:t>
      </w:r>
      <w:r>
        <w:rPr>
          <w:b/>
          <w:bCs/>
        </w:rPr>
        <w:t xml:space="preserve">purposes</w:t>
      </w:r>
      <w:r>
        <w:br/>
      </w:r>
      <w:r>
        <w:t xml:space="preserve">    (a) unable to find</w:t>
      </w:r>
      <w:r>
        <w:br/>
      </w:r>
      <w:r>
        <w:t xml:space="preserve">    (b) representative</w:t>
      </w:r>
      <w:r>
        <w:br/>
      </w:r>
      <w:r>
        <w:t xml:space="preserve">    (c) helping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spring of 1895 I received a telegram from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prominent</w:t>
      </w:r>
      <w:r>
        <w:rPr>
          <w:b/>
          <w:bCs/>
        </w:rPr>
        <w:t xml:space="preserve"> </w:t>
      </w:r>
      <w:r>
        <w:rPr>
          <w:b/>
          <w:bCs/>
        </w:rPr>
        <w:t xml:space="preserve">citizens in Atlanta asking me to accompany a committee from that city to Washington</w:t>
      </w:r>
      <w:r>
        <w:br/>
      </w:r>
      <w:r>
        <w:t xml:space="preserve">    (a) unable to get closer to</w:t>
      </w:r>
      <w:r>
        <w:br/>
      </w:r>
      <w:r>
        <w:t xml:space="preserve">    (b) well-known or important</w:t>
      </w:r>
      <w:r>
        <w:br/>
      </w:r>
      <w:r>
        <w:t xml:space="preserve">    (c) not sensible or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in an audience of a thousand people there is one person who is not in sympathy with my views, or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to be doubtful, cold, or critical, I can pick him out.</w:t>
      </w:r>
      <w:r>
        <w:br/>
      </w:r>
      <w:r>
        <w:t xml:space="preserve">    (a) with a tendency</w:t>
      </w:r>
      <w:r>
        <w:br/>
      </w:r>
      <w:r>
        <w:t xml:space="preserve">    (b) the degree to which something can be solved or settled</w:t>
      </w:r>
      <w:r>
        <w:br/>
      </w:r>
      <w:r>
        <w:t xml:space="preserve">    (c) not capable of being suffered through (or put up with)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English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abolitionists</w:t>
      </w:r>
      <w:r>
        <w:rPr>
          <w:b/>
          <w:bCs/>
        </w:rPr>
        <w:t xml:space="preserve"> </w:t>
      </w:r>
      <w:r>
        <w:rPr>
          <w:b/>
          <w:bCs/>
        </w:rPr>
        <w:t xml:space="preserve">with whom we came in contact never seemed to tire of talking about these two Americans.</w:t>
      </w:r>
      <w:r>
        <w:br/>
      </w:r>
      <w:r>
        <w:t xml:space="preserve">    (a) things that disagree with themselves</w:t>
      </w:r>
      <w:r>
        <w:br/>
      </w:r>
      <w:r>
        <w:t xml:space="preserve">    (b) Muslim religious teachers or leaders</w:t>
      </w:r>
      <w:r>
        <w:br/>
      </w:r>
      <w:r>
        <w:t xml:space="preserve">    (c) reformers who favored ending slavery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never given a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cordial</w:t>
      </w:r>
      <w:r>
        <w:rPr>
          <w:b/>
          <w:bCs/>
        </w:rPr>
        <w:t xml:space="preserve"> </w:t>
      </w:r>
      <w:r>
        <w:rPr>
          <w:b/>
          <w:bCs/>
        </w:rPr>
        <w:t xml:space="preserve">hearing anywhere.</w:t>
      </w:r>
      <w:r>
        <w:br/>
      </w:r>
      <w:r>
        <w:t xml:space="preserve">    (a) absolute</w:t>
      </w:r>
      <w:r>
        <w:br/>
      </w:r>
      <w:r>
        <w:t xml:space="preserve">    (b) friendly</w:t>
      </w:r>
      <w:r>
        <w:br/>
      </w:r>
      <w:r>
        <w:t xml:space="preserve">    (c) pleasing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similar reception was given me in New Orleans, which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presided</w:t>
      </w:r>
      <w:r>
        <w:rPr>
          <w:b/>
          <w:bCs/>
        </w:rPr>
        <w:t xml:space="preserve"> </w:t>
      </w:r>
      <w:r>
        <w:rPr>
          <w:b/>
          <w:bCs/>
        </w:rPr>
        <w:t xml:space="preserve">over by the Mayor of the city.</w:t>
      </w:r>
      <w:r>
        <w:br/>
      </w:r>
      <w:r>
        <w:t xml:space="preserve">    (a) interacted, interested, or attracted</w:t>
      </w:r>
      <w:r>
        <w:br/>
      </w:r>
      <w:r>
        <w:t xml:space="preserve">    (b) headed</w:t>
      </w:r>
      <w:r>
        <w:br/>
      </w:r>
      <w:r>
        <w:t xml:space="preserve">    (c) made strips of hair lighter in color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Alabama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Legislature</w:t>
      </w:r>
      <w:r>
        <w:rPr>
          <w:b/>
          <w:bCs/>
        </w:rPr>
        <w:t xml:space="preserve"> </w:t>
      </w:r>
      <w:r>
        <w:rPr>
          <w:b/>
          <w:bCs/>
        </w:rPr>
        <w:t xml:space="preserve">was in session in Montgomery at this time.</w:t>
      </w:r>
      <w:r>
        <w:br/>
      </w:r>
      <w:r>
        <w:t xml:space="preserve">    (a) a group, made up of government representatives, that has the power to create laws</w:t>
      </w:r>
      <w:r>
        <w:br/>
      </w:r>
      <w:r>
        <w:t xml:space="preserve">    (b) something that serves as evidence -- especially a statement at a trial or hearing</w:t>
      </w:r>
      <w:r>
        <w:br/>
      </w:r>
      <w:r>
        <w:t xml:space="preserve">    (c) an atom that has acquired an electrical charge by the loss or gain of an electron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2026-07-31T16:25:17Z</dcterms:created>
  <dcterms:modified xsi:type="dcterms:W3CDTF">2026-07-31T16:25:17Z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