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c15e0daa78ff760465cfb583667ab439144f2f"/>
    <w:p>
      <w:pPr>
        <w:pStyle w:val="Heading1"/>
      </w:pPr>
      <w:r>
        <w:rPr>
          <w:b/>
          <w:bCs/>
        </w:rPr>
        <w:t xml:space="preserve">Underworld</w:t>
      </w:r>
      <w:r>
        <w:br/>
      </w:r>
      <w:r>
        <w:rPr>
          <w:i/>
          <w:iCs/>
        </w:rPr>
        <w:t xml:space="preserve">Don DeLillo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keeping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support the Geneva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.</w:t>
      </w:r>
      <w:r>
        <w:br/>
      </w:r>
      <w:r>
        <w:t xml:space="preserve">    (a) saying</w:t>
      </w:r>
      <w:r>
        <w:br/>
      </w:r>
      <w:r>
        <w:t xml:space="preserve">    (b) people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alone</w:t>
      </w:r>
      <w:r>
        <w:br/>
      </w:r>
      <w:r>
        <w:t xml:space="preserve">    (c) covered in dust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studied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.</w:t>
      </w:r>
      <w:r>
        <w:br/>
      </w:r>
      <w:r>
        <w:t xml:space="preserve">    (a) file</w:t>
      </w:r>
      <w:r>
        <w:br/>
      </w:r>
      <w:r>
        <w:t xml:space="preserve">    (b) body language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 do not know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nutrient performs.</w:t>
      </w:r>
      <w:r>
        <w:br/>
      </w:r>
      <w:r>
        <w:t xml:space="preserve">    (a) mathematical calculations</w:t>
      </w:r>
      <w:r>
        <w:br/>
      </w:r>
      <w:r>
        <w:t xml:space="preserve">    (b) natural activities</w:t>
      </w:r>
      <w:r>
        <w:br/>
      </w:r>
      <w:r>
        <w:t xml:space="preserve">    (c) transitions in 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brain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well when I'm under stress.</w:t>
      </w:r>
      <w:r>
        <w:br/>
      </w:r>
      <w:r>
        <w:t xml:space="preserve">    (a) feel</w:t>
      </w:r>
      <w:r>
        <w:br/>
      </w:r>
      <w:r>
        <w:t xml:space="preserve">    (b) work</w:t>
      </w:r>
      <w:r>
        <w:br/>
      </w:r>
      <w:r>
        <w:t xml:space="preserve">    (c) have fun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program has a built-in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does that with a single user request.</w:t>
      </w:r>
      <w:r>
        <w:br/>
      </w:r>
      <w:r>
        <w:t xml:space="preserve">    (a) computer code that performs a specific task</w:t>
      </w:r>
      <w:r>
        <w:br/>
      </w:r>
      <w:r>
        <w:t xml:space="preserve">    (b) predictable value</w:t>
      </w:r>
      <w:r>
        <w:br/>
      </w:r>
      <w:r>
        <w:t xml:space="preserve">    (c) formula that describes a relationship between variables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raised funds to repair the old chapel's leaking roof and bell tower.</w:t>
      </w:r>
      <w:r>
        <w:br/>
      </w:r>
      <w:r>
        <w:t xml:space="preserve">    (a) private school district</w:t>
      </w:r>
      <w:r>
        <w:br/>
      </w:r>
      <w:r>
        <w:t xml:space="preserve">    (b) local church community</w:t>
      </w:r>
      <w:r>
        <w:br/>
      </w:r>
      <w:r>
        <w:t xml:space="preserve">    (c) large city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Geiger counters detect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radiation</w:t>
      </w:r>
      <w:r>
        <w:rPr>
          <w:b/>
          <w:bCs/>
        </w:rPr>
        <w:t xml:space="preserve"> </w:t>
      </w:r>
      <w:r>
        <w:rPr>
          <w:b/>
          <w:bCs/>
        </w:rPr>
        <w:t xml:space="preserve">released by unstable atoms.</w:t>
      </w:r>
      <w:r>
        <w:br/>
      </w:r>
      <w:r>
        <w:t xml:space="preserve">    (a) loud sound bursts</w:t>
      </w:r>
      <w:r>
        <w:br/>
      </w:r>
      <w:r>
        <w:t xml:space="preserve">    (b) magnetic forces</w:t>
      </w:r>
      <w:r>
        <w:br/>
      </w:r>
      <w:r>
        <w:t xml:space="preserve">    (c) atomic particles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deep bitterness</w:t>
      </w:r>
      <w:r>
        <w:br/>
      </w:r>
      <w:r>
        <w:t xml:space="preserve">    (b) mild curiosity</w:t>
      </w:r>
      <w:r>
        <w:br/>
      </w:r>
      <w:r>
        <w:t xml:space="preserve">    (c) warm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listened to her music in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rapture</w:t>
      </w:r>
      <w:r>
        <w:rPr>
          <w:b/>
          <w:bCs/>
        </w:rPr>
        <w:t xml:space="preserve">.</w:t>
      </w:r>
      <w:r>
        <w:br/>
      </w:r>
      <w:r>
        <w:t xml:space="preserve">    (a) boredom</w:t>
      </w:r>
      <w:r>
        <w:br/>
      </w:r>
      <w:r>
        <w:t xml:space="preserve">    (b) sleepiness</w:t>
      </w:r>
      <w:r>
        <w:br/>
      </w:r>
      <w:r>
        <w:t xml:space="preserve">    (c) ecstasy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Rapture</w:t>
      </w:r>
      <w:r>
        <w:rPr>
          <w:b/>
          <w:bCs/>
        </w:rPr>
        <w:t xml:space="preserve"> </w:t>
      </w:r>
      <w:r>
        <w:rPr>
          <w:b/>
          <w:bCs/>
        </w:rPr>
        <w:t xml:space="preserve">is coming soon.</w:t>
      </w:r>
      <w:r>
        <w:br/>
      </w:r>
      <w:r>
        <w:t xml:space="preserve">    (a) secret message with instructions</w:t>
      </w:r>
      <w:r>
        <w:br/>
      </w:r>
      <w:r>
        <w:t xml:space="preserve">    (b) belief of some Christian denominations in a second coming of Jesus</w:t>
      </w:r>
      <w:r>
        <w:br/>
      </w:r>
      <w:r>
        <w:t xml:space="preserve">    (c) the completion of a long-term project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conducted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study to ensure the results were reliable.</w:t>
      </w:r>
      <w:r>
        <w:br/>
      </w:r>
      <w:r>
        <w:t xml:space="preserve">    (a) thorough</w:t>
      </w:r>
      <w:r>
        <w:br/>
      </w:r>
      <w:r>
        <w:t xml:space="preserve">    (b) speedy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enforcement of classroom rules ensured a disciplined learning environment.</w:t>
      </w:r>
      <w:r>
        <w:br/>
      </w:r>
      <w:r>
        <w:t xml:space="preserve">    (a) casual</w:t>
      </w:r>
      <w:r>
        <w:br/>
      </w:r>
      <w:r>
        <w:t xml:space="preserve">    (b) permissive</w:t>
      </w:r>
      <w:r>
        <w:br/>
      </w:r>
      <w:r>
        <w:t xml:space="preserve">    (c) 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events in the novel kept the readers engaged and eager to find out what happens next.</w:t>
      </w:r>
      <w:r>
        <w:br/>
      </w:r>
      <w:r>
        <w:t xml:space="preserve">    (a) random collection</w:t>
      </w:r>
      <w:r>
        <w:br/>
      </w:r>
      <w:r>
        <w:t xml:space="preserve">    (b) order or series</w:t>
      </w:r>
      <w:r>
        <w:br/>
      </w:r>
      <w:r>
        <w:t xml:space="preserve">    (c) brief summary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police are tested in conditions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</w:t>
      </w:r>
      <w:r>
        <w:rPr>
          <w:b/>
          <w:bCs/>
        </w:rPr>
        <w:t xml:space="preserve"> </w:t>
      </w:r>
      <w:r>
        <w:rPr>
          <w:b/>
          <w:bCs/>
        </w:rPr>
        <w:t xml:space="preserve">gunfire exchange with criminals in the presence of innocent bystanders.</w:t>
      </w:r>
      <w:r>
        <w:br/>
      </w:r>
      <w:r>
        <w:t xml:space="preserve">    (a) imitate</w:t>
      </w:r>
      <w:r>
        <w:br/>
      </w:r>
      <w:r>
        <w:t xml:space="preserve">    (b) train</w:t>
      </w:r>
      <w:r>
        <w:br/>
      </w:r>
      <w:r>
        <w:t xml:space="preserve">    (c) defend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of your essay?</w:t>
      </w:r>
      <w:r>
        <w:br/>
      </w:r>
      <w:r>
        <w:t xml:space="preserve">    (a) narrative point of view</w:t>
      </w:r>
      <w:r>
        <w:br/>
      </w:r>
      <w:r>
        <w:t xml:space="preserve">    (b) grammatical voice</w:t>
      </w:r>
      <w:r>
        <w:br/>
      </w:r>
      <w:r>
        <w:t xml:space="preserve">    (c) basic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mood is uplifted when I hear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Indiana Jones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music.</w:t>
      </w:r>
      <w:r>
        <w:br/>
      </w:r>
      <w:r>
        <w:t xml:space="preserve">    (a) of an amusement park</w:t>
      </w:r>
      <w:r>
        <w:br/>
      </w:r>
      <w:r>
        <w:t xml:space="preserve">    (b) primary melody</w:t>
      </w:r>
      <w:r>
        <w:br/>
      </w:r>
      <w:r>
        <w:t xml:space="preserve">    (c) instrumental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destroyed</w:t>
      </w:r>
      <w:r>
        <w:br/>
      </w:r>
      <w:r>
        <w:t xml:space="preserve">    (b) slowed down</w:t>
      </w:r>
      <w:r>
        <w:br/>
      </w:r>
      <w:r>
        <w:t xml:space="preserve">    (c)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added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2026-07-31T16:24:11Z</dcterms:created>
  <dcterms:modified xsi:type="dcterms:W3CDTF">2026-07-31T16:24:11Z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