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0befdec87615be4d05924f377a6dddd72641ab"/>
    <w:p>
      <w:pPr>
        <w:pStyle w:val="Heading1"/>
      </w:pPr>
      <w:r>
        <w:rPr>
          <w:b/>
          <w:bCs/>
        </w:rPr>
        <w:t xml:space="preserve">Underworld</w:t>
      </w:r>
      <w:r>
        <w:br/>
      </w:r>
      <w:r>
        <w:rPr>
          <w:i/>
          <w:iCs/>
        </w:rPr>
        <w:t xml:space="preserve">Don DeLillo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even with Jackie on one flank and Toots on the other—a couple of porkos who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function</w:t>
      </w:r>
      <w:r>
        <w:rPr>
          <w:b/>
          <w:bCs/>
        </w:rPr>
        <w:t xml:space="preserve"> </w:t>
      </w:r>
      <w:r>
        <w:rPr>
          <w:b/>
          <w:bCs/>
        </w:rPr>
        <w:t xml:space="preserve">as natural barriers—people keep pressing in, showing a sense of mission.</w:t>
      </w:r>
      <w:r>
        <w:br/>
      </w:r>
      <w:r>
        <w:t xml:space="preserve">    (a) the act of recognizing difference</w:t>
      </w:r>
      <w:r>
        <w:br/>
      </w:r>
      <w:r>
        <w:t xml:space="preserve">    (b) someone who expresses disapproval</w:t>
      </w:r>
      <w:r>
        <w:br/>
      </w:r>
      <w:r>
        <w:t xml:space="preserve">    (c) act (work as)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personal computer had a multimedia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function</w:t>
      </w:r>
      <w:r>
        <w:rPr>
          <w:b/>
          <w:bCs/>
        </w:rPr>
        <w:t xml:space="preserve"> </w:t>
      </w:r>
      <w:r>
        <w:rPr>
          <w:b/>
          <w:bCs/>
        </w:rPr>
        <w:t xml:space="preserve">that allowed him to look at a copy of the famous videotape showing a driver being shot by the Texas Highway Killer.</w:t>
      </w:r>
      <w:r>
        <w:br/>
      </w:r>
      <w:r>
        <w:t xml:space="preserve">    (a) the act of taking something on as one's own</w:t>
      </w:r>
      <w:r>
        <w:br/>
      </w:r>
      <w:r>
        <w:t xml:space="preserve">    (b) computer code that performs a specific task</w:t>
      </w:r>
      <w:r>
        <w:br/>
      </w:r>
      <w:r>
        <w:t xml:space="preserve">    (c) something that helps clarify or demonstrate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gonna keep on talking as long as I got a larynx that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function</w:t>
      </w:r>
      <w:r>
        <w:rPr>
          <w:b/>
          <w:bCs/>
        </w:rPr>
        <w:t xml:space="preserve">.</w:t>
      </w:r>
      <w:r>
        <w:br/>
      </w:r>
      <w:r>
        <w:t xml:space="preserve">    (a) think carefully</w:t>
      </w:r>
      <w:r>
        <w:br/>
      </w:r>
      <w:r>
        <w:t xml:space="preserve">    (b) work or operate</w:t>
      </w:r>
      <w:r>
        <w:br/>
      </w:r>
      <w:r>
        <w:t xml:space="preserve">    (c) strongly desire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Hollow bodies coming in endless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sequence</w:t>
      </w:r>
      <w:r>
        <w:rPr>
          <w:b/>
          <w:bCs/>
        </w:rPr>
        <w:t xml:space="preserve">.</w:t>
      </w:r>
      <w:r>
        <w:br/>
      </w:r>
      <w:r>
        <w:t xml:space="preserve">    (a) tell someone about something</w:t>
      </w:r>
      <w:r>
        <w:br/>
      </w:r>
      <w:r>
        <w:t xml:space="preserve">    (b) something repeated regularly</w:t>
      </w:r>
      <w:r>
        <w:br/>
      </w:r>
      <w:r>
        <w:t xml:space="preserve">    (c) arranged in a specific order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Parish</w:t>
      </w:r>
      <w:r>
        <w:rPr>
          <w:b/>
          <w:bCs/>
        </w:rPr>
        <w:t xml:space="preserve"> </w:t>
      </w:r>
      <w:r>
        <w:rPr>
          <w:b/>
          <w:bCs/>
        </w:rPr>
        <w:t xml:space="preserve">looked politely hopeful.</w:t>
      </w:r>
      <w:r>
        <w:br/>
      </w:r>
      <w:r>
        <w:t xml:space="preserve">    (a) an artists performance of another artist's work that expresses the performer's feelings or ideas about the work</w:t>
      </w:r>
      <w:r>
        <w:br/>
      </w:r>
      <w:r>
        <w:t xml:space="preserve">    (b) a local church community</w:t>
      </w:r>
      <w:r>
        <w:br/>
      </w:r>
      <w:r>
        <w:br/>
      </w:r>
      <w:r>
        <w:t xml:space="preserve">or in some places including Louisiana:  a jurisdiction of government like a county</w:t>
      </w:r>
      <w:r>
        <w:br/>
      </w:r>
      <w:r>
        <w:t xml:space="preserve">    (c) someone who abandoned their religion or separated from others with whom they used to share firmly held beliefs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ordered coffee and watched the game and Parish sat in a thoughtful knot, arms and legs crossed, body twisted toward the window,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yielding</w:t>
      </w:r>
      <w:r>
        <w:rPr>
          <w:b/>
          <w:bCs/>
        </w:rPr>
        <w:t xml:space="preserve"> </w:t>
      </w:r>
      <w:r>
        <w:rPr>
          <w:b/>
          <w:bCs/>
        </w:rPr>
        <w:t xml:space="preserve">to the power of our differences.</w:t>
      </w:r>
      <w:r>
        <w:br/>
      </w:r>
      <w:r>
        <w:t xml:space="preserve">    (a) placing trust (in someone) by talking about private things</w:t>
      </w:r>
      <w:r>
        <w:br/>
      </w:r>
      <w:r>
        <w:t xml:space="preserve">    (b) showing, demonstrating, determining, or causing acceptance</w:t>
      </w:r>
      <w:r>
        <w:br/>
      </w:r>
      <w:r>
        <w:t xml:space="preserve">    (c) giving in, giving up, or giving way (easily moved or soft)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windows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</w:t>
      </w:r>
      <w:r>
        <w:rPr>
          <w:b/>
          <w:bCs/>
        </w:rPr>
        <w:t xml:space="preserve"> </w:t>
      </w:r>
      <w:r>
        <w:rPr>
          <w:b/>
          <w:bCs/>
        </w:rPr>
        <w:t xml:space="preserve">a strong broad desert and enormous sky.</w:t>
      </w:r>
      <w:r>
        <w:br/>
      </w:r>
      <w:r>
        <w:t xml:space="preserve">    (a) think deeply or carefully about</w:t>
      </w:r>
      <w:r>
        <w:br/>
      </w:r>
      <w:r>
        <w:t xml:space="preserve">    (b) produce or give</w:t>
      </w:r>
      <w:r>
        <w:br/>
      </w:r>
      <w:r>
        <w:t xml:space="preserve">    (c) stop (something from happening)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Brian believed I was safely encased, solid, with a house and family folded around me, surer than he was, older but also physically superior, physically fit, a man of hardier stuff, this was his own stated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theme</w:t>
      </w:r>
      <w:r>
        <w:rPr>
          <w:b/>
          <w:bCs/>
        </w:rPr>
        <w:t xml:space="preserve">—a man who keeps his counsel.</w:t>
      </w:r>
      <w:r>
        <w:br/>
      </w:r>
      <w:r>
        <w:t xml:space="preserve">    (a) excessively examine in an attempt to better understand</w:t>
      </w:r>
      <w:r>
        <w:br/>
      </w:r>
      <w:r>
        <w:t xml:space="preserve">    (b) to understand or explain something in a particular way</w:t>
      </w:r>
      <w:r>
        <w:br/>
      </w:r>
      <w:r>
        <w:t xml:space="preserve">    (c) recurring idea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Because it was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theme</w:t>
      </w:r>
      <w:r>
        <w:rPr>
          <w:b/>
          <w:bCs/>
        </w:rPr>
        <w:t xml:space="preserve"> </w:t>
      </w:r>
      <w:r>
        <w:rPr>
          <w:b/>
          <w:bCs/>
        </w:rPr>
        <w:t xml:space="preserve">music on an old radio show.</w:t>
      </w:r>
      <w:r>
        <w:br/>
      </w:r>
      <w:r>
        <w:t xml:space="preserve">    (a) (verb) to intentionally anger, challenge, or upset someone -- especially by mocking them or hurling insults  OR  (noun) an insult or other action intended to anger, challenge, or upset someone</w:t>
      </w:r>
      <w:r>
        <w:br/>
      </w:r>
      <w:r>
        <w:t xml:space="preserve">    (b) music that is most repeated</w:t>
      </w:r>
      <w:r>
        <w:br/>
      </w:r>
      <w:r>
        <w:t xml:space="preserve">    (c) treat in a manner that demonstrates a sense of superiority, but is supposed to seem kind  OR  the actions of a patron (to support someone or something; or to be a customer)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Listen to this, she wears an armband, you won't believe this—they had Apartheid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Simulation</w:t>
      </w:r>
      <w:r>
        <w:rPr>
          <w:b/>
          <w:bCs/>
        </w:rPr>
        <w:t xml:space="preserve"> </w:t>
      </w:r>
      <w:r>
        <w:rPr>
          <w:b/>
          <w:bCs/>
        </w:rPr>
        <w:t xml:space="preserve">Day at her school.</w:t>
      </w:r>
      <w:r>
        <w:br/>
      </w:r>
      <w:r>
        <w:t xml:space="preserve">    (a) something that is not real, but is made to imitate or behave like something that is</w:t>
      </w:r>
      <w:r>
        <w:br/>
      </w:r>
      <w:r>
        <w:t xml:space="preserve">    (b) connected by blood or marriage; or a  plant or animal related by origin or grouping</w:t>
      </w:r>
      <w:r>
        <w:br/>
      </w:r>
      <w:r>
        <w:t xml:space="preserve">    (c) relating to the south Asian Muslim republic that is the fifth most populous country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Rapture</w:t>
      </w:r>
      <w:r>
        <w:rPr>
          <w:b/>
          <w:bCs/>
        </w:rPr>
        <w:t xml:space="preserve"> </w:t>
      </w:r>
      <w:r>
        <w:rPr>
          <w:b/>
          <w:bCs/>
        </w:rPr>
        <w:t xml:space="preserve">is approaching.</w:t>
      </w:r>
      <w:r>
        <w:br/>
      </w:r>
      <w:r>
        <w:t xml:space="preserve">    (a) suggest (say indirectly)  OR  something suggested indirectly; or something that can be concluded; or a result</w:t>
      </w:r>
      <w:r>
        <w:br/>
      </w:r>
      <w:r>
        <w:t xml:space="preserve">    (b) second coming of Jesus</w:t>
      </w:r>
      <w:r>
        <w:br/>
      </w:r>
      <w:r>
        <w:t xml:space="preserve">    (c) a deal where the accused pleads guilty to a lesser crime in return for a lighter punishment or dropped charges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Brian went into a state of body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rapture</w:t>
      </w:r>
      <w:r>
        <w:rPr>
          <w:b/>
          <w:bCs/>
        </w:rPr>
        <w:t xml:space="preserve"> </w:t>
      </w:r>
      <w:r>
        <w:rPr>
          <w:b/>
          <w:bCs/>
        </w:rPr>
        <w:t xml:space="preserve">over a lime sherbet Chevrolet, a '57 Bel Air convertible with white upholstery.</w:t>
      </w:r>
      <w:r>
        <w:br/>
      </w:r>
      <w:r>
        <w:t xml:space="preserve">    (a) ecstasy (extreme happiness)</w:t>
      </w:r>
      <w:r>
        <w:br/>
      </w:r>
      <w:r>
        <w:t xml:space="preserve">    (b) confusion</w:t>
      </w:r>
      <w:r>
        <w:br/>
      </w:r>
      <w:r>
        <w:t xml:space="preserve">    (c) boredom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it forced us to develop the logic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rigor</w:t>
      </w:r>
      <w:r>
        <w:rPr>
          <w:b/>
          <w:bCs/>
        </w:rPr>
        <w:t xml:space="preserve"> </w:t>
      </w:r>
      <w:r>
        <w:rPr>
          <w:b/>
          <w:bCs/>
        </w:rPr>
        <w:t xml:space="preserve">that would lead to systematic investigations of reality, to science, art, music, mathematics.</w:t>
      </w:r>
      <w:r>
        <w:br/>
      </w:r>
      <w:r>
        <w:t xml:space="preserve">    (a) calculating or judging too high</w:t>
      </w:r>
      <w:r>
        <w:br/>
      </w:r>
      <w:r>
        <w:t xml:space="preserve">    (b) the ability to take on or adopt</w:t>
      </w:r>
      <w:r>
        <w:br/>
      </w:r>
      <w:r>
        <w:t xml:space="preserve">    (c) difficult (thorough and careful)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stern measures as Director were given an odd legitimacy by his personal life,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rigor</w:t>
      </w:r>
      <w:r>
        <w:rPr>
          <w:b/>
          <w:bCs/>
        </w:rPr>
        <w:t xml:space="preserve"> </w:t>
      </w:r>
      <w:r>
        <w:rPr>
          <w:b/>
          <w:bCs/>
        </w:rPr>
        <w:t xml:space="preserve">of his insistent celibacy.</w:t>
      </w:r>
      <w:r>
        <w:br/>
      </w:r>
      <w:r>
        <w:t xml:space="preserve">    (a) purpose, job, or natural activity</w:t>
      </w:r>
      <w:r>
        <w:br/>
      </w:r>
      <w:r>
        <w:t xml:space="preserve">    (b) strictness (when enforcing rules)</w:t>
      </w:r>
      <w:r>
        <w:br/>
      </w:r>
      <w:r>
        <w:t xml:space="preserve">    (c) the act of recognizing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Well, she was unloved in the deeper senses of the word but that was fine, she'd had enough love of the deeper types, painful and ever echoing,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rancorous</w:t>
      </w:r>
      <w:r>
        <w:rPr>
          <w:b/>
          <w:bCs/>
        </w:rPr>
        <w:t xml:space="preserve"> </w:t>
      </w:r>
      <w:r>
        <w:rPr>
          <w:b/>
          <w:bCs/>
        </w:rPr>
        <w:t xml:space="preserve">marriages that make it hard for you to earn a dependable solitude.</w:t>
      </w:r>
      <w:r>
        <w:br/>
      </w:r>
      <w:r>
        <w:t xml:space="preserve">    (a) the quality of relating to intelligence</w:t>
      </w:r>
      <w:r>
        <w:br/>
      </w:r>
      <w:r>
        <w:t xml:space="preserve">    (b) showing deep and bitter anger or hatred</w:t>
      </w:r>
      <w:r>
        <w:br/>
      </w:r>
      <w:r>
        <w:t xml:space="preserve">    (c) the state or degree of being very large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sent manned aircraft through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radiation</w:t>
      </w:r>
      <w:r>
        <w:rPr>
          <w:b/>
          <w:bCs/>
        </w:rPr>
        <w:t xml:space="preserve"> </w:t>
      </w:r>
      <w:r>
        <w:rPr>
          <w:b/>
          <w:bCs/>
        </w:rPr>
        <w:t xml:space="preserve">clouds.</w:t>
      </w:r>
      <w:r>
        <w:br/>
      </w:r>
      <w:r>
        <w:t xml:space="preserve">    (a) a central open space in a building</w:t>
      </w:r>
      <w:r>
        <w:br/>
      </w:r>
      <w:r>
        <w:t xml:space="preserve">    (b) something quoted (to make a point)</w:t>
      </w:r>
      <w:r>
        <w:br/>
      </w:r>
      <w:r>
        <w:t xml:space="preserve">    (c) particles emitted by nuclear decay that can make people sick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as if a science-fiction force had entered the house and made some things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askew</w:t>
      </w:r>
      <w:r>
        <w:rPr>
          <w:b/>
          <w:bCs/>
        </w:rPr>
        <w:t xml:space="preserve"> </w:t>
      </w:r>
      <w:r>
        <w:rPr>
          <w:b/>
          <w:bCs/>
        </w:rPr>
        <w:t xml:space="preserve">while sparing others.</w:t>
      </w:r>
      <w:r>
        <w:br/>
      </w:r>
      <w:r>
        <w:t xml:space="preserve">    (a) rain, snow, hail, or sleet</w:t>
      </w:r>
      <w:r>
        <w:br/>
      </w:r>
      <w:r>
        <w:t xml:space="preserve">    (b) not straight; or not right</w:t>
      </w:r>
      <w:r>
        <w:br/>
      </w:r>
      <w:r>
        <w:t xml:space="preserve">    (c) opposed to "globalization"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Edgar had many enemies-for-life and the way to deal with such people was to compile massive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dossiers</w:t>
      </w:r>
      <w:r>
        <w:rPr>
          <w:b/>
          <w:bCs/>
        </w:rPr>
        <w:t xml:space="preserve">.</w:t>
      </w:r>
      <w:r>
        <w:br/>
      </w:r>
      <w:r>
        <w:t xml:space="preserve">    (a) believers in the religious movement started by Joseph Smith, especially the beliefs and practices of Latter-day Saints</w:t>
      </w:r>
      <w:r>
        <w:br/>
      </w:r>
      <w:r>
        <w:t xml:space="preserve">    (b) highly educated people interested in learning and exploring ideas -- sometimes while ignoring practical considerations</w:t>
      </w:r>
      <w:r>
        <w:br/>
      </w:r>
      <w:r>
        <w:t xml:space="preserve">    (c) a collection of papers containing detailed information about a particular person or subject -- often a person's record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like work that's paid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according to</w:t>
      </w:r>
      <w:r>
        <w:rPr>
          <w:b/>
          <w:bCs/>
        </w:rPr>
        <w:t xml:space="preserve"> </w:t>
      </w:r>
      <w:r>
        <w:rPr>
          <w:b/>
          <w:bCs/>
        </w:rPr>
        <w:t xml:space="preserve">the number of units turned out.</w:t>
      </w:r>
      <w:r>
        <w:br/>
      </w:r>
      <w:r>
        <w:t xml:space="preserve">    (a) U.S. history:  pre-Civil War period</w:t>
      </w:r>
      <w:r>
        <w:br/>
      </w:r>
      <w:r>
        <w:t xml:space="preserve">    (b) idiom meaning</w:t>
      </w:r>
      <w:r>
        <w:t xml:space="preserve"> </w:t>
      </w:r>
      <w:r>
        <w:rPr>
          <w:i/>
          <w:iCs/>
        </w:rPr>
        <w:t xml:space="preserve">"won the day"</w:t>
      </w:r>
      <w:r>
        <w:br/>
      </w:r>
      <w:r>
        <w:t xml:space="preserve">    (c) in proportion to (depending upon)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 banned by international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</w:t>
      </w:r>
      <w:r>
        <w:rPr>
          <w:b/>
          <w:bCs/>
        </w:rPr>
        <w:t xml:space="preserve">?</w:t>
      </w:r>
      <w:r>
        <w:br/>
      </w:r>
      <w:r>
        <w:t xml:space="preserve">    (a) complaint</w:t>
      </w:r>
      <w:r>
        <w:br/>
      </w:r>
      <w:r>
        <w:t xml:space="preserve">    (b) main road</w:t>
      </w:r>
      <w:r>
        <w:br/>
      </w:r>
      <w:r>
        <w:t xml:space="preserve">    (c) agreement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2026-07-31T16:24:11Z</dcterms:created>
  <dcterms:modified xsi:type="dcterms:W3CDTF">2026-07-31T16:24:11Z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